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309"/>
        <w:gridCol w:w="4535"/>
      </w:tblGrid>
      <w:tr w:rsidR="00F77A97" w14:paraId="0CEBF638" w14:textId="77777777">
        <w:trPr>
          <w:jc w:val="center"/>
        </w:trPr>
        <w:tc>
          <w:tcPr>
            <w:tcW w:w="43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AC256" w14:textId="77777777" w:rsidR="00F77A97" w:rsidRDefault="00F77A97"/>
        </w:tc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E1C30" w14:textId="77777777" w:rsidR="00F77A97" w:rsidRPr="00342BBE" w:rsidRDefault="00FA788E">
            <w:pPr>
              <w:rPr>
                <w:lang w:val="ru-RU"/>
              </w:rPr>
            </w:pPr>
            <w:r w:rsidRPr="00342BBE">
              <w:rPr>
                <w:lang w:val="ru-RU"/>
              </w:rPr>
              <w:t>Директору ТОВ «</w:t>
            </w:r>
            <w:proofErr w:type="spellStart"/>
            <w:r w:rsidRPr="00342BBE">
              <w:rPr>
                <w:lang w:val="ru-RU"/>
              </w:rPr>
              <w:t>Галкос</w:t>
            </w:r>
            <w:proofErr w:type="spellEnd"/>
            <w:r w:rsidRPr="00342BBE">
              <w:rPr>
                <w:lang w:val="ru-RU"/>
              </w:rPr>
              <w:t>»</w:t>
            </w:r>
          </w:p>
          <w:p w14:paraId="230C00BB" w14:textId="77777777" w:rsidR="00F77A97" w:rsidRPr="00342BBE" w:rsidRDefault="00FA788E">
            <w:pPr>
              <w:rPr>
                <w:lang w:val="ru-RU"/>
              </w:rPr>
            </w:pPr>
            <w:r w:rsidRPr="00342BBE">
              <w:rPr>
                <w:lang w:val="ru-RU"/>
              </w:rPr>
              <w:t>Оресту ХОРОБРОМУ</w:t>
            </w:r>
          </w:p>
          <w:p w14:paraId="1E84CE9E" w14:textId="77777777" w:rsidR="00F77A97" w:rsidRPr="00342BBE" w:rsidRDefault="00FA788E">
            <w:pPr>
              <w:rPr>
                <w:lang w:val="ru-RU"/>
              </w:rPr>
            </w:pPr>
            <w:r w:rsidRPr="00342BBE">
              <w:rPr>
                <w:lang w:val="ru-RU"/>
              </w:rPr>
              <w:t xml:space="preserve">КОВАЛЕНКО </w:t>
            </w:r>
            <w:proofErr w:type="spellStart"/>
            <w:r w:rsidRPr="00342BBE">
              <w:rPr>
                <w:lang w:val="ru-RU"/>
              </w:rPr>
              <w:t>Андрій</w:t>
            </w:r>
            <w:proofErr w:type="spellEnd"/>
            <w:r w:rsidRPr="00342BBE">
              <w:rPr>
                <w:lang w:val="ru-RU"/>
              </w:rPr>
              <w:t xml:space="preserve"> </w:t>
            </w:r>
            <w:proofErr w:type="spellStart"/>
            <w:r w:rsidRPr="00342BBE">
              <w:rPr>
                <w:lang w:val="ru-RU"/>
              </w:rPr>
              <w:t>Сергійович</w:t>
            </w:r>
            <w:proofErr w:type="spellEnd"/>
            <w:r w:rsidRPr="00342BBE">
              <w:rPr>
                <w:lang w:val="ru-RU"/>
              </w:rPr>
              <w:t>,</w:t>
            </w:r>
          </w:p>
          <w:p w14:paraId="67F73E37" w14:textId="77777777" w:rsidR="00F77A97" w:rsidRPr="00342BBE" w:rsidRDefault="00FA788E">
            <w:pPr>
              <w:rPr>
                <w:lang w:val="ru-RU"/>
              </w:rPr>
            </w:pPr>
            <w:proofErr w:type="spellStart"/>
            <w:r w:rsidRPr="00342BBE">
              <w:rPr>
                <w:lang w:val="ru-RU"/>
              </w:rPr>
              <w:t>зареєстрованого</w:t>
            </w:r>
            <w:proofErr w:type="spellEnd"/>
            <w:r w:rsidRPr="00342BBE">
              <w:rPr>
                <w:lang w:val="ru-RU"/>
              </w:rPr>
              <w:t xml:space="preserve"> за </w:t>
            </w:r>
            <w:proofErr w:type="spellStart"/>
            <w:r w:rsidRPr="00342BBE">
              <w:rPr>
                <w:lang w:val="ru-RU"/>
              </w:rPr>
              <w:t>адресою</w:t>
            </w:r>
            <w:proofErr w:type="spellEnd"/>
            <w:r w:rsidRPr="00342BBE">
              <w:rPr>
                <w:lang w:val="ru-RU"/>
              </w:rPr>
              <w:t>:</w:t>
            </w:r>
          </w:p>
          <w:p w14:paraId="131AB460" w14:textId="2492CAAF" w:rsidR="00F77A97" w:rsidRPr="00342BBE" w:rsidRDefault="00FA788E">
            <w:pPr>
              <w:rPr>
                <w:lang w:val="ru-RU"/>
              </w:rPr>
            </w:pPr>
            <w:r w:rsidRPr="00342BBE">
              <w:rPr>
                <w:lang w:val="ru-RU"/>
              </w:rPr>
              <w:t xml:space="preserve">02090, м. </w:t>
            </w:r>
            <w:proofErr w:type="spellStart"/>
            <w:r w:rsidRPr="00342BBE">
              <w:rPr>
                <w:lang w:val="ru-RU"/>
              </w:rPr>
              <w:t>Київ</w:t>
            </w:r>
            <w:proofErr w:type="spellEnd"/>
            <w:r w:rsidRPr="00342BBE">
              <w:rPr>
                <w:lang w:val="ru-RU"/>
              </w:rPr>
              <w:t xml:space="preserve">, </w:t>
            </w:r>
            <w:proofErr w:type="spellStart"/>
            <w:r w:rsidRPr="00342BBE">
              <w:rPr>
                <w:lang w:val="ru-RU"/>
              </w:rPr>
              <w:t>вул</w:t>
            </w:r>
            <w:proofErr w:type="spellEnd"/>
            <w:r w:rsidRPr="00342BBE">
              <w:rPr>
                <w:lang w:val="ru-RU"/>
              </w:rPr>
              <w:t xml:space="preserve">. </w:t>
            </w:r>
            <w:proofErr w:type="spellStart"/>
            <w:r w:rsidRPr="00342BBE">
              <w:rPr>
                <w:lang w:val="ru-RU"/>
              </w:rPr>
              <w:t>Регенераторна</w:t>
            </w:r>
            <w:proofErr w:type="spellEnd"/>
            <w:r w:rsidRPr="00342BBE">
              <w:rPr>
                <w:lang w:val="ru-RU"/>
              </w:rPr>
              <w:t xml:space="preserve">, 14, </w:t>
            </w:r>
            <w:r>
              <w:rPr>
                <w:lang w:val="ru-RU"/>
              </w:rPr>
              <w:br/>
            </w:r>
            <w:r w:rsidRPr="00342BBE">
              <w:rPr>
                <w:lang w:val="ru-RU"/>
              </w:rPr>
              <w:t>кв. 52,</w:t>
            </w:r>
          </w:p>
          <w:p w14:paraId="02868C0A" w14:textId="77777777" w:rsidR="00F77A97" w:rsidRPr="00342BBE" w:rsidRDefault="00FA788E">
            <w:pPr>
              <w:rPr>
                <w:lang w:val="ru-RU"/>
              </w:rPr>
            </w:pPr>
            <w:r w:rsidRPr="00342BBE">
              <w:rPr>
                <w:lang w:val="ru-RU"/>
              </w:rPr>
              <w:t>тел.: +380 67 123 45 67,</w:t>
            </w:r>
          </w:p>
          <w:p w14:paraId="7EB701D8" w14:textId="77777777" w:rsidR="00F77A97" w:rsidRPr="00342BBE" w:rsidRDefault="00FA788E">
            <w:pPr>
              <w:rPr>
                <w:lang w:val="ru-RU"/>
              </w:rPr>
            </w:pPr>
            <w:r w:rsidRPr="00342BBE">
              <w:rPr>
                <w:lang w:val="ru-RU"/>
              </w:rPr>
              <w:t xml:space="preserve">паспорт: </w:t>
            </w:r>
            <w:r>
              <w:t>ID</w:t>
            </w:r>
            <w:r w:rsidRPr="00342BBE">
              <w:rPr>
                <w:lang w:val="ru-RU"/>
              </w:rPr>
              <w:t>-</w:t>
            </w:r>
            <w:proofErr w:type="spellStart"/>
            <w:r w:rsidRPr="00342BBE">
              <w:rPr>
                <w:lang w:val="ru-RU"/>
              </w:rPr>
              <w:t>картка</w:t>
            </w:r>
            <w:proofErr w:type="spellEnd"/>
            <w:r w:rsidRPr="00342BBE">
              <w:rPr>
                <w:lang w:val="ru-RU"/>
              </w:rPr>
              <w:t xml:space="preserve"> № 012345678, видана 12.03.2021,</w:t>
            </w:r>
          </w:p>
          <w:p w14:paraId="4DCEADBC" w14:textId="77777777" w:rsidR="00F77A97" w:rsidRDefault="00FA788E">
            <w:r>
              <w:t>РНОКПП: 3012345678</w:t>
            </w:r>
          </w:p>
        </w:tc>
      </w:tr>
    </w:tbl>
    <w:p w14:paraId="53516B8E" w14:textId="77777777" w:rsidR="00F77A97" w:rsidRDefault="00FA788E">
      <w:pPr>
        <w:keepNext/>
        <w:spacing w:before="280" w:after="200"/>
        <w:jc w:val="center"/>
      </w:pPr>
      <w:r>
        <w:rPr>
          <w:b/>
          <w:sz w:val="28"/>
        </w:rPr>
        <w:t>ЗАЯВА</w:t>
      </w:r>
    </w:p>
    <w:p w14:paraId="7597FCAD" w14:textId="663E2F4E" w:rsidR="00F77A97" w:rsidRPr="00342BBE" w:rsidRDefault="00FA788E">
      <w:pPr>
        <w:ind w:firstLine="709"/>
        <w:rPr>
          <w:lang w:val="ru-RU"/>
        </w:rPr>
      </w:pPr>
      <w:proofErr w:type="spellStart"/>
      <w:r w:rsidRPr="00342BBE">
        <w:rPr>
          <w:lang w:val="ru-RU"/>
        </w:rPr>
        <w:t>Повідомляю</w:t>
      </w:r>
      <w:proofErr w:type="spellEnd"/>
      <w:r w:rsidRPr="00342BBE">
        <w:rPr>
          <w:lang w:val="ru-RU"/>
        </w:rPr>
        <w:t xml:space="preserve">, </w:t>
      </w:r>
      <w:proofErr w:type="spellStart"/>
      <w:r w:rsidRPr="00342BBE">
        <w:rPr>
          <w:lang w:val="ru-RU"/>
        </w:rPr>
        <w:t>що</w:t>
      </w:r>
      <w:proofErr w:type="spellEnd"/>
      <w:r w:rsidRPr="00342BBE">
        <w:rPr>
          <w:lang w:val="ru-RU"/>
        </w:rPr>
        <w:t xml:space="preserve"> у </w:t>
      </w:r>
      <w:proofErr w:type="spellStart"/>
      <w:r w:rsidRPr="00342BBE">
        <w:rPr>
          <w:lang w:val="ru-RU"/>
        </w:rPr>
        <w:t>зв’язку</w:t>
      </w:r>
      <w:proofErr w:type="spellEnd"/>
      <w:r w:rsidRPr="00342BBE">
        <w:rPr>
          <w:lang w:val="ru-RU"/>
        </w:rPr>
        <w:t xml:space="preserve"> </w:t>
      </w:r>
      <w:proofErr w:type="spellStart"/>
      <w:r w:rsidRPr="00342BBE">
        <w:rPr>
          <w:lang w:val="ru-RU"/>
        </w:rPr>
        <w:t>зі</w:t>
      </w:r>
      <w:proofErr w:type="spellEnd"/>
      <w:r w:rsidRPr="00342BBE">
        <w:rPr>
          <w:lang w:val="ru-RU"/>
        </w:rPr>
        <w:t xml:space="preserve"> </w:t>
      </w:r>
      <w:proofErr w:type="spellStart"/>
      <w:r w:rsidRPr="00342BBE">
        <w:rPr>
          <w:lang w:val="ru-RU"/>
        </w:rPr>
        <w:t>зміною</w:t>
      </w:r>
      <w:proofErr w:type="spellEnd"/>
      <w:r w:rsidRPr="00342BBE">
        <w:rPr>
          <w:lang w:val="ru-RU"/>
        </w:rPr>
        <w:t xml:space="preserve"> </w:t>
      </w:r>
      <w:proofErr w:type="spellStart"/>
      <w:r w:rsidRPr="00342BBE">
        <w:rPr>
          <w:lang w:val="ru-RU"/>
        </w:rPr>
        <w:t>особистих</w:t>
      </w:r>
      <w:proofErr w:type="spellEnd"/>
      <w:r w:rsidRPr="00342BBE">
        <w:rPr>
          <w:lang w:val="ru-RU"/>
        </w:rPr>
        <w:t xml:space="preserve"> </w:t>
      </w:r>
      <w:proofErr w:type="spellStart"/>
      <w:r w:rsidRPr="00342BBE">
        <w:rPr>
          <w:lang w:val="ru-RU"/>
        </w:rPr>
        <w:t>обставин</w:t>
      </w:r>
      <w:proofErr w:type="spellEnd"/>
      <w:r w:rsidRPr="00342BBE">
        <w:rPr>
          <w:lang w:val="ru-RU"/>
        </w:rPr>
        <w:t xml:space="preserve"> </w:t>
      </w:r>
      <w:proofErr w:type="spellStart"/>
      <w:r w:rsidRPr="00342BBE">
        <w:rPr>
          <w:lang w:val="ru-RU"/>
        </w:rPr>
        <w:t>відмовляюся</w:t>
      </w:r>
      <w:proofErr w:type="spellEnd"/>
      <w:r w:rsidRPr="00342BBE">
        <w:rPr>
          <w:lang w:val="ru-RU"/>
        </w:rPr>
        <w:t xml:space="preserve"> </w:t>
      </w:r>
      <w:proofErr w:type="spellStart"/>
      <w:r w:rsidRPr="00342BBE">
        <w:rPr>
          <w:lang w:val="ru-RU"/>
        </w:rPr>
        <w:t>приступати</w:t>
      </w:r>
      <w:proofErr w:type="spellEnd"/>
      <w:r w:rsidRPr="00342BBE">
        <w:rPr>
          <w:lang w:val="ru-RU"/>
        </w:rPr>
        <w:t xml:space="preserve"> до </w:t>
      </w:r>
      <w:proofErr w:type="spellStart"/>
      <w:r w:rsidRPr="00342BBE">
        <w:rPr>
          <w:lang w:val="ru-RU"/>
        </w:rPr>
        <w:t>роботи</w:t>
      </w:r>
      <w:proofErr w:type="spellEnd"/>
      <w:r w:rsidRPr="00342BBE">
        <w:rPr>
          <w:lang w:val="ru-RU"/>
        </w:rPr>
        <w:t xml:space="preserve"> 17 </w:t>
      </w:r>
      <w:r w:rsidR="00342BBE">
        <w:rPr>
          <w:lang w:val="uk-UA"/>
        </w:rPr>
        <w:t>жовтня</w:t>
      </w:r>
      <w:r w:rsidRPr="00342BBE">
        <w:rPr>
          <w:lang w:val="ru-RU"/>
        </w:rPr>
        <w:t xml:space="preserve"> 2026 року за наказом </w:t>
      </w:r>
      <w:proofErr w:type="spellStart"/>
      <w:r w:rsidRPr="00342BBE">
        <w:rPr>
          <w:lang w:val="ru-RU"/>
        </w:rPr>
        <w:t>від</w:t>
      </w:r>
      <w:proofErr w:type="spellEnd"/>
      <w:r w:rsidRPr="00342BBE">
        <w:rPr>
          <w:lang w:val="ru-RU"/>
        </w:rPr>
        <w:t xml:space="preserve"> 14.</w:t>
      </w:r>
      <w:r w:rsidR="00342BBE">
        <w:rPr>
          <w:lang w:val="ru-RU"/>
        </w:rPr>
        <w:t>10</w:t>
      </w:r>
      <w:r w:rsidRPr="00342BBE">
        <w:rPr>
          <w:lang w:val="ru-RU"/>
        </w:rPr>
        <w:t xml:space="preserve">.2026 № 172/к/тр. Прошу </w:t>
      </w:r>
      <w:proofErr w:type="spellStart"/>
      <w:r w:rsidRPr="00342BBE">
        <w:rPr>
          <w:lang w:val="ru-RU"/>
        </w:rPr>
        <w:t>скасувати</w:t>
      </w:r>
      <w:proofErr w:type="spellEnd"/>
      <w:r w:rsidRPr="00342BBE">
        <w:rPr>
          <w:lang w:val="ru-RU"/>
        </w:rPr>
        <w:t xml:space="preserve"> </w:t>
      </w:r>
      <w:proofErr w:type="spellStart"/>
      <w:r w:rsidRPr="00342BBE">
        <w:rPr>
          <w:lang w:val="ru-RU"/>
        </w:rPr>
        <w:t>зазначений</w:t>
      </w:r>
      <w:proofErr w:type="spellEnd"/>
      <w:r w:rsidRPr="00342BBE">
        <w:rPr>
          <w:lang w:val="ru-RU"/>
        </w:rPr>
        <w:t xml:space="preserve"> наказ про </w:t>
      </w:r>
      <w:proofErr w:type="spellStart"/>
      <w:r w:rsidRPr="00342BBE">
        <w:rPr>
          <w:lang w:val="ru-RU"/>
        </w:rPr>
        <w:t>моє</w:t>
      </w:r>
      <w:proofErr w:type="spellEnd"/>
      <w:r w:rsidRPr="00342BBE">
        <w:rPr>
          <w:lang w:val="ru-RU"/>
        </w:rPr>
        <w:t xml:space="preserve"> </w:t>
      </w:r>
      <w:proofErr w:type="spellStart"/>
      <w:r w:rsidRPr="00342BBE">
        <w:rPr>
          <w:lang w:val="ru-RU"/>
        </w:rPr>
        <w:t>прийняття</w:t>
      </w:r>
      <w:proofErr w:type="spellEnd"/>
      <w:r w:rsidRPr="00342BBE">
        <w:rPr>
          <w:lang w:val="ru-RU"/>
        </w:rPr>
        <w:t xml:space="preserve"> </w:t>
      </w:r>
      <w:proofErr w:type="gramStart"/>
      <w:r w:rsidRPr="00342BBE">
        <w:rPr>
          <w:lang w:val="ru-RU"/>
        </w:rPr>
        <w:t>на роботу</w:t>
      </w:r>
      <w:proofErr w:type="gramEnd"/>
      <w:r w:rsidRPr="00342BBE">
        <w:rPr>
          <w:lang w:val="ru-RU"/>
        </w:rPr>
        <w:t>.</w:t>
      </w:r>
    </w:p>
    <w:p w14:paraId="62C56DBC" w14:textId="5B836E2F" w:rsidR="00F77A97" w:rsidRPr="00342BBE" w:rsidRDefault="00FA788E">
      <w:pPr>
        <w:tabs>
          <w:tab w:val="left" w:pos="4762"/>
          <w:tab w:val="left" w:pos="6803"/>
        </w:tabs>
        <w:spacing w:before="280"/>
        <w:rPr>
          <w:lang w:val="ru-RU"/>
        </w:rPr>
      </w:pPr>
      <w:r w:rsidRPr="00342BBE">
        <w:rPr>
          <w:lang w:val="ru-RU"/>
        </w:rPr>
        <w:t>17.</w:t>
      </w:r>
      <w:r w:rsidR="00342BBE">
        <w:rPr>
          <w:lang w:val="ru-RU"/>
        </w:rPr>
        <w:t>10</w:t>
      </w:r>
      <w:r w:rsidRPr="00342BBE">
        <w:rPr>
          <w:lang w:val="ru-RU"/>
        </w:rPr>
        <w:t>.2026</w:t>
      </w:r>
      <w:r w:rsidRPr="00342BBE">
        <w:rPr>
          <w:lang w:val="ru-RU"/>
        </w:rPr>
        <w:tab/>
        <w:t>________________</w:t>
      </w:r>
      <w:r w:rsidRPr="00342BBE">
        <w:rPr>
          <w:lang w:val="ru-RU"/>
        </w:rPr>
        <w:tab/>
      </w:r>
      <w:proofErr w:type="spellStart"/>
      <w:r w:rsidRPr="00342BBE">
        <w:rPr>
          <w:lang w:val="ru-RU"/>
        </w:rPr>
        <w:t>Андрій</w:t>
      </w:r>
      <w:proofErr w:type="spellEnd"/>
      <w:r w:rsidRPr="00342BBE">
        <w:rPr>
          <w:lang w:val="ru-RU"/>
        </w:rPr>
        <w:t xml:space="preserve"> КОВАЛЕНКО</w:t>
      </w:r>
    </w:p>
    <w:p w14:paraId="4B0FACEC" w14:textId="1D28319C" w:rsidR="00F77A97" w:rsidRPr="00342BBE" w:rsidRDefault="00FA788E">
      <w:pPr>
        <w:spacing w:before="160"/>
        <w:rPr>
          <w:szCs w:val="24"/>
          <w:lang w:val="ru-RU"/>
        </w:rPr>
      </w:pPr>
      <w:proofErr w:type="spellStart"/>
      <w:r w:rsidRPr="00342BBE">
        <w:rPr>
          <w:i/>
          <w:szCs w:val="24"/>
          <w:lang w:val="ru-RU"/>
        </w:rPr>
        <w:t>Заре</w:t>
      </w:r>
      <w:r w:rsidRPr="00342BBE">
        <w:rPr>
          <w:i/>
          <w:szCs w:val="24"/>
          <w:lang w:val="ru-RU"/>
        </w:rPr>
        <w:t>єстровано</w:t>
      </w:r>
      <w:proofErr w:type="spellEnd"/>
      <w:r w:rsidRPr="00342BBE">
        <w:rPr>
          <w:i/>
          <w:szCs w:val="24"/>
          <w:lang w:val="ru-RU"/>
        </w:rPr>
        <w:t xml:space="preserve"> в ТОВ «</w:t>
      </w:r>
      <w:proofErr w:type="spellStart"/>
      <w:r w:rsidRPr="00342BBE">
        <w:rPr>
          <w:i/>
          <w:szCs w:val="24"/>
          <w:lang w:val="ru-RU"/>
        </w:rPr>
        <w:t>Галкос</w:t>
      </w:r>
      <w:proofErr w:type="spellEnd"/>
      <w:r w:rsidRPr="00342BBE">
        <w:rPr>
          <w:i/>
          <w:szCs w:val="24"/>
          <w:lang w:val="ru-RU"/>
        </w:rPr>
        <w:t>» 17.</w:t>
      </w:r>
      <w:r w:rsidR="00342BBE" w:rsidRPr="00342BBE">
        <w:rPr>
          <w:i/>
          <w:szCs w:val="24"/>
          <w:lang w:val="ru-RU"/>
        </w:rPr>
        <w:t>10</w:t>
      </w:r>
      <w:r w:rsidRPr="00342BBE">
        <w:rPr>
          <w:i/>
          <w:szCs w:val="24"/>
          <w:lang w:val="ru-RU"/>
        </w:rPr>
        <w:t>.2026 за № 48/к.</w:t>
      </w:r>
      <w:r w:rsidR="008B5E1E">
        <w:rPr>
          <w:i/>
          <w:szCs w:val="24"/>
          <w:lang w:val="ru-RU"/>
        </w:rPr>
        <w:t xml:space="preserve"> </w:t>
      </w:r>
    </w:p>
    <w:sectPr w:rsidR="00F77A97" w:rsidRPr="00342BBE" w:rsidSect="00034616">
      <w:pgSz w:w="12240" w:h="15840"/>
      <w:pgMar w:top="1134" w:right="567" w:bottom="1134" w:left="170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67823"/>
    <w:rsid w:val="0029639D"/>
    <w:rsid w:val="00326F90"/>
    <w:rsid w:val="00342BBE"/>
    <w:rsid w:val="008B5E1E"/>
    <w:rsid w:val="00AA1D8D"/>
    <w:rsid w:val="00B47730"/>
    <w:rsid w:val="00CB0664"/>
    <w:rsid w:val="00F77A97"/>
    <w:rsid w:val="00FA788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BF1F16"/>
  <w14:defaultImageDpi w14:val="300"/>
  <w15:docId w15:val="{DDD98FC3-4E56-4316-BF3C-610A63623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Debet-Kredit</dc:creator>
  <cp:keywords/>
  <cp:lastModifiedBy>Debet-Kredit</cp:lastModifiedBy>
  <dcterms:created xsi:type="dcterms:W3CDTF">2026-10-13T15:08:00Z</dcterms:created>
  <dcterms:modified xsi:type="dcterms:W3CDTF">2026-10-13T16:12:00Z</dcterms:modified>
  <cp:category/>
</cp:coreProperties>
</file>