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C29B6" w14:textId="77777777" w:rsidR="0021472C" w:rsidRPr="00BF56F9" w:rsidRDefault="008D2724">
      <w:pPr>
        <w:keepNext/>
        <w:jc w:val="center"/>
        <w:rPr>
          <w:lang w:val="ru-RU"/>
        </w:rPr>
      </w:pPr>
      <w:r w:rsidRPr="00BF56F9">
        <w:rPr>
          <w:b/>
          <w:lang w:val="ru-RU"/>
        </w:rPr>
        <w:t>ТОВАРИСТВО З ОБМЕЖЕНОЮ ВІДПОВІДАЛЬНІСТЮ «ГАЛКОС»</w:t>
      </w:r>
    </w:p>
    <w:p w14:paraId="4B39228D" w14:textId="77777777" w:rsidR="0021472C" w:rsidRDefault="008D2724">
      <w:pPr>
        <w:keepNext/>
        <w:jc w:val="center"/>
      </w:pPr>
      <w:r>
        <w:t>ТОВ «</w:t>
      </w:r>
      <w:proofErr w:type="spellStart"/>
      <w:r>
        <w:t>Галкос</w:t>
      </w:r>
      <w:proofErr w:type="spellEnd"/>
      <w:r>
        <w:t>»</w:t>
      </w:r>
    </w:p>
    <w:p w14:paraId="69EF6997" w14:textId="77777777" w:rsidR="0021472C" w:rsidRDefault="008D2724">
      <w:pPr>
        <w:keepNext/>
        <w:spacing w:after="80"/>
        <w:jc w:val="center"/>
      </w:pPr>
      <w:r>
        <w:rPr>
          <w:sz w:val="22"/>
        </w:rPr>
        <w:t>Код ЄДРПОУ 12345678</w:t>
      </w:r>
    </w:p>
    <w:p w14:paraId="20B2B50D" w14:textId="77777777" w:rsidR="0021472C" w:rsidRDefault="008D2724">
      <w:pPr>
        <w:keepNext/>
        <w:spacing w:before="40" w:after="80"/>
        <w:jc w:val="center"/>
      </w:pPr>
      <w:r>
        <w:rPr>
          <w:b/>
          <w:sz w:val="28"/>
        </w:rPr>
        <w:t>НАКАЗ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21472C" w14:paraId="10B92830" w14:textId="77777777">
        <w:trPr>
          <w:jc w:val="center"/>
        </w:trPr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87C7B" w14:textId="3924A4BD" w:rsidR="0021472C" w:rsidRDefault="008D2724">
            <w:r>
              <w:t>17.</w:t>
            </w:r>
            <w:r w:rsidR="00BF56F9">
              <w:rPr>
                <w:lang w:val="uk-UA"/>
              </w:rPr>
              <w:t>1</w:t>
            </w:r>
            <w:r>
              <w:t>0.2026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C3C78" w14:textId="77777777" w:rsidR="0021472C" w:rsidRDefault="008D2724">
            <w:pPr>
              <w:jc w:val="center"/>
            </w:pPr>
            <w:r>
              <w:t>Київ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8B3DE" w14:textId="77777777" w:rsidR="0021472C" w:rsidRDefault="008D2724">
            <w:pPr>
              <w:jc w:val="right"/>
            </w:pPr>
            <w:r>
              <w:t>№ 176/к/тр</w:t>
            </w:r>
          </w:p>
        </w:tc>
      </w:tr>
    </w:tbl>
    <w:p w14:paraId="2A47796E" w14:textId="77777777" w:rsidR="0021472C" w:rsidRPr="00BF56F9" w:rsidRDefault="008D2724">
      <w:pPr>
        <w:keepNext/>
        <w:spacing w:before="240" w:after="160"/>
        <w:rPr>
          <w:lang w:val="ru-RU"/>
        </w:rPr>
      </w:pPr>
      <w:r w:rsidRPr="00BF56F9">
        <w:rPr>
          <w:b/>
          <w:lang w:val="ru-RU"/>
        </w:rPr>
        <w:t xml:space="preserve">Про </w:t>
      </w:r>
      <w:proofErr w:type="spellStart"/>
      <w:r w:rsidRPr="00BF56F9">
        <w:rPr>
          <w:b/>
          <w:lang w:val="ru-RU"/>
        </w:rPr>
        <w:t>скасування</w:t>
      </w:r>
      <w:proofErr w:type="spellEnd"/>
      <w:r w:rsidRPr="00BF56F9">
        <w:rPr>
          <w:b/>
          <w:lang w:val="ru-RU"/>
        </w:rPr>
        <w:t xml:space="preserve"> наказу про </w:t>
      </w:r>
      <w:proofErr w:type="spellStart"/>
      <w:r w:rsidRPr="00BF56F9">
        <w:rPr>
          <w:b/>
          <w:lang w:val="ru-RU"/>
        </w:rPr>
        <w:t>прийняття</w:t>
      </w:r>
      <w:proofErr w:type="spellEnd"/>
      <w:r w:rsidRPr="00BF56F9">
        <w:rPr>
          <w:b/>
          <w:lang w:val="ru-RU"/>
        </w:rPr>
        <w:t xml:space="preserve"> </w:t>
      </w:r>
      <w:proofErr w:type="gramStart"/>
      <w:r w:rsidRPr="00BF56F9">
        <w:rPr>
          <w:b/>
          <w:lang w:val="ru-RU"/>
        </w:rPr>
        <w:t>на роботу</w:t>
      </w:r>
      <w:proofErr w:type="gramEnd"/>
    </w:p>
    <w:p w14:paraId="130A2916" w14:textId="771472B3" w:rsidR="0021472C" w:rsidRPr="00BF56F9" w:rsidRDefault="008D2724">
      <w:pPr>
        <w:spacing w:after="120"/>
        <w:ind w:firstLine="709"/>
        <w:rPr>
          <w:lang w:val="ru-RU"/>
        </w:rPr>
      </w:pPr>
      <w:r w:rsidRPr="00BF56F9">
        <w:rPr>
          <w:lang w:val="ru-RU"/>
        </w:rPr>
        <w:t xml:space="preserve">У </w:t>
      </w:r>
      <w:proofErr w:type="spellStart"/>
      <w:r w:rsidRPr="00BF56F9">
        <w:rPr>
          <w:lang w:val="ru-RU"/>
        </w:rPr>
        <w:t>зв’язку</w:t>
      </w:r>
      <w:proofErr w:type="spellEnd"/>
      <w:r w:rsidRPr="00BF56F9">
        <w:rPr>
          <w:lang w:val="ru-RU"/>
        </w:rPr>
        <w:t xml:space="preserve"> з </w:t>
      </w:r>
      <w:proofErr w:type="spellStart"/>
      <w:r w:rsidRPr="00BF56F9">
        <w:rPr>
          <w:lang w:val="ru-RU"/>
        </w:rPr>
        <w:t>письмовою</w:t>
      </w:r>
      <w:proofErr w:type="spellEnd"/>
      <w:r w:rsidRPr="00BF56F9">
        <w:rPr>
          <w:lang w:val="ru-RU"/>
        </w:rPr>
        <w:t xml:space="preserve"> </w:t>
      </w:r>
      <w:proofErr w:type="spellStart"/>
      <w:r w:rsidRPr="00BF56F9">
        <w:rPr>
          <w:lang w:val="ru-RU"/>
        </w:rPr>
        <w:t>відмовою</w:t>
      </w:r>
      <w:proofErr w:type="spellEnd"/>
      <w:r w:rsidRPr="00BF56F9">
        <w:rPr>
          <w:lang w:val="ru-RU"/>
        </w:rPr>
        <w:t xml:space="preserve"> </w:t>
      </w:r>
      <w:proofErr w:type="spellStart"/>
      <w:r w:rsidRPr="00BF56F9">
        <w:rPr>
          <w:lang w:val="ru-RU"/>
        </w:rPr>
        <w:t>Андрія</w:t>
      </w:r>
      <w:proofErr w:type="spellEnd"/>
      <w:r w:rsidRPr="00BF56F9">
        <w:rPr>
          <w:lang w:val="ru-RU"/>
        </w:rPr>
        <w:t xml:space="preserve"> КОВАЛЕНКА </w:t>
      </w:r>
      <w:proofErr w:type="spellStart"/>
      <w:r w:rsidRPr="00BF56F9">
        <w:rPr>
          <w:lang w:val="ru-RU"/>
        </w:rPr>
        <w:t>приступити</w:t>
      </w:r>
      <w:proofErr w:type="spellEnd"/>
      <w:r w:rsidRPr="00BF56F9">
        <w:rPr>
          <w:lang w:val="ru-RU"/>
        </w:rPr>
        <w:t xml:space="preserve"> до </w:t>
      </w:r>
      <w:proofErr w:type="spellStart"/>
      <w:r w:rsidRPr="00BF56F9">
        <w:rPr>
          <w:lang w:val="ru-RU"/>
        </w:rPr>
        <w:t>роботи</w:t>
      </w:r>
      <w:proofErr w:type="spellEnd"/>
      <w:r w:rsidRPr="00BF56F9">
        <w:rPr>
          <w:lang w:val="ru-RU"/>
        </w:rPr>
        <w:t xml:space="preserve"> 17 </w:t>
      </w:r>
      <w:proofErr w:type="spellStart"/>
      <w:r w:rsidR="00BF56F9">
        <w:rPr>
          <w:lang w:val="ru-RU"/>
        </w:rPr>
        <w:t>жовтня</w:t>
      </w:r>
      <w:proofErr w:type="spellEnd"/>
      <w:r w:rsidR="00BF56F9">
        <w:rPr>
          <w:lang w:val="ru-RU"/>
        </w:rPr>
        <w:t xml:space="preserve"> </w:t>
      </w:r>
      <w:r w:rsidRPr="00BF56F9">
        <w:rPr>
          <w:lang w:val="ru-RU"/>
        </w:rPr>
        <w:t>2026 року</w:t>
      </w:r>
      <w:r w:rsidR="00B0014F">
        <w:rPr>
          <w:lang w:val="ru-RU"/>
        </w:rPr>
        <w:t xml:space="preserve"> </w:t>
      </w:r>
    </w:p>
    <w:p w14:paraId="07D6E658" w14:textId="77777777" w:rsidR="0021472C" w:rsidRPr="00BF56F9" w:rsidRDefault="008D2724">
      <w:pPr>
        <w:keepNext/>
        <w:spacing w:after="120"/>
        <w:rPr>
          <w:lang w:val="ru-RU"/>
        </w:rPr>
      </w:pPr>
      <w:r w:rsidRPr="00BF56F9">
        <w:rPr>
          <w:b/>
          <w:lang w:val="ru-RU"/>
        </w:rPr>
        <w:t>НАКАЗУЮ:</w:t>
      </w:r>
    </w:p>
    <w:p w14:paraId="5A4F7E08" w14:textId="13796305" w:rsidR="0021472C" w:rsidRPr="00BF56F9" w:rsidRDefault="008D2724">
      <w:pPr>
        <w:ind w:firstLine="709"/>
        <w:rPr>
          <w:lang w:val="ru-RU"/>
        </w:rPr>
      </w:pPr>
      <w:r w:rsidRPr="00BF56F9">
        <w:rPr>
          <w:lang w:val="ru-RU"/>
        </w:rPr>
        <w:t xml:space="preserve">1. СКАСУВАТИ наказ </w:t>
      </w:r>
      <w:proofErr w:type="spellStart"/>
      <w:r w:rsidRPr="00BF56F9">
        <w:rPr>
          <w:lang w:val="ru-RU"/>
        </w:rPr>
        <w:t>від</w:t>
      </w:r>
      <w:proofErr w:type="spellEnd"/>
      <w:r w:rsidRPr="00BF56F9">
        <w:rPr>
          <w:lang w:val="ru-RU"/>
        </w:rPr>
        <w:t xml:space="preserve"> 14.</w:t>
      </w:r>
      <w:r w:rsidR="00BF56F9">
        <w:rPr>
          <w:lang w:val="ru-RU"/>
        </w:rPr>
        <w:t>10</w:t>
      </w:r>
      <w:r w:rsidRPr="00BF56F9">
        <w:rPr>
          <w:lang w:val="ru-RU"/>
        </w:rPr>
        <w:t>.2026 № 172/к/</w:t>
      </w:r>
      <w:proofErr w:type="spellStart"/>
      <w:r w:rsidRPr="00BF56F9">
        <w:rPr>
          <w:lang w:val="ru-RU"/>
        </w:rPr>
        <w:t>тр</w:t>
      </w:r>
      <w:proofErr w:type="spellEnd"/>
      <w:r w:rsidRPr="00BF56F9">
        <w:rPr>
          <w:lang w:val="ru-RU"/>
        </w:rPr>
        <w:t xml:space="preserve"> «Про </w:t>
      </w:r>
      <w:proofErr w:type="spellStart"/>
      <w:r w:rsidRPr="00BF56F9">
        <w:rPr>
          <w:lang w:val="ru-RU"/>
        </w:rPr>
        <w:t>прийняття</w:t>
      </w:r>
      <w:proofErr w:type="spellEnd"/>
      <w:r w:rsidRPr="00BF56F9">
        <w:rPr>
          <w:lang w:val="ru-RU"/>
        </w:rPr>
        <w:t xml:space="preserve"> на роботу» в </w:t>
      </w:r>
      <w:proofErr w:type="spellStart"/>
      <w:r w:rsidRPr="00BF56F9">
        <w:rPr>
          <w:lang w:val="ru-RU"/>
        </w:rPr>
        <w:t>частині</w:t>
      </w:r>
      <w:proofErr w:type="spellEnd"/>
      <w:r w:rsidRPr="00BF56F9">
        <w:rPr>
          <w:lang w:val="ru-RU"/>
        </w:rPr>
        <w:t xml:space="preserve"> </w:t>
      </w:r>
      <w:proofErr w:type="spellStart"/>
      <w:r w:rsidRPr="00BF56F9">
        <w:rPr>
          <w:lang w:val="ru-RU"/>
        </w:rPr>
        <w:t>прийняття</w:t>
      </w:r>
      <w:proofErr w:type="spellEnd"/>
      <w:r w:rsidRPr="00BF56F9">
        <w:rPr>
          <w:lang w:val="ru-RU"/>
        </w:rPr>
        <w:t xml:space="preserve"> КОВАЛЕНКА </w:t>
      </w:r>
      <w:proofErr w:type="spellStart"/>
      <w:r w:rsidRPr="00BF56F9">
        <w:rPr>
          <w:lang w:val="ru-RU"/>
        </w:rPr>
        <w:t>Андрія</w:t>
      </w:r>
      <w:proofErr w:type="spellEnd"/>
      <w:r w:rsidRPr="00BF56F9">
        <w:rPr>
          <w:lang w:val="ru-RU"/>
        </w:rPr>
        <w:t xml:space="preserve"> </w:t>
      </w:r>
      <w:proofErr w:type="spellStart"/>
      <w:r w:rsidRPr="00BF56F9">
        <w:rPr>
          <w:lang w:val="ru-RU"/>
        </w:rPr>
        <w:t>Сергійовича</w:t>
      </w:r>
      <w:proofErr w:type="spellEnd"/>
      <w:r w:rsidRPr="00BF56F9">
        <w:rPr>
          <w:lang w:val="ru-RU"/>
        </w:rPr>
        <w:t xml:space="preserve"> </w:t>
      </w:r>
      <w:proofErr w:type="gramStart"/>
      <w:r w:rsidRPr="00BF56F9">
        <w:rPr>
          <w:lang w:val="ru-RU"/>
        </w:rPr>
        <w:t>на посаду</w:t>
      </w:r>
      <w:proofErr w:type="gramEnd"/>
      <w:r w:rsidRPr="00BF56F9">
        <w:rPr>
          <w:lang w:val="ru-RU"/>
        </w:rPr>
        <w:t xml:space="preserve"> оператора </w:t>
      </w:r>
      <w:proofErr w:type="spellStart"/>
      <w:r w:rsidRPr="00BF56F9">
        <w:rPr>
          <w:lang w:val="ru-RU"/>
        </w:rPr>
        <w:t>електронно-комунікаційних</w:t>
      </w:r>
      <w:proofErr w:type="spellEnd"/>
      <w:r w:rsidRPr="00BF56F9">
        <w:rPr>
          <w:lang w:val="ru-RU"/>
        </w:rPr>
        <w:t xml:space="preserve"> </w:t>
      </w:r>
      <w:proofErr w:type="spellStart"/>
      <w:r w:rsidRPr="00BF56F9">
        <w:rPr>
          <w:lang w:val="ru-RU"/>
        </w:rPr>
        <w:t>послуг</w:t>
      </w:r>
      <w:proofErr w:type="spellEnd"/>
      <w:r w:rsidRPr="00BF56F9">
        <w:rPr>
          <w:lang w:val="ru-RU"/>
        </w:rPr>
        <w:t xml:space="preserve"> Контакт-центру з 17.</w:t>
      </w:r>
      <w:r w:rsidR="00BF56F9">
        <w:rPr>
          <w:lang w:val="ru-RU"/>
        </w:rPr>
        <w:t>10</w:t>
      </w:r>
      <w:r w:rsidRPr="00BF56F9">
        <w:rPr>
          <w:lang w:val="ru-RU"/>
        </w:rPr>
        <w:t>.2026.</w:t>
      </w:r>
    </w:p>
    <w:p w14:paraId="36A2DE5C" w14:textId="77777777" w:rsidR="0021472C" w:rsidRPr="00BF56F9" w:rsidRDefault="008D2724">
      <w:pPr>
        <w:spacing w:before="80"/>
        <w:ind w:firstLine="709"/>
        <w:rPr>
          <w:lang w:val="ru-RU"/>
        </w:rPr>
      </w:pPr>
      <w:r w:rsidRPr="00BF56F9">
        <w:rPr>
          <w:lang w:val="ru-RU"/>
        </w:rPr>
        <w:t xml:space="preserve">2. Начальнику </w:t>
      </w:r>
      <w:proofErr w:type="spellStart"/>
      <w:r w:rsidRPr="00BF56F9">
        <w:rPr>
          <w:lang w:val="ru-RU"/>
        </w:rPr>
        <w:t>відділу</w:t>
      </w:r>
      <w:proofErr w:type="spellEnd"/>
      <w:r w:rsidRPr="00BF56F9">
        <w:rPr>
          <w:lang w:val="ru-RU"/>
        </w:rPr>
        <w:t xml:space="preserve"> </w:t>
      </w:r>
      <w:proofErr w:type="spellStart"/>
      <w:r w:rsidRPr="00BF56F9">
        <w:rPr>
          <w:lang w:val="ru-RU"/>
        </w:rPr>
        <w:t>кадрів</w:t>
      </w:r>
      <w:proofErr w:type="spellEnd"/>
      <w:r w:rsidRPr="00BF56F9">
        <w:rPr>
          <w:lang w:val="ru-RU"/>
        </w:rPr>
        <w:t xml:space="preserve"> </w:t>
      </w:r>
      <w:proofErr w:type="spellStart"/>
      <w:r w:rsidRPr="00BF56F9">
        <w:rPr>
          <w:lang w:val="ru-RU"/>
        </w:rPr>
        <w:t>Олені</w:t>
      </w:r>
      <w:proofErr w:type="spellEnd"/>
      <w:r w:rsidRPr="00BF56F9">
        <w:rPr>
          <w:lang w:val="ru-RU"/>
        </w:rPr>
        <w:t xml:space="preserve"> ТКАЧЕНКО подати до ДПС </w:t>
      </w:r>
      <w:proofErr w:type="spellStart"/>
      <w:r w:rsidRPr="00BF56F9">
        <w:rPr>
          <w:lang w:val="ru-RU"/>
        </w:rPr>
        <w:t>Повідомлення</w:t>
      </w:r>
      <w:proofErr w:type="spellEnd"/>
      <w:r w:rsidRPr="00BF56F9">
        <w:rPr>
          <w:lang w:val="ru-RU"/>
        </w:rPr>
        <w:t xml:space="preserve"> про </w:t>
      </w:r>
      <w:proofErr w:type="spellStart"/>
      <w:r w:rsidRPr="00BF56F9">
        <w:rPr>
          <w:lang w:val="ru-RU"/>
        </w:rPr>
        <w:t>прийняття</w:t>
      </w:r>
      <w:proofErr w:type="spellEnd"/>
      <w:r w:rsidRPr="00BF56F9">
        <w:rPr>
          <w:lang w:val="ru-RU"/>
        </w:rPr>
        <w:t xml:space="preserve"> </w:t>
      </w:r>
      <w:proofErr w:type="spellStart"/>
      <w:r w:rsidRPr="00BF56F9">
        <w:rPr>
          <w:lang w:val="ru-RU"/>
        </w:rPr>
        <w:t>працівника</w:t>
      </w:r>
      <w:proofErr w:type="spellEnd"/>
      <w:r w:rsidRPr="00BF56F9">
        <w:rPr>
          <w:lang w:val="ru-RU"/>
        </w:rPr>
        <w:t xml:space="preserve"> </w:t>
      </w:r>
      <w:proofErr w:type="gramStart"/>
      <w:r w:rsidRPr="00BF56F9">
        <w:rPr>
          <w:lang w:val="ru-RU"/>
        </w:rPr>
        <w:t>на роботу</w:t>
      </w:r>
      <w:proofErr w:type="gramEnd"/>
      <w:r w:rsidRPr="00BF56F9">
        <w:rPr>
          <w:lang w:val="ru-RU"/>
        </w:rPr>
        <w:t xml:space="preserve"> типу «</w:t>
      </w:r>
      <w:proofErr w:type="spellStart"/>
      <w:r w:rsidRPr="00BF56F9">
        <w:rPr>
          <w:lang w:val="ru-RU"/>
        </w:rPr>
        <w:t>скасовуюче</w:t>
      </w:r>
      <w:proofErr w:type="spellEnd"/>
      <w:r w:rsidRPr="00BF56F9">
        <w:rPr>
          <w:lang w:val="ru-RU"/>
        </w:rPr>
        <w:t xml:space="preserve">» </w:t>
      </w:r>
      <w:proofErr w:type="spellStart"/>
      <w:r w:rsidRPr="00BF56F9">
        <w:rPr>
          <w:lang w:val="ru-RU"/>
        </w:rPr>
        <w:t>щодо</w:t>
      </w:r>
      <w:proofErr w:type="spellEnd"/>
      <w:r w:rsidRPr="00BF56F9">
        <w:rPr>
          <w:lang w:val="ru-RU"/>
        </w:rPr>
        <w:t xml:space="preserve"> КОВАЛЕНКА </w:t>
      </w:r>
      <w:proofErr w:type="spellStart"/>
      <w:r w:rsidRPr="00BF56F9">
        <w:rPr>
          <w:lang w:val="ru-RU"/>
        </w:rPr>
        <w:t>Андрія</w:t>
      </w:r>
      <w:proofErr w:type="spellEnd"/>
      <w:r w:rsidRPr="00BF56F9">
        <w:rPr>
          <w:lang w:val="ru-RU"/>
        </w:rPr>
        <w:t xml:space="preserve"> </w:t>
      </w:r>
      <w:proofErr w:type="spellStart"/>
      <w:r w:rsidRPr="00BF56F9">
        <w:rPr>
          <w:lang w:val="ru-RU"/>
        </w:rPr>
        <w:t>Сергійовича</w:t>
      </w:r>
      <w:proofErr w:type="spellEnd"/>
      <w:r w:rsidRPr="00BF56F9">
        <w:rPr>
          <w:lang w:val="ru-RU"/>
        </w:rPr>
        <w:t>.</w:t>
      </w:r>
    </w:p>
    <w:p w14:paraId="21394704" w14:textId="5E4C6555" w:rsidR="0021472C" w:rsidRPr="00BF56F9" w:rsidRDefault="008D2724">
      <w:pPr>
        <w:spacing w:before="160"/>
        <w:rPr>
          <w:lang w:val="ru-RU"/>
        </w:rPr>
      </w:pPr>
      <w:proofErr w:type="spellStart"/>
      <w:r w:rsidRPr="00BF56F9">
        <w:rPr>
          <w:b/>
          <w:lang w:val="ru-RU"/>
        </w:rPr>
        <w:t>Підстава</w:t>
      </w:r>
      <w:proofErr w:type="spellEnd"/>
      <w:r w:rsidRPr="00BF56F9">
        <w:rPr>
          <w:b/>
          <w:lang w:val="ru-RU"/>
        </w:rPr>
        <w:t xml:space="preserve">: </w:t>
      </w:r>
      <w:proofErr w:type="spellStart"/>
      <w:r w:rsidRPr="00BF56F9">
        <w:rPr>
          <w:lang w:val="ru-RU"/>
        </w:rPr>
        <w:t>заява</w:t>
      </w:r>
      <w:proofErr w:type="spellEnd"/>
      <w:r w:rsidRPr="00BF56F9">
        <w:rPr>
          <w:lang w:val="ru-RU"/>
        </w:rPr>
        <w:t xml:space="preserve"> </w:t>
      </w:r>
      <w:proofErr w:type="spellStart"/>
      <w:r w:rsidRPr="00BF56F9">
        <w:rPr>
          <w:lang w:val="ru-RU"/>
        </w:rPr>
        <w:t>Андрія</w:t>
      </w:r>
      <w:proofErr w:type="spellEnd"/>
      <w:r w:rsidRPr="00BF56F9">
        <w:rPr>
          <w:lang w:val="ru-RU"/>
        </w:rPr>
        <w:t xml:space="preserve"> КОВАЛЕНКА </w:t>
      </w:r>
      <w:proofErr w:type="spellStart"/>
      <w:r w:rsidRPr="00BF56F9">
        <w:rPr>
          <w:lang w:val="ru-RU"/>
        </w:rPr>
        <w:t>від</w:t>
      </w:r>
      <w:proofErr w:type="spellEnd"/>
      <w:r w:rsidRPr="00BF56F9">
        <w:rPr>
          <w:lang w:val="ru-RU"/>
        </w:rPr>
        <w:t xml:space="preserve"> 17.</w:t>
      </w:r>
      <w:r w:rsidR="00BF56F9">
        <w:rPr>
          <w:lang w:val="ru-RU"/>
        </w:rPr>
        <w:t>10</w:t>
      </w:r>
      <w:r w:rsidRPr="00BF56F9">
        <w:rPr>
          <w:lang w:val="ru-RU"/>
        </w:rPr>
        <w:t xml:space="preserve">.2026, </w:t>
      </w:r>
      <w:proofErr w:type="spellStart"/>
      <w:r w:rsidRPr="00BF56F9">
        <w:rPr>
          <w:lang w:val="ru-RU"/>
        </w:rPr>
        <w:t>зареєстрована</w:t>
      </w:r>
      <w:proofErr w:type="spellEnd"/>
      <w:r w:rsidRPr="00BF56F9">
        <w:rPr>
          <w:lang w:val="ru-RU"/>
        </w:rPr>
        <w:t xml:space="preserve"> за № 48/к.</w:t>
      </w:r>
    </w:p>
    <w:p w14:paraId="2D6624E5" w14:textId="77777777" w:rsidR="0021472C" w:rsidRPr="00BF56F9" w:rsidRDefault="008D2724">
      <w:pPr>
        <w:tabs>
          <w:tab w:val="left" w:pos="4876"/>
          <w:tab w:val="left" w:pos="7427"/>
        </w:tabs>
        <w:spacing w:before="280"/>
        <w:rPr>
          <w:lang w:val="ru-RU"/>
        </w:rPr>
      </w:pPr>
      <w:r w:rsidRPr="00BF56F9">
        <w:rPr>
          <w:lang w:val="ru-RU"/>
        </w:rPr>
        <w:t>Директор</w:t>
      </w:r>
      <w:r w:rsidRPr="00BF56F9">
        <w:rPr>
          <w:lang w:val="ru-RU"/>
        </w:rPr>
        <w:tab/>
        <w:t>________________</w:t>
      </w:r>
      <w:r w:rsidRPr="00BF56F9">
        <w:rPr>
          <w:lang w:val="ru-RU"/>
        </w:rPr>
        <w:tab/>
        <w:t>Орест ХОРОБРИЙ</w:t>
      </w:r>
    </w:p>
    <w:p w14:paraId="42A220C2" w14:textId="77777777" w:rsidR="0021472C" w:rsidRPr="00BF56F9" w:rsidRDefault="008D2724">
      <w:pPr>
        <w:keepNext/>
        <w:spacing w:before="200"/>
        <w:rPr>
          <w:lang w:val="ru-RU"/>
        </w:rPr>
      </w:pPr>
      <w:r w:rsidRPr="00BF56F9">
        <w:rPr>
          <w:lang w:val="ru-RU"/>
        </w:rPr>
        <w:t xml:space="preserve">З наказом </w:t>
      </w:r>
      <w:proofErr w:type="spellStart"/>
      <w:r w:rsidRPr="00BF56F9">
        <w:rPr>
          <w:lang w:val="ru-RU"/>
        </w:rPr>
        <w:t>ознайомлений</w:t>
      </w:r>
      <w:proofErr w:type="spellEnd"/>
      <w:r w:rsidRPr="00BF56F9">
        <w:rPr>
          <w:lang w:val="ru-RU"/>
        </w:rPr>
        <w:t>(а):</w:t>
      </w:r>
    </w:p>
    <w:p w14:paraId="60CF9BD3" w14:textId="492C1E20" w:rsidR="0021472C" w:rsidRDefault="008D2724">
      <w:pPr>
        <w:tabs>
          <w:tab w:val="left" w:pos="3175"/>
          <w:tab w:val="left" w:pos="6236"/>
        </w:tabs>
      </w:pPr>
      <w:r>
        <w:rPr>
          <w:sz w:val="22"/>
        </w:rPr>
        <w:t>________________</w:t>
      </w:r>
      <w:r>
        <w:rPr>
          <w:sz w:val="22"/>
        </w:rPr>
        <w:tab/>
      </w:r>
      <w:proofErr w:type="spellStart"/>
      <w:r>
        <w:rPr>
          <w:sz w:val="22"/>
        </w:rPr>
        <w:t>Андрій</w:t>
      </w:r>
      <w:proofErr w:type="spellEnd"/>
      <w:r>
        <w:rPr>
          <w:sz w:val="22"/>
        </w:rPr>
        <w:t xml:space="preserve"> КОВАЛЕНКО</w:t>
      </w:r>
      <w:r>
        <w:rPr>
          <w:sz w:val="22"/>
        </w:rPr>
        <w:tab/>
        <w:t>17.</w:t>
      </w:r>
      <w:r w:rsidR="00BF56F9">
        <w:rPr>
          <w:sz w:val="22"/>
          <w:lang w:val="uk-UA"/>
        </w:rPr>
        <w:t>10</w:t>
      </w:r>
      <w:r>
        <w:rPr>
          <w:sz w:val="22"/>
        </w:rPr>
        <w:t>.2026</w:t>
      </w:r>
    </w:p>
    <w:sectPr w:rsidR="0021472C" w:rsidSect="00034616">
      <w:pgSz w:w="12240" w:h="15840"/>
      <w:pgMar w:top="1134" w:right="567" w:bottom="113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472C"/>
    <w:rsid w:val="00267823"/>
    <w:rsid w:val="0029639D"/>
    <w:rsid w:val="00326F90"/>
    <w:rsid w:val="008D2724"/>
    <w:rsid w:val="00AA1D8D"/>
    <w:rsid w:val="00B0014F"/>
    <w:rsid w:val="00B47730"/>
    <w:rsid w:val="00BF56F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BABDF"/>
  <w14:defaultImageDpi w14:val="300"/>
  <w15:docId w15:val="{DDD98FC3-4E56-4316-BF3C-610A6362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Debet-Kredit</dc:creator>
  <cp:keywords/>
  <cp:lastModifiedBy>Debet-Kredit</cp:lastModifiedBy>
  <dcterms:created xsi:type="dcterms:W3CDTF">2026-10-13T15:11:00Z</dcterms:created>
  <dcterms:modified xsi:type="dcterms:W3CDTF">2026-10-13T16:14:00Z</dcterms:modified>
  <cp:category/>
</cp:coreProperties>
</file>