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71B0A" w14:textId="77777777" w:rsidR="00E1522F" w:rsidRPr="009E262A" w:rsidRDefault="00FF0BEF">
      <w:pPr>
        <w:keepNext/>
        <w:jc w:val="center"/>
        <w:rPr>
          <w:lang w:val="ru-RU"/>
        </w:rPr>
      </w:pPr>
      <w:r w:rsidRPr="009E262A">
        <w:rPr>
          <w:b/>
          <w:lang w:val="ru-RU"/>
        </w:rPr>
        <w:t>ТОВАРИСТВО З ОБМЕЖЕНОЮ ВІДПОВІДАЛЬНІСТЮ «ГАЛКОС»</w:t>
      </w:r>
    </w:p>
    <w:p w14:paraId="18750D6D" w14:textId="77777777" w:rsidR="00E1522F" w:rsidRDefault="00FF0BEF">
      <w:pPr>
        <w:keepNext/>
        <w:jc w:val="center"/>
      </w:pPr>
      <w:r>
        <w:t>ТОВ «</w:t>
      </w:r>
      <w:proofErr w:type="spellStart"/>
      <w:r>
        <w:t>Галкос</w:t>
      </w:r>
      <w:proofErr w:type="spellEnd"/>
      <w:r>
        <w:t>»</w:t>
      </w:r>
    </w:p>
    <w:p w14:paraId="5D90CA50" w14:textId="77777777" w:rsidR="00E1522F" w:rsidRDefault="00FF0BEF">
      <w:pPr>
        <w:keepNext/>
        <w:spacing w:after="80"/>
        <w:jc w:val="center"/>
      </w:pPr>
      <w:r>
        <w:rPr>
          <w:sz w:val="22"/>
        </w:rPr>
        <w:t>Код ЄДРПОУ 12345678</w:t>
      </w:r>
    </w:p>
    <w:p w14:paraId="16AE565A" w14:textId="77777777" w:rsidR="00E1522F" w:rsidRDefault="00FF0BEF">
      <w:pPr>
        <w:keepNext/>
        <w:spacing w:before="40" w:after="80"/>
        <w:jc w:val="center"/>
      </w:pPr>
      <w:r>
        <w:rPr>
          <w:b/>
          <w:sz w:val="28"/>
        </w:rPr>
        <w:t>АКТ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E1522F" w14:paraId="22C0544E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374C4" w14:textId="5BF06FD1" w:rsidR="00E1522F" w:rsidRDefault="00FF0BEF">
            <w:r>
              <w:t>17.</w:t>
            </w:r>
            <w:r w:rsidR="009E262A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5448" w14:textId="77777777" w:rsidR="00E1522F" w:rsidRDefault="00FF0BEF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4EFCD" w14:textId="77777777" w:rsidR="00E1522F" w:rsidRDefault="00FF0BEF">
            <w:pPr>
              <w:jc w:val="right"/>
            </w:pPr>
            <w:r>
              <w:t>№ 10</w:t>
            </w:r>
          </w:p>
        </w:tc>
      </w:tr>
    </w:tbl>
    <w:p w14:paraId="476EFD17" w14:textId="77777777" w:rsidR="00E1522F" w:rsidRPr="009E262A" w:rsidRDefault="00FF0BEF">
      <w:pPr>
        <w:keepNext/>
        <w:spacing w:before="200" w:after="160"/>
        <w:rPr>
          <w:lang w:val="ru-RU"/>
        </w:rPr>
      </w:pPr>
      <w:r w:rsidRPr="009E262A">
        <w:rPr>
          <w:b/>
          <w:lang w:val="ru-RU"/>
        </w:rPr>
        <w:t xml:space="preserve">Про </w:t>
      </w:r>
      <w:proofErr w:type="spellStart"/>
      <w:r w:rsidRPr="009E262A">
        <w:rPr>
          <w:b/>
          <w:lang w:val="ru-RU"/>
        </w:rPr>
        <w:t>відмову</w:t>
      </w:r>
      <w:proofErr w:type="spellEnd"/>
      <w:r w:rsidRPr="009E262A">
        <w:rPr>
          <w:b/>
          <w:lang w:val="ru-RU"/>
        </w:rPr>
        <w:t xml:space="preserve"> </w:t>
      </w:r>
      <w:proofErr w:type="spellStart"/>
      <w:r w:rsidRPr="009E262A">
        <w:rPr>
          <w:b/>
          <w:lang w:val="ru-RU"/>
        </w:rPr>
        <w:t>працівника</w:t>
      </w:r>
      <w:proofErr w:type="spellEnd"/>
      <w:r w:rsidRPr="009E262A">
        <w:rPr>
          <w:b/>
          <w:lang w:val="ru-RU"/>
        </w:rPr>
        <w:t xml:space="preserve"> </w:t>
      </w:r>
      <w:proofErr w:type="spellStart"/>
      <w:r w:rsidRPr="009E262A">
        <w:rPr>
          <w:b/>
          <w:lang w:val="ru-RU"/>
        </w:rPr>
        <w:t>приступити</w:t>
      </w:r>
      <w:proofErr w:type="spellEnd"/>
      <w:r w:rsidRPr="009E262A">
        <w:rPr>
          <w:b/>
          <w:lang w:val="ru-RU"/>
        </w:rPr>
        <w:t xml:space="preserve"> до </w:t>
      </w:r>
      <w:proofErr w:type="spellStart"/>
      <w:r w:rsidRPr="009E262A">
        <w:rPr>
          <w:b/>
          <w:lang w:val="ru-RU"/>
        </w:rPr>
        <w:t>роботи</w:t>
      </w:r>
      <w:proofErr w:type="spellEnd"/>
      <w:r w:rsidRPr="009E262A">
        <w:rPr>
          <w:b/>
          <w:lang w:val="ru-RU"/>
        </w:rPr>
        <w:t xml:space="preserve"> та </w:t>
      </w:r>
      <w:proofErr w:type="spellStart"/>
      <w:r w:rsidRPr="009E262A">
        <w:rPr>
          <w:b/>
          <w:lang w:val="ru-RU"/>
        </w:rPr>
        <w:t>надати</w:t>
      </w:r>
      <w:proofErr w:type="spellEnd"/>
      <w:r w:rsidRPr="009E262A">
        <w:rPr>
          <w:b/>
          <w:lang w:val="ru-RU"/>
        </w:rPr>
        <w:t xml:space="preserve"> </w:t>
      </w:r>
      <w:proofErr w:type="spellStart"/>
      <w:r w:rsidRPr="009E262A">
        <w:rPr>
          <w:b/>
          <w:lang w:val="ru-RU"/>
        </w:rPr>
        <w:t>письмову</w:t>
      </w:r>
      <w:proofErr w:type="spellEnd"/>
      <w:r w:rsidRPr="009E262A">
        <w:rPr>
          <w:b/>
          <w:lang w:val="ru-RU"/>
        </w:rPr>
        <w:t xml:space="preserve"> </w:t>
      </w:r>
      <w:proofErr w:type="spellStart"/>
      <w:r w:rsidRPr="009E262A">
        <w:rPr>
          <w:b/>
          <w:lang w:val="ru-RU"/>
        </w:rPr>
        <w:t>заяву</w:t>
      </w:r>
      <w:proofErr w:type="spellEnd"/>
    </w:p>
    <w:p w14:paraId="07F04382" w14:textId="77777777" w:rsidR="00E1522F" w:rsidRPr="009E262A" w:rsidRDefault="00FF0BEF">
      <w:pPr>
        <w:ind w:firstLine="709"/>
        <w:rPr>
          <w:lang w:val="ru-RU"/>
        </w:rPr>
      </w:pPr>
      <w:r w:rsidRPr="009E262A">
        <w:rPr>
          <w:lang w:val="ru-RU"/>
        </w:rPr>
        <w:t xml:space="preserve">Ми, </w:t>
      </w:r>
      <w:proofErr w:type="spellStart"/>
      <w:r w:rsidRPr="009E262A">
        <w:rPr>
          <w:lang w:val="ru-RU"/>
        </w:rPr>
        <w:t>що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нижче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підписалися</w:t>
      </w:r>
      <w:proofErr w:type="spellEnd"/>
      <w:r w:rsidRPr="009E262A">
        <w:rPr>
          <w:lang w:val="ru-RU"/>
        </w:rPr>
        <w:t xml:space="preserve">: начальник </w:t>
      </w:r>
      <w:proofErr w:type="spellStart"/>
      <w:r w:rsidRPr="009E262A">
        <w:rPr>
          <w:lang w:val="ru-RU"/>
        </w:rPr>
        <w:t>відділу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кадрів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Олена</w:t>
      </w:r>
      <w:proofErr w:type="spellEnd"/>
      <w:r w:rsidRPr="009E262A">
        <w:rPr>
          <w:lang w:val="ru-RU"/>
        </w:rPr>
        <w:t xml:space="preserve"> ТКАЧЕНКО, </w:t>
      </w:r>
      <w:proofErr w:type="spellStart"/>
      <w:r w:rsidRPr="009E262A">
        <w:rPr>
          <w:lang w:val="ru-RU"/>
        </w:rPr>
        <w:t>керівник</w:t>
      </w:r>
      <w:proofErr w:type="spellEnd"/>
      <w:r w:rsidRPr="009E262A">
        <w:rPr>
          <w:lang w:val="ru-RU"/>
        </w:rPr>
        <w:t xml:space="preserve"> Контакт-центру Тарас РОМАНЕНКО та юрисконсульт </w:t>
      </w:r>
      <w:proofErr w:type="spellStart"/>
      <w:r w:rsidRPr="009E262A">
        <w:rPr>
          <w:lang w:val="ru-RU"/>
        </w:rPr>
        <w:t>Дмитро</w:t>
      </w:r>
      <w:proofErr w:type="spellEnd"/>
      <w:r w:rsidRPr="009E262A">
        <w:rPr>
          <w:lang w:val="ru-RU"/>
        </w:rPr>
        <w:t xml:space="preserve"> БІЛИК, </w:t>
      </w:r>
      <w:proofErr w:type="spellStart"/>
      <w:r w:rsidRPr="009E262A">
        <w:rPr>
          <w:lang w:val="ru-RU"/>
        </w:rPr>
        <w:t>склали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цей</w:t>
      </w:r>
      <w:proofErr w:type="spellEnd"/>
      <w:r w:rsidRPr="009E262A">
        <w:rPr>
          <w:lang w:val="ru-RU"/>
        </w:rPr>
        <w:t xml:space="preserve"> акт про </w:t>
      </w:r>
      <w:proofErr w:type="spellStart"/>
      <w:r w:rsidRPr="009E262A">
        <w:rPr>
          <w:lang w:val="ru-RU"/>
        </w:rPr>
        <w:t>таке</w:t>
      </w:r>
      <w:proofErr w:type="spellEnd"/>
      <w:r w:rsidRPr="009E262A">
        <w:rPr>
          <w:lang w:val="ru-RU"/>
        </w:rPr>
        <w:t>.</w:t>
      </w:r>
    </w:p>
    <w:p w14:paraId="275A9823" w14:textId="69436DD5" w:rsidR="00E1522F" w:rsidRPr="009E262A" w:rsidRDefault="00FF0BEF">
      <w:pPr>
        <w:spacing w:before="80"/>
        <w:ind w:firstLine="709"/>
        <w:rPr>
          <w:lang w:val="ru-RU"/>
        </w:rPr>
      </w:pPr>
      <w:proofErr w:type="spellStart"/>
      <w:r w:rsidRPr="009E262A">
        <w:rPr>
          <w:lang w:val="ru-RU"/>
        </w:rPr>
        <w:t>Відповідно</w:t>
      </w:r>
      <w:proofErr w:type="spellEnd"/>
      <w:r w:rsidRPr="009E262A">
        <w:rPr>
          <w:lang w:val="ru-RU"/>
        </w:rPr>
        <w:t xml:space="preserve"> </w:t>
      </w:r>
      <w:proofErr w:type="gramStart"/>
      <w:r w:rsidRPr="009E262A">
        <w:rPr>
          <w:lang w:val="ru-RU"/>
        </w:rPr>
        <w:t>до наказу</w:t>
      </w:r>
      <w:proofErr w:type="gramEnd"/>
      <w:r w:rsidRPr="009E262A">
        <w:rPr>
          <w:lang w:val="ru-RU"/>
        </w:rPr>
        <w:t xml:space="preserve"> ТОВ «</w:t>
      </w:r>
      <w:proofErr w:type="spellStart"/>
      <w:r w:rsidRPr="009E262A">
        <w:rPr>
          <w:lang w:val="ru-RU"/>
        </w:rPr>
        <w:t>Галкос</w:t>
      </w:r>
      <w:proofErr w:type="spellEnd"/>
      <w:r w:rsidRPr="009E262A">
        <w:rPr>
          <w:lang w:val="ru-RU"/>
        </w:rPr>
        <w:t xml:space="preserve">» </w:t>
      </w:r>
      <w:proofErr w:type="spellStart"/>
      <w:r w:rsidRPr="009E262A">
        <w:rPr>
          <w:lang w:val="ru-RU"/>
        </w:rPr>
        <w:t>від</w:t>
      </w:r>
      <w:proofErr w:type="spellEnd"/>
      <w:r w:rsidRPr="009E262A">
        <w:rPr>
          <w:lang w:val="ru-RU"/>
        </w:rPr>
        <w:t xml:space="preserve"> 14.</w:t>
      </w:r>
      <w:r w:rsidR="009E262A">
        <w:rPr>
          <w:lang w:val="ru-RU"/>
        </w:rPr>
        <w:t>10</w:t>
      </w:r>
      <w:r w:rsidRPr="009E262A">
        <w:rPr>
          <w:lang w:val="ru-RU"/>
        </w:rPr>
        <w:t>.2026 № 173/к/</w:t>
      </w:r>
      <w:proofErr w:type="spellStart"/>
      <w:r w:rsidRPr="009E262A">
        <w:rPr>
          <w:lang w:val="ru-RU"/>
        </w:rPr>
        <w:t>тр</w:t>
      </w:r>
      <w:proofErr w:type="spellEnd"/>
      <w:r w:rsidRPr="009E262A">
        <w:rPr>
          <w:lang w:val="ru-RU"/>
        </w:rPr>
        <w:t xml:space="preserve"> МЕЛЬНИК </w:t>
      </w:r>
      <w:proofErr w:type="spellStart"/>
      <w:r w:rsidRPr="009E262A">
        <w:rPr>
          <w:lang w:val="ru-RU"/>
        </w:rPr>
        <w:t>Ірина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Олександрівна</w:t>
      </w:r>
      <w:proofErr w:type="spellEnd"/>
      <w:r w:rsidRPr="009E262A">
        <w:rPr>
          <w:lang w:val="ru-RU"/>
        </w:rPr>
        <w:t xml:space="preserve"> мала </w:t>
      </w:r>
      <w:proofErr w:type="spellStart"/>
      <w:r w:rsidRPr="009E262A">
        <w:rPr>
          <w:lang w:val="ru-RU"/>
        </w:rPr>
        <w:t>приступити</w:t>
      </w:r>
      <w:proofErr w:type="spellEnd"/>
      <w:r w:rsidRPr="009E262A">
        <w:rPr>
          <w:lang w:val="ru-RU"/>
        </w:rPr>
        <w:t xml:space="preserve"> 17.</w:t>
      </w:r>
      <w:r w:rsidR="009E262A">
        <w:rPr>
          <w:lang w:val="ru-RU"/>
        </w:rPr>
        <w:t>10</w:t>
      </w:r>
      <w:r w:rsidRPr="009E262A">
        <w:rPr>
          <w:lang w:val="ru-RU"/>
        </w:rPr>
        <w:t xml:space="preserve">.2026 до </w:t>
      </w:r>
      <w:proofErr w:type="spellStart"/>
      <w:r w:rsidRPr="009E262A">
        <w:rPr>
          <w:lang w:val="ru-RU"/>
        </w:rPr>
        <w:t>роботи</w:t>
      </w:r>
      <w:proofErr w:type="spellEnd"/>
      <w:r w:rsidRPr="009E262A">
        <w:rPr>
          <w:lang w:val="ru-RU"/>
        </w:rPr>
        <w:t xml:space="preserve"> на </w:t>
      </w:r>
      <w:proofErr w:type="spellStart"/>
      <w:r w:rsidRPr="009E262A">
        <w:rPr>
          <w:lang w:val="ru-RU"/>
        </w:rPr>
        <w:t>посаді</w:t>
      </w:r>
      <w:proofErr w:type="spellEnd"/>
      <w:r w:rsidRPr="009E262A">
        <w:rPr>
          <w:lang w:val="ru-RU"/>
        </w:rPr>
        <w:t xml:space="preserve"> оператора </w:t>
      </w:r>
      <w:proofErr w:type="spellStart"/>
      <w:r w:rsidRPr="009E262A">
        <w:rPr>
          <w:lang w:val="ru-RU"/>
        </w:rPr>
        <w:t>електронно-комунікаційних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послуг</w:t>
      </w:r>
      <w:proofErr w:type="spellEnd"/>
      <w:r w:rsidRPr="009E262A">
        <w:rPr>
          <w:lang w:val="ru-RU"/>
        </w:rPr>
        <w:t xml:space="preserve"> Контакт-центру.</w:t>
      </w:r>
      <w:r w:rsidR="00B1523B">
        <w:rPr>
          <w:lang w:val="ru-RU"/>
        </w:rPr>
        <w:t xml:space="preserve"> </w:t>
      </w:r>
    </w:p>
    <w:p w14:paraId="598B3C3F" w14:textId="3AE4BE86" w:rsidR="00E1522F" w:rsidRPr="009E262A" w:rsidRDefault="00FF0BEF">
      <w:pPr>
        <w:spacing w:before="80"/>
        <w:ind w:firstLine="709"/>
        <w:rPr>
          <w:lang w:val="ru-RU"/>
        </w:rPr>
      </w:pPr>
      <w:r w:rsidRPr="009E262A">
        <w:rPr>
          <w:lang w:val="ru-RU"/>
        </w:rPr>
        <w:t>17.</w:t>
      </w:r>
      <w:r w:rsidR="009E262A">
        <w:rPr>
          <w:lang w:val="ru-RU"/>
        </w:rPr>
        <w:t>10</w:t>
      </w:r>
      <w:r w:rsidRPr="009E262A">
        <w:rPr>
          <w:lang w:val="ru-RU"/>
        </w:rPr>
        <w:t xml:space="preserve">.2026 о 08:20 </w:t>
      </w:r>
      <w:proofErr w:type="spellStart"/>
      <w:r w:rsidRPr="009E262A">
        <w:rPr>
          <w:lang w:val="ru-RU"/>
        </w:rPr>
        <w:t>Ірина</w:t>
      </w:r>
      <w:proofErr w:type="spellEnd"/>
      <w:r w:rsidRPr="009E262A">
        <w:rPr>
          <w:lang w:val="ru-RU"/>
        </w:rPr>
        <w:t xml:space="preserve"> МЕЛЬНИК телефоном </w:t>
      </w:r>
      <w:proofErr w:type="spellStart"/>
      <w:r w:rsidRPr="009E262A">
        <w:rPr>
          <w:lang w:val="ru-RU"/>
        </w:rPr>
        <w:t>повідомила</w:t>
      </w:r>
      <w:proofErr w:type="spellEnd"/>
      <w:r w:rsidRPr="009E262A">
        <w:rPr>
          <w:lang w:val="ru-RU"/>
        </w:rPr>
        <w:t xml:space="preserve"> начальнику </w:t>
      </w:r>
      <w:proofErr w:type="spellStart"/>
      <w:r w:rsidRPr="009E262A">
        <w:rPr>
          <w:lang w:val="ru-RU"/>
        </w:rPr>
        <w:t>відділу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кадрів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Олені</w:t>
      </w:r>
      <w:proofErr w:type="spellEnd"/>
      <w:r w:rsidRPr="009E262A">
        <w:rPr>
          <w:lang w:val="ru-RU"/>
        </w:rPr>
        <w:t xml:space="preserve"> ТКАЧЕНКО, </w:t>
      </w:r>
      <w:proofErr w:type="spellStart"/>
      <w:r w:rsidRPr="009E262A">
        <w:rPr>
          <w:lang w:val="ru-RU"/>
        </w:rPr>
        <w:t>що</w:t>
      </w:r>
      <w:proofErr w:type="spellEnd"/>
      <w:r w:rsidRPr="009E262A">
        <w:rPr>
          <w:lang w:val="ru-RU"/>
        </w:rPr>
        <w:t xml:space="preserve"> передумала </w:t>
      </w:r>
      <w:proofErr w:type="spellStart"/>
      <w:r w:rsidRPr="009E262A">
        <w:rPr>
          <w:lang w:val="ru-RU"/>
        </w:rPr>
        <w:t>працювати</w:t>
      </w:r>
      <w:proofErr w:type="spellEnd"/>
      <w:r w:rsidRPr="009E262A">
        <w:rPr>
          <w:lang w:val="ru-RU"/>
        </w:rPr>
        <w:t xml:space="preserve"> у ТОВ «</w:t>
      </w:r>
      <w:proofErr w:type="spellStart"/>
      <w:r w:rsidRPr="009E262A">
        <w:rPr>
          <w:lang w:val="ru-RU"/>
        </w:rPr>
        <w:t>Галкос</w:t>
      </w:r>
      <w:proofErr w:type="spellEnd"/>
      <w:r w:rsidRPr="009E262A">
        <w:rPr>
          <w:lang w:val="ru-RU"/>
        </w:rPr>
        <w:t xml:space="preserve">» та </w:t>
      </w:r>
      <w:proofErr w:type="spellStart"/>
      <w:r w:rsidRPr="009E262A">
        <w:rPr>
          <w:lang w:val="ru-RU"/>
        </w:rPr>
        <w:t>відмовляється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приступати</w:t>
      </w:r>
      <w:proofErr w:type="spellEnd"/>
      <w:r w:rsidRPr="009E262A">
        <w:rPr>
          <w:lang w:val="ru-RU"/>
        </w:rPr>
        <w:t xml:space="preserve"> до </w:t>
      </w:r>
      <w:proofErr w:type="spellStart"/>
      <w:r w:rsidRPr="009E262A">
        <w:rPr>
          <w:lang w:val="ru-RU"/>
        </w:rPr>
        <w:t>роботи</w:t>
      </w:r>
      <w:proofErr w:type="spellEnd"/>
      <w:r w:rsidRPr="009E262A">
        <w:rPr>
          <w:lang w:val="ru-RU"/>
        </w:rPr>
        <w:t xml:space="preserve">. </w:t>
      </w:r>
      <w:proofErr w:type="spellStart"/>
      <w:r w:rsidRPr="009E262A">
        <w:rPr>
          <w:lang w:val="ru-RU"/>
        </w:rPr>
        <w:t>Під</w:t>
      </w:r>
      <w:proofErr w:type="spellEnd"/>
      <w:r w:rsidRPr="009E262A">
        <w:rPr>
          <w:lang w:val="ru-RU"/>
        </w:rPr>
        <w:t xml:space="preserve"> час </w:t>
      </w:r>
      <w:proofErr w:type="spellStart"/>
      <w:r w:rsidRPr="009E262A">
        <w:rPr>
          <w:lang w:val="ru-RU"/>
        </w:rPr>
        <w:t>розмови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їй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запропоновано</w:t>
      </w:r>
      <w:proofErr w:type="spellEnd"/>
      <w:r w:rsidRPr="009E262A">
        <w:rPr>
          <w:lang w:val="ru-RU"/>
        </w:rPr>
        <w:t xml:space="preserve"> подати </w:t>
      </w:r>
      <w:proofErr w:type="spellStart"/>
      <w:r w:rsidRPr="009E262A">
        <w:rPr>
          <w:lang w:val="ru-RU"/>
        </w:rPr>
        <w:t>письмову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заяву</w:t>
      </w:r>
      <w:proofErr w:type="spellEnd"/>
      <w:r w:rsidRPr="009E262A">
        <w:rPr>
          <w:lang w:val="ru-RU"/>
        </w:rPr>
        <w:t xml:space="preserve"> про </w:t>
      </w:r>
      <w:proofErr w:type="spellStart"/>
      <w:r w:rsidRPr="009E262A">
        <w:rPr>
          <w:lang w:val="ru-RU"/>
        </w:rPr>
        <w:t>відмову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приступити</w:t>
      </w:r>
      <w:proofErr w:type="spellEnd"/>
      <w:r w:rsidRPr="009E262A">
        <w:rPr>
          <w:lang w:val="ru-RU"/>
        </w:rPr>
        <w:t xml:space="preserve"> до </w:t>
      </w:r>
      <w:proofErr w:type="spellStart"/>
      <w:r w:rsidRPr="009E262A">
        <w:rPr>
          <w:lang w:val="ru-RU"/>
        </w:rPr>
        <w:t>роботи</w:t>
      </w:r>
      <w:proofErr w:type="spellEnd"/>
      <w:r w:rsidRPr="009E262A">
        <w:rPr>
          <w:lang w:val="ru-RU"/>
        </w:rPr>
        <w:t xml:space="preserve"> та </w:t>
      </w:r>
      <w:proofErr w:type="spellStart"/>
      <w:r w:rsidRPr="009E262A">
        <w:rPr>
          <w:lang w:val="ru-RU"/>
        </w:rPr>
        <w:t>скасування</w:t>
      </w:r>
      <w:proofErr w:type="spellEnd"/>
      <w:r w:rsidRPr="009E262A">
        <w:rPr>
          <w:lang w:val="ru-RU"/>
        </w:rPr>
        <w:t xml:space="preserve"> наказу про </w:t>
      </w:r>
      <w:proofErr w:type="spellStart"/>
      <w:r w:rsidRPr="009E262A">
        <w:rPr>
          <w:lang w:val="ru-RU"/>
        </w:rPr>
        <w:t>прийняття</w:t>
      </w:r>
      <w:proofErr w:type="spellEnd"/>
      <w:r w:rsidRPr="009E262A">
        <w:rPr>
          <w:lang w:val="ru-RU"/>
        </w:rPr>
        <w:t xml:space="preserve">. </w:t>
      </w:r>
      <w:proofErr w:type="spellStart"/>
      <w:r w:rsidRPr="009E262A">
        <w:rPr>
          <w:lang w:val="ru-RU"/>
        </w:rPr>
        <w:t>Ірина</w:t>
      </w:r>
      <w:proofErr w:type="spellEnd"/>
      <w:r w:rsidRPr="009E262A">
        <w:rPr>
          <w:lang w:val="ru-RU"/>
        </w:rPr>
        <w:t xml:space="preserve"> МЕЛЬНИК </w:t>
      </w:r>
      <w:proofErr w:type="spellStart"/>
      <w:r w:rsidRPr="009E262A">
        <w:rPr>
          <w:lang w:val="ru-RU"/>
        </w:rPr>
        <w:t>повідомила</w:t>
      </w:r>
      <w:proofErr w:type="spellEnd"/>
      <w:r w:rsidRPr="009E262A">
        <w:rPr>
          <w:lang w:val="ru-RU"/>
        </w:rPr>
        <w:t xml:space="preserve">, </w:t>
      </w:r>
      <w:proofErr w:type="spellStart"/>
      <w:r w:rsidRPr="009E262A">
        <w:rPr>
          <w:lang w:val="ru-RU"/>
        </w:rPr>
        <w:t>що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письмову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заяву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подавати</w:t>
      </w:r>
      <w:proofErr w:type="spellEnd"/>
      <w:r w:rsidRPr="009E262A">
        <w:rPr>
          <w:lang w:val="ru-RU"/>
        </w:rPr>
        <w:t xml:space="preserve"> не буде.</w:t>
      </w:r>
    </w:p>
    <w:p w14:paraId="4D932C4E" w14:textId="77777777" w:rsidR="00E1522F" w:rsidRPr="009E262A" w:rsidRDefault="00FF0BEF">
      <w:pPr>
        <w:spacing w:before="80"/>
        <w:ind w:firstLine="709"/>
        <w:rPr>
          <w:lang w:val="ru-RU"/>
        </w:rPr>
      </w:pPr>
      <w:proofErr w:type="spellStart"/>
      <w:r w:rsidRPr="009E262A">
        <w:rPr>
          <w:lang w:val="ru-RU"/>
        </w:rPr>
        <w:t>Цим</w:t>
      </w:r>
      <w:proofErr w:type="spellEnd"/>
      <w:r w:rsidRPr="009E262A">
        <w:rPr>
          <w:lang w:val="ru-RU"/>
        </w:rPr>
        <w:t xml:space="preserve"> актом </w:t>
      </w:r>
      <w:proofErr w:type="spellStart"/>
      <w:r w:rsidRPr="009E262A">
        <w:rPr>
          <w:lang w:val="ru-RU"/>
        </w:rPr>
        <w:t>зафіксовано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зміст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повідомленої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працівницею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відмови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приступити</w:t>
      </w:r>
      <w:proofErr w:type="spellEnd"/>
      <w:r w:rsidRPr="009E262A">
        <w:rPr>
          <w:lang w:val="ru-RU"/>
        </w:rPr>
        <w:t xml:space="preserve"> до </w:t>
      </w:r>
      <w:proofErr w:type="spellStart"/>
      <w:r w:rsidRPr="009E262A">
        <w:rPr>
          <w:lang w:val="ru-RU"/>
        </w:rPr>
        <w:t>роботи</w:t>
      </w:r>
      <w:proofErr w:type="spellEnd"/>
      <w:r w:rsidRPr="009E262A">
        <w:rPr>
          <w:lang w:val="ru-RU"/>
        </w:rPr>
        <w:t xml:space="preserve"> та </w:t>
      </w:r>
      <w:proofErr w:type="spellStart"/>
      <w:r w:rsidRPr="009E262A">
        <w:rPr>
          <w:lang w:val="ru-RU"/>
        </w:rPr>
        <w:t>її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відмову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надати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письмову</w:t>
      </w:r>
      <w:proofErr w:type="spellEnd"/>
      <w:r w:rsidRPr="009E262A">
        <w:rPr>
          <w:lang w:val="ru-RU"/>
        </w:rPr>
        <w:t xml:space="preserve"> </w:t>
      </w:r>
      <w:proofErr w:type="spellStart"/>
      <w:r w:rsidRPr="009E262A">
        <w:rPr>
          <w:lang w:val="ru-RU"/>
        </w:rPr>
        <w:t>заяву</w:t>
      </w:r>
      <w:proofErr w:type="spellEnd"/>
      <w:r w:rsidRPr="009E262A">
        <w:rPr>
          <w:lang w:val="ru-RU"/>
        </w:rPr>
        <w:t>.</w:t>
      </w:r>
    </w:p>
    <w:p w14:paraId="22178A00" w14:textId="77777777" w:rsidR="00E1522F" w:rsidRPr="009E262A" w:rsidRDefault="00FF0BEF">
      <w:pPr>
        <w:tabs>
          <w:tab w:val="left" w:pos="4762"/>
          <w:tab w:val="left" w:pos="7030"/>
        </w:tabs>
        <w:spacing w:before="160"/>
        <w:rPr>
          <w:lang w:val="ru-RU"/>
        </w:rPr>
      </w:pPr>
      <w:r w:rsidRPr="009E262A">
        <w:rPr>
          <w:sz w:val="22"/>
          <w:lang w:val="ru-RU"/>
        </w:rPr>
        <w:t xml:space="preserve">Начальник </w:t>
      </w:r>
      <w:proofErr w:type="spellStart"/>
      <w:r w:rsidRPr="009E262A">
        <w:rPr>
          <w:sz w:val="22"/>
          <w:lang w:val="ru-RU"/>
        </w:rPr>
        <w:t>відділу</w:t>
      </w:r>
      <w:proofErr w:type="spellEnd"/>
      <w:r w:rsidRPr="009E262A">
        <w:rPr>
          <w:sz w:val="22"/>
          <w:lang w:val="ru-RU"/>
        </w:rPr>
        <w:t xml:space="preserve"> </w:t>
      </w:r>
      <w:proofErr w:type="spellStart"/>
      <w:r w:rsidRPr="009E262A">
        <w:rPr>
          <w:sz w:val="22"/>
          <w:lang w:val="ru-RU"/>
        </w:rPr>
        <w:t>кадрів</w:t>
      </w:r>
      <w:proofErr w:type="spellEnd"/>
      <w:r w:rsidRPr="009E262A">
        <w:rPr>
          <w:sz w:val="22"/>
          <w:lang w:val="ru-RU"/>
        </w:rPr>
        <w:tab/>
        <w:t>______________</w:t>
      </w:r>
      <w:r w:rsidRPr="009E262A">
        <w:rPr>
          <w:sz w:val="22"/>
          <w:lang w:val="ru-RU"/>
        </w:rPr>
        <w:tab/>
      </w:r>
      <w:proofErr w:type="spellStart"/>
      <w:r w:rsidRPr="009E262A">
        <w:rPr>
          <w:sz w:val="22"/>
          <w:lang w:val="ru-RU"/>
        </w:rPr>
        <w:t>Олена</w:t>
      </w:r>
      <w:proofErr w:type="spellEnd"/>
      <w:r w:rsidRPr="009E262A">
        <w:rPr>
          <w:sz w:val="22"/>
          <w:lang w:val="ru-RU"/>
        </w:rPr>
        <w:t xml:space="preserve"> ТКАЧЕНКО</w:t>
      </w:r>
    </w:p>
    <w:p w14:paraId="7C15D76C" w14:textId="77777777" w:rsidR="00E1522F" w:rsidRPr="009E262A" w:rsidRDefault="00FF0BEF">
      <w:pPr>
        <w:tabs>
          <w:tab w:val="left" w:pos="4762"/>
          <w:tab w:val="left" w:pos="7030"/>
        </w:tabs>
        <w:spacing w:before="160"/>
        <w:rPr>
          <w:lang w:val="ru-RU"/>
        </w:rPr>
      </w:pPr>
      <w:proofErr w:type="spellStart"/>
      <w:r w:rsidRPr="009E262A">
        <w:rPr>
          <w:sz w:val="22"/>
          <w:lang w:val="ru-RU"/>
        </w:rPr>
        <w:t>Керівник</w:t>
      </w:r>
      <w:proofErr w:type="spellEnd"/>
      <w:r w:rsidRPr="009E262A">
        <w:rPr>
          <w:sz w:val="22"/>
          <w:lang w:val="ru-RU"/>
        </w:rPr>
        <w:t xml:space="preserve"> Контакт-центру</w:t>
      </w:r>
      <w:r w:rsidRPr="009E262A">
        <w:rPr>
          <w:sz w:val="22"/>
          <w:lang w:val="ru-RU"/>
        </w:rPr>
        <w:tab/>
        <w:t>______________</w:t>
      </w:r>
      <w:r w:rsidRPr="009E262A">
        <w:rPr>
          <w:sz w:val="22"/>
          <w:lang w:val="ru-RU"/>
        </w:rPr>
        <w:tab/>
        <w:t>Тарас РОМАНЕНКО</w:t>
      </w:r>
    </w:p>
    <w:p w14:paraId="6CF637A1" w14:textId="77777777" w:rsidR="00E1522F" w:rsidRDefault="00FF0BEF">
      <w:pPr>
        <w:tabs>
          <w:tab w:val="left" w:pos="4762"/>
          <w:tab w:val="left" w:pos="7030"/>
        </w:tabs>
        <w:spacing w:before="160"/>
      </w:pPr>
      <w:proofErr w:type="spellStart"/>
      <w:r>
        <w:rPr>
          <w:sz w:val="22"/>
        </w:rPr>
        <w:t>Юрисконсульт</w:t>
      </w:r>
      <w:proofErr w:type="spellEnd"/>
      <w:r>
        <w:rPr>
          <w:sz w:val="22"/>
        </w:rPr>
        <w:tab/>
        <w:t>______________</w:t>
      </w:r>
      <w:r>
        <w:rPr>
          <w:sz w:val="22"/>
        </w:rPr>
        <w:tab/>
      </w:r>
      <w:proofErr w:type="spellStart"/>
      <w:r>
        <w:rPr>
          <w:sz w:val="22"/>
        </w:rPr>
        <w:t>Дмитро</w:t>
      </w:r>
      <w:proofErr w:type="spellEnd"/>
      <w:r>
        <w:rPr>
          <w:sz w:val="22"/>
        </w:rPr>
        <w:t xml:space="preserve"> БІЛИК</w:t>
      </w:r>
    </w:p>
    <w:sectPr w:rsidR="00E1522F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7823"/>
    <w:rsid w:val="0029639D"/>
    <w:rsid w:val="00326F90"/>
    <w:rsid w:val="009E262A"/>
    <w:rsid w:val="00AA1D8D"/>
    <w:rsid w:val="00B1523B"/>
    <w:rsid w:val="00B47730"/>
    <w:rsid w:val="00CB0664"/>
    <w:rsid w:val="00E1522F"/>
    <w:rsid w:val="00FC693F"/>
    <w:rsid w:val="00FF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3BDC9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2026-10-13T15:12:00Z</dcterms:created>
  <dcterms:modified xsi:type="dcterms:W3CDTF">2026-10-13T16:14:00Z</dcterms:modified>
  <cp:category/>
</cp:coreProperties>
</file>