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31C18" w14:textId="77777777" w:rsidR="00E74870" w:rsidRDefault="00E74870" w:rsidP="00E74870">
      <w:pPr>
        <w:jc w:val="right"/>
        <w:rPr>
          <w:rFonts w:cs="Times New Roman"/>
          <w:b/>
          <w:lang w:val="uk-UA"/>
        </w:rPr>
      </w:pPr>
    </w:p>
    <w:p w14:paraId="107FD05A" w14:textId="77777777" w:rsidR="00E74870" w:rsidRDefault="00E74870">
      <w:pPr>
        <w:jc w:val="center"/>
        <w:rPr>
          <w:rFonts w:cs="Times New Roman"/>
          <w:b/>
          <w:lang w:val="uk-UA"/>
        </w:rPr>
      </w:pPr>
    </w:p>
    <w:p w14:paraId="2C8A6BB2" w14:textId="57177A6A" w:rsidR="002A338D" w:rsidRPr="000D6F8B" w:rsidRDefault="00000000">
      <w:pPr>
        <w:jc w:val="center"/>
        <w:rPr>
          <w:lang w:val="ru-RU"/>
        </w:rPr>
      </w:pPr>
      <w:r w:rsidRPr="000D6F8B">
        <w:rPr>
          <w:rFonts w:cs="Times New Roman"/>
          <w:b/>
          <w:lang w:val="ru-RU"/>
        </w:rPr>
        <w:t>ТОВАРИСТВО З ОБМЕЖЕНОЮ ВІДПОВІДАЛЬНІСТЮ «ГАЛКОС»</w:t>
      </w:r>
    </w:p>
    <w:p w14:paraId="55524B0D" w14:textId="77777777" w:rsidR="002A338D" w:rsidRDefault="00000000">
      <w:pPr>
        <w:spacing w:after="120"/>
        <w:jc w:val="center"/>
      </w:pPr>
      <w:r>
        <w:rPr>
          <w:rFonts w:cs="Times New Roman"/>
          <w:b/>
        </w:rPr>
        <w:t>ТОВ «ГАЛКОС»</w:t>
      </w:r>
    </w:p>
    <w:p w14:paraId="51162530" w14:textId="77777777" w:rsidR="002A338D" w:rsidRDefault="00000000">
      <w:pPr>
        <w:spacing w:after="120"/>
        <w:jc w:val="center"/>
      </w:pPr>
      <w:r>
        <w:rPr>
          <w:rFonts w:cs="Times New Roman"/>
          <w:b/>
        </w:rPr>
        <w:t>НАКАЗ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2A338D" w14:paraId="46DA6775" w14:textId="77777777">
        <w:trPr>
          <w:jc w:val="center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D78C1" w14:textId="77777777" w:rsidR="002A338D" w:rsidRDefault="00000000">
            <w:r>
              <w:rPr>
                <w:rFonts w:cs="Times New Roman"/>
              </w:rPr>
              <w:t>17.09.2026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E678C" w14:textId="77777777" w:rsidR="002A338D" w:rsidRDefault="00000000">
            <w:pPr>
              <w:jc w:val="center"/>
            </w:pPr>
            <w:r>
              <w:rPr>
                <w:rFonts w:cs="Times New Roman"/>
              </w:rPr>
              <w:t>Київ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71AC2" w14:textId="77777777" w:rsidR="002A338D" w:rsidRDefault="00000000">
            <w:pPr>
              <w:jc w:val="right"/>
            </w:pPr>
            <w:r>
              <w:rPr>
                <w:rFonts w:cs="Times New Roman"/>
              </w:rPr>
              <w:t>№ 186</w:t>
            </w:r>
          </w:p>
        </w:tc>
      </w:tr>
    </w:tbl>
    <w:p w14:paraId="43BFCB52" w14:textId="77777777" w:rsidR="002A338D" w:rsidRDefault="002A338D"/>
    <w:p w14:paraId="2FE7DE22" w14:textId="77777777" w:rsidR="002A338D" w:rsidRDefault="00000000">
      <w:r>
        <w:rPr>
          <w:rFonts w:cs="Times New Roman"/>
          <w:b/>
        </w:rPr>
        <w:t>Про надання відпусток</w:t>
      </w:r>
    </w:p>
    <w:p w14:paraId="6D4193EB" w14:textId="77777777" w:rsidR="002A338D" w:rsidRDefault="002A338D"/>
    <w:p w14:paraId="07D488D9" w14:textId="77777777" w:rsidR="002A338D" w:rsidRDefault="00000000">
      <w:pPr>
        <w:spacing w:after="120"/>
      </w:pPr>
      <w:r>
        <w:rPr>
          <w:rFonts w:cs="Times New Roman"/>
          <w:b/>
        </w:rPr>
        <w:t>НАДАТИ:</w:t>
      </w:r>
    </w:p>
    <w:p w14:paraId="7F92A4A6" w14:textId="77777777" w:rsidR="002A338D" w:rsidRPr="000D6F8B" w:rsidRDefault="00000000">
      <w:pPr>
        <w:spacing w:after="85"/>
        <w:ind w:firstLine="709"/>
        <w:jc w:val="both"/>
        <w:rPr>
          <w:lang w:val="ru-RU"/>
        </w:rPr>
      </w:pPr>
      <w:r>
        <w:rPr>
          <w:rFonts w:cs="Times New Roman"/>
        </w:rPr>
        <w:t xml:space="preserve">1. </w:t>
      </w:r>
      <w:r>
        <w:rPr>
          <w:rFonts w:cs="Times New Roman"/>
          <w:b/>
        </w:rPr>
        <w:t xml:space="preserve">БОЙКО </w:t>
      </w:r>
      <w:r>
        <w:rPr>
          <w:rFonts w:cs="Times New Roman"/>
        </w:rPr>
        <w:t xml:space="preserve">Ірині Василівні, економісту, щорічну основну відпустку тривалістю </w:t>
      </w:r>
      <w:r w:rsidRPr="000D6F8B">
        <w:rPr>
          <w:rFonts w:cs="Times New Roman"/>
          <w:lang w:val="ru-RU"/>
        </w:rPr>
        <w:t xml:space="preserve">14 </w:t>
      </w:r>
      <w:proofErr w:type="spellStart"/>
      <w:r w:rsidRPr="000D6F8B">
        <w:rPr>
          <w:rFonts w:cs="Times New Roman"/>
          <w:lang w:val="ru-RU"/>
        </w:rPr>
        <w:t>календарних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днів</w:t>
      </w:r>
      <w:proofErr w:type="spellEnd"/>
      <w:r w:rsidRPr="000D6F8B">
        <w:rPr>
          <w:rFonts w:cs="Times New Roman"/>
          <w:lang w:val="ru-RU"/>
        </w:rPr>
        <w:t xml:space="preserve"> за </w:t>
      </w:r>
      <w:proofErr w:type="spellStart"/>
      <w:r w:rsidRPr="000D6F8B">
        <w:rPr>
          <w:rFonts w:cs="Times New Roman"/>
          <w:lang w:val="ru-RU"/>
        </w:rPr>
        <w:t>робочий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рік</w:t>
      </w:r>
      <w:proofErr w:type="spellEnd"/>
      <w:r w:rsidRPr="000D6F8B">
        <w:rPr>
          <w:rFonts w:cs="Times New Roman"/>
          <w:lang w:val="ru-RU"/>
        </w:rPr>
        <w:t xml:space="preserve"> з 10 </w:t>
      </w:r>
      <w:proofErr w:type="spellStart"/>
      <w:r w:rsidRPr="000D6F8B">
        <w:rPr>
          <w:rFonts w:cs="Times New Roman"/>
          <w:lang w:val="ru-RU"/>
        </w:rPr>
        <w:t>січня</w:t>
      </w:r>
      <w:proofErr w:type="spellEnd"/>
      <w:r w:rsidRPr="000D6F8B">
        <w:rPr>
          <w:rFonts w:cs="Times New Roman"/>
          <w:lang w:val="ru-RU"/>
        </w:rPr>
        <w:t xml:space="preserve"> 2026 року до 9 </w:t>
      </w:r>
      <w:proofErr w:type="spellStart"/>
      <w:r w:rsidRPr="000D6F8B">
        <w:rPr>
          <w:rFonts w:cs="Times New Roman"/>
          <w:lang w:val="ru-RU"/>
        </w:rPr>
        <w:t>січня</w:t>
      </w:r>
      <w:proofErr w:type="spellEnd"/>
      <w:r w:rsidRPr="000D6F8B">
        <w:rPr>
          <w:rFonts w:cs="Times New Roman"/>
          <w:lang w:val="ru-RU"/>
        </w:rPr>
        <w:t xml:space="preserve"> 2027 року - з 28 вересня до 11 </w:t>
      </w:r>
      <w:proofErr w:type="spellStart"/>
      <w:r w:rsidRPr="000D6F8B">
        <w:rPr>
          <w:rFonts w:cs="Times New Roman"/>
          <w:lang w:val="ru-RU"/>
        </w:rPr>
        <w:t>жовтня</w:t>
      </w:r>
      <w:proofErr w:type="spellEnd"/>
      <w:r w:rsidRPr="000D6F8B">
        <w:rPr>
          <w:rFonts w:cs="Times New Roman"/>
          <w:lang w:val="ru-RU"/>
        </w:rPr>
        <w:t xml:space="preserve"> 2026 року </w:t>
      </w:r>
      <w:proofErr w:type="spellStart"/>
      <w:r w:rsidRPr="000D6F8B">
        <w:rPr>
          <w:rFonts w:cs="Times New Roman"/>
          <w:lang w:val="ru-RU"/>
        </w:rPr>
        <w:t>включно</w:t>
      </w:r>
      <w:proofErr w:type="spellEnd"/>
      <w:r w:rsidRPr="000D6F8B">
        <w:rPr>
          <w:rFonts w:cs="Times New Roman"/>
          <w:lang w:val="ru-RU"/>
        </w:rPr>
        <w:t>.</w:t>
      </w:r>
    </w:p>
    <w:p w14:paraId="37C380DF" w14:textId="77777777" w:rsidR="002A338D" w:rsidRPr="000D6F8B" w:rsidRDefault="00000000">
      <w:pPr>
        <w:spacing w:after="85"/>
        <w:ind w:firstLine="709"/>
        <w:rPr>
          <w:lang w:val="ru-RU"/>
        </w:rPr>
      </w:pPr>
      <w:proofErr w:type="spellStart"/>
      <w:r w:rsidRPr="000D6F8B">
        <w:rPr>
          <w:rFonts w:cs="Times New Roman"/>
          <w:b/>
          <w:lang w:val="ru-RU"/>
        </w:rPr>
        <w:t>Підстава</w:t>
      </w:r>
      <w:proofErr w:type="spellEnd"/>
      <w:r w:rsidRPr="000D6F8B">
        <w:rPr>
          <w:rFonts w:cs="Times New Roman"/>
          <w:b/>
          <w:lang w:val="ru-RU"/>
        </w:rPr>
        <w:t xml:space="preserve">: </w:t>
      </w:r>
      <w:proofErr w:type="spellStart"/>
      <w:r w:rsidRPr="000D6F8B">
        <w:rPr>
          <w:rFonts w:cs="Times New Roman"/>
          <w:lang w:val="ru-RU"/>
        </w:rPr>
        <w:t>графік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відпусток</w:t>
      </w:r>
      <w:proofErr w:type="spellEnd"/>
      <w:r w:rsidRPr="000D6F8B">
        <w:rPr>
          <w:rFonts w:cs="Times New Roman"/>
          <w:lang w:val="ru-RU"/>
        </w:rPr>
        <w:t xml:space="preserve"> ТОВ «ГАЛКОС» на 2026 </w:t>
      </w:r>
      <w:proofErr w:type="spellStart"/>
      <w:r w:rsidRPr="000D6F8B">
        <w:rPr>
          <w:rFonts w:cs="Times New Roman"/>
          <w:lang w:val="ru-RU"/>
        </w:rPr>
        <w:t>рік</w:t>
      </w:r>
      <w:proofErr w:type="spellEnd"/>
      <w:r w:rsidRPr="000D6F8B">
        <w:rPr>
          <w:rFonts w:cs="Times New Roman"/>
          <w:lang w:val="ru-RU"/>
        </w:rPr>
        <w:t>.</w:t>
      </w:r>
    </w:p>
    <w:p w14:paraId="6233BB8F" w14:textId="77777777" w:rsidR="002A338D" w:rsidRPr="000D6F8B" w:rsidRDefault="00000000">
      <w:pPr>
        <w:spacing w:after="85"/>
        <w:ind w:firstLine="709"/>
        <w:jc w:val="both"/>
        <w:rPr>
          <w:lang w:val="ru-RU"/>
        </w:rPr>
      </w:pPr>
      <w:r w:rsidRPr="000D6F8B">
        <w:rPr>
          <w:rFonts w:cs="Times New Roman"/>
          <w:lang w:val="ru-RU"/>
        </w:rPr>
        <w:t xml:space="preserve">2. </w:t>
      </w:r>
      <w:r w:rsidRPr="000D6F8B">
        <w:rPr>
          <w:rFonts w:cs="Times New Roman"/>
          <w:b/>
          <w:lang w:val="ru-RU"/>
        </w:rPr>
        <w:t xml:space="preserve">КРАВЧУК </w:t>
      </w:r>
      <w:proofErr w:type="spellStart"/>
      <w:r w:rsidRPr="000D6F8B">
        <w:rPr>
          <w:rFonts w:cs="Times New Roman"/>
          <w:lang w:val="ru-RU"/>
        </w:rPr>
        <w:t>Наталії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Сергіївні</w:t>
      </w:r>
      <w:proofErr w:type="spellEnd"/>
      <w:r w:rsidRPr="000D6F8B">
        <w:rPr>
          <w:rFonts w:cs="Times New Roman"/>
          <w:lang w:val="ru-RU"/>
        </w:rPr>
        <w:t xml:space="preserve">, менеджеру з персоналу, </w:t>
      </w:r>
      <w:proofErr w:type="spellStart"/>
      <w:r w:rsidRPr="000D6F8B">
        <w:rPr>
          <w:rFonts w:cs="Times New Roman"/>
          <w:lang w:val="ru-RU"/>
        </w:rPr>
        <w:t>щорічну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додаткову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відпустку</w:t>
      </w:r>
      <w:proofErr w:type="spellEnd"/>
      <w:r w:rsidRPr="000D6F8B">
        <w:rPr>
          <w:rFonts w:cs="Times New Roman"/>
          <w:lang w:val="ru-RU"/>
        </w:rPr>
        <w:t xml:space="preserve"> за </w:t>
      </w:r>
      <w:proofErr w:type="spellStart"/>
      <w:r w:rsidRPr="000D6F8B">
        <w:rPr>
          <w:rFonts w:cs="Times New Roman"/>
          <w:lang w:val="ru-RU"/>
        </w:rPr>
        <w:t>особливий</w:t>
      </w:r>
      <w:proofErr w:type="spellEnd"/>
      <w:r w:rsidRPr="000D6F8B">
        <w:rPr>
          <w:rFonts w:cs="Times New Roman"/>
          <w:lang w:val="ru-RU"/>
        </w:rPr>
        <w:t xml:space="preserve"> характер </w:t>
      </w:r>
      <w:proofErr w:type="spellStart"/>
      <w:r w:rsidRPr="000D6F8B">
        <w:rPr>
          <w:rFonts w:cs="Times New Roman"/>
          <w:lang w:val="ru-RU"/>
        </w:rPr>
        <w:t>праці</w:t>
      </w:r>
      <w:proofErr w:type="spellEnd"/>
      <w:r w:rsidRPr="000D6F8B">
        <w:rPr>
          <w:rFonts w:cs="Times New Roman"/>
          <w:lang w:val="ru-RU"/>
        </w:rPr>
        <w:t xml:space="preserve"> - за </w:t>
      </w:r>
      <w:proofErr w:type="spellStart"/>
      <w:r w:rsidRPr="000D6F8B">
        <w:rPr>
          <w:rFonts w:cs="Times New Roman"/>
          <w:lang w:val="ru-RU"/>
        </w:rPr>
        <w:t>ненормований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робочий</w:t>
      </w:r>
      <w:proofErr w:type="spellEnd"/>
      <w:r w:rsidRPr="000D6F8B">
        <w:rPr>
          <w:rFonts w:cs="Times New Roman"/>
          <w:lang w:val="ru-RU"/>
        </w:rPr>
        <w:t xml:space="preserve"> день </w:t>
      </w:r>
      <w:proofErr w:type="spellStart"/>
      <w:r w:rsidRPr="000D6F8B">
        <w:rPr>
          <w:rFonts w:cs="Times New Roman"/>
          <w:lang w:val="ru-RU"/>
        </w:rPr>
        <w:t>тривалістю</w:t>
      </w:r>
      <w:proofErr w:type="spellEnd"/>
      <w:r w:rsidRPr="000D6F8B">
        <w:rPr>
          <w:rFonts w:cs="Times New Roman"/>
          <w:lang w:val="ru-RU"/>
        </w:rPr>
        <w:t xml:space="preserve"> 7 </w:t>
      </w:r>
      <w:proofErr w:type="spellStart"/>
      <w:r w:rsidRPr="000D6F8B">
        <w:rPr>
          <w:rFonts w:cs="Times New Roman"/>
          <w:lang w:val="ru-RU"/>
        </w:rPr>
        <w:t>календарних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днів</w:t>
      </w:r>
      <w:proofErr w:type="spellEnd"/>
      <w:r w:rsidRPr="000D6F8B">
        <w:rPr>
          <w:rFonts w:cs="Times New Roman"/>
          <w:lang w:val="ru-RU"/>
        </w:rPr>
        <w:t xml:space="preserve"> за </w:t>
      </w:r>
      <w:proofErr w:type="spellStart"/>
      <w:r w:rsidRPr="000D6F8B">
        <w:rPr>
          <w:rFonts w:cs="Times New Roman"/>
          <w:lang w:val="ru-RU"/>
        </w:rPr>
        <w:t>робочий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рік</w:t>
      </w:r>
      <w:proofErr w:type="spellEnd"/>
      <w:r w:rsidRPr="000D6F8B">
        <w:rPr>
          <w:rFonts w:cs="Times New Roman"/>
          <w:lang w:val="ru-RU"/>
        </w:rPr>
        <w:t xml:space="preserve"> з 1 листопада 2025 року до 31 </w:t>
      </w:r>
      <w:proofErr w:type="spellStart"/>
      <w:r w:rsidRPr="000D6F8B">
        <w:rPr>
          <w:rFonts w:cs="Times New Roman"/>
          <w:lang w:val="ru-RU"/>
        </w:rPr>
        <w:t>жовтня</w:t>
      </w:r>
      <w:proofErr w:type="spellEnd"/>
      <w:r w:rsidRPr="000D6F8B">
        <w:rPr>
          <w:rFonts w:cs="Times New Roman"/>
          <w:lang w:val="ru-RU"/>
        </w:rPr>
        <w:t xml:space="preserve"> 2026 року - з 2 до 8 листопада 2026 року </w:t>
      </w:r>
      <w:proofErr w:type="spellStart"/>
      <w:r w:rsidRPr="000D6F8B">
        <w:rPr>
          <w:rFonts w:cs="Times New Roman"/>
          <w:lang w:val="ru-RU"/>
        </w:rPr>
        <w:t>включно</w:t>
      </w:r>
      <w:proofErr w:type="spellEnd"/>
      <w:r w:rsidRPr="000D6F8B">
        <w:rPr>
          <w:rFonts w:cs="Times New Roman"/>
          <w:lang w:val="ru-RU"/>
        </w:rPr>
        <w:t>.</w:t>
      </w:r>
    </w:p>
    <w:p w14:paraId="75AF40E7" w14:textId="77777777" w:rsidR="002A338D" w:rsidRPr="000D6F8B" w:rsidRDefault="00000000">
      <w:pPr>
        <w:spacing w:after="85"/>
        <w:ind w:firstLine="709"/>
        <w:rPr>
          <w:lang w:val="ru-RU"/>
        </w:rPr>
      </w:pPr>
      <w:proofErr w:type="spellStart"/>
      <w:r w:rsidRPr="000D6F8B">
        <w:rPr>
          <w:rFonts w:cs="Times New Roman"/>
          <w:b/>
          <w:lang w:val="ru-RU"/>
        </w:rPr>
        <w:t>Підстава</w:t>
      </w:r>
      <w:proofErr w:type="spellEnd"/>
      <w:r w:rsidRPr="000D6F8B">
        <w:rPr>
          <w:rFonts w:cs="Times New Roman"/>
          <w:b/>
          <w:lang w:val="ru-RU"/>
        </w:rPr>
        <w:t xml:space="preserve">: </w:t>
      </w:r>
      <w:proofErr w:type="spellStart"/>
      <w:r w:rsidRPr="000D6F8B">
        <w:rPr>
          <w:rFonts w:cs="Times New Roman"/>
          <w:lang w:val="ru-RU"/>
        </w:rPr>
        <w:t>графік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відпусток</w:t>
      </w:r>
      <w:proofErr w:type="spellEnd"/>
      <w:r w:rsidRPr="000D6F8B">
        <w:rPr>
          <w:rFonts w:cs="Times New Roman"/>
          <w:lang w:val="ru-RU"/>
        </w:rPr>
        <w:t xml:space="preserve"> ТОВ «ГАЛКОС» на 2026 </w:t>
      </w:r>
      <w:proofErr w:type="spellStart"/>
      <w:r w:rsidRPr="000D6F8B">
        <w:rPr>
          <w:rFonts w:cs="Times New Roman"/>
          <w:lang w:val="ru-RU"/>
        </w:rPr>
        <w:t>рік</w:t>
      </w:r>
      <w:proofErr w:type="spellEnd"/>
      <w:r w:rsidRPr="000D6F8B">
        <w:rPr>
          <w:rFonts w:cs="Times New Roman"/>
          <w:lang w:val="ru-RU"/>
        </w:rPr>
        <w:t xml:space="preserve">; </w:t>
      </w:r>
      <w:proofErr w:type="spellStart"/>
      <w:r w:rsidRPr="000D6F8B">
        <w:rPr>
          <w:rFonts w:cs="Times New Roman"/>
          <w:lang w:val="ru-RU"/>
        </w:rPr>
        <w:t>колективний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договір</w:t>
      </w:r>
      <w:proofErr w:type="spellEnd"/>
      <w:r w:rsidRPr="000D6F8B">
        <w:rPr>
          <w:rFonts w:cs="Times New Roman"/>
          <w:lang w:val="ru-RU"/>
        </w:rPr>
        <w:t xml:space="preserve"> ТОВ «ГАЛКОС» у </w:t>
      </w:r>
      <w:proofErr w:type="spellStart"/>
      <w:r w:rsidRPr="000D6F8B">
        <w:rPr>
          <w:rFonts w:cs="Times New Roman"/>
          <w:lang w:val="ru-RU"/>
        </w:rPr>
        <w:t>частині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встановлення</w:t>
      </w:r>
      <w:proofErr w:type="spellEnd"/>
      <w:r w:rsidRPr="000D6F8B">
        <w:rPr>
          <w:rFonts w:cs="Times New Roman"/>
          <w:lang w:val="ru-RU"/>
        </w:rPr>
        <w:t xml:space="preserve"> права та </w:t>
      </w:r>
      <w:proofErr w:type="spellStart"/>
      <w:r w:rsidRPr="000D6F8B">
        <w:rPr>
          <w:rFonts w:cs="Times New Roman"/>
          <w:lang w:val="ru-RU"/>
        </w:rPr>
        <w:t>тривалості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щорічної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додаткової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відпустки</w:t>
      </w:r>
      <w:proofErr w:type="spellEnd"/>
      <w:r w:rsidRPr="000D6F8B">
        <w:rPr>
          <w:rFonts w:cs="Times New Roman"/>
          <w:lang w:val="ru-RU"/>
        </w:rPr>
        <w:t xml:space="preserve"> за </w:t>
      </w:r>
      <w:proofErr w:type="spellStart"/>
      <w:r w:rsidRPr="000D6F8B">
        <w:rPr>
          <w:rFonts w:cs="Times New Roman"/>
          <w:lang w:val="ru-RU"/>
        </w:rPr>
        <w:t>ненормований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робочий</w:t>
      </w:r>
      <w:proofErr w:type="spellEnd"/>
      <w:r w:rsidRPr="000D6F8B">
        <w:rPr>
          <w:rFonts w:cs="Times New Roman"/>
          <w:lang w:val="ru-RU"/>
        </w:rPr>
        <w:t xml:space="preserve"> день.</w:t>
      </w:r>
    </w:p>
    <w:p w14:paraId="5F59C398" w14:textId="77777777" w:rsidR="002A338D" w:rsidRPr="000D6F8B" w:rsidRDefault="00000000">
      <w:pPr>
        <w:spacing w:after="85"/>
        <w:ind w:firstLine="709"/>
        <w:jc w:val="both"/>
        <w:rPr>
          <w:lang w:val="ru-RU"/>
        </w:rPr>
      </w:pPr>
      <w:r w:rsidRPr="000D6F8B">
        <w:rPr>
          <w:rFonts w:cs="Times New Roman"/>
          <w:lang w:val="ru-RU"/>
        </w:rPr>
        <w:t xml:space="preserve">3. </w:t>
      </w:r>
      <w:r w:rsidRPr="000D6F8B">
        <w:rPr>
          <w:rFonts w:cs="Times New Roman"/>
          <w:b/>
          <w:lang w:val="ru-RU"/>
        </w:rPr>
        <w:t xml:space="preserve">ШЕВЧЕНКУ </w:t>
      </w:r>
      <w:r w:rsidRPr="000D6F8B">
        <w:rPr>
          <w:rFonts w:cs="Times New Roman"/>
          <w:lang w:val="ru-RU"/>
        </w:rPr>
        <w:t xml:space="preserve">Максиму </w:t>
      </w:r>
      <w:proofErr w:type="spellStart"/>
      <w:r w:rsidRPr="000D6F8B">
        <w:rPr>
          <w:rFonts w:cs="Times New Roman"/>
          <w:lang w:val="ru-RU"/>
        </w:rPr>
        <w:t>Олександровичу</w:t>
      </w:r>
      <w:proofErr w:type="spellEnd"/>
      <w:r w:rsidRPr="000D6F8B">
        <w:rPr>
          <w:rFonts w:cs="Times New Roman"/>
          <w:lang w:val="ru-RU"/>
        </w:rPr>
        <w:t xml:space="preserve">, юрисконсульту, </w:t>
      </w:r>
      <w:proofErr w:type="spellStart"/>
      <w:r w:rsidRPr="000D6F8B">
        <w:rPr>
          <w:rFonts w:cs="Times New Roman"/>
          <w:lang w:val="ru-RU"/>
        </w:rPr>
        <w:t>щорічну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основну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відпустку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тривалістю</w:t>
      </w:r>
      <w:proofErr w:type="spellEnd"/>
      <w:r w:rsidRPr="000D6F8B">
        <w:rPr>
          <w:rFonts w:cs="Times New Roman"/>
          <w:lang w:val="ru-RU"/>
        </w:rPr>
        <w:t xml:space="preserve"> 14 </w:t>
      </w:r>
      <w:proofErr w:type="spellStart"/>
      <w:r w:rsidRPr="000D6F8B">
        <w:rPr>
          <w:rFonts w:cs="Times New Roman"/>
          <w:lang w:val="ru-RU"/>
        </w:rPr>
        <w:t>календарних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днів</w:t>
      </w:r>
      <w:proofErr w:type="spellEnd"/>
      <w:r w:rsidRPr="000D6F8B">
        <w:rPr>
          <w:rFonts w:cs="Times New Roman"/>
          <w:lang w:val="ru-RU"/>
        </w:rPr>
        <w:t xml:space="preserve"> за </w:t>
      </w:r>
      <w:proofErr w:type="spellStart"/>
      <w:r w:rsidRPr="000D6F8B">
        <w:rPr>
          <w:rFonts w:cs="Times New Roman"/>
          <w:lang w:val="ru-RU"/>
        </w:rPr>
        <w:t>робочий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рік</w:t>
      </w:r>
      <w:proofErr w:type="spellEnd"/>
      <w:r w:rsidRPr="000D6F8B">
        <w:rPr>
          <w:rFonts w:cs="Times New Roman"/>
          <w:lang w:val="ru-RU"/>
        </w:rPr>
        <w:t xml:space="preserve"> з 10 лютого 2026 року до 9 лютого 2027 року - з 16 до 29 листопада 2026 року </w:t>
      </w:r>
      <w:proofErr w:type="spellStart"/>
      <w:r w:rsidRPr="000D6F8B">
        <w:rPr>
          <w:rFonts w:cs="Times New Roman"/>
          <w:lang w:val="ru-RU"/>
        </w:rPr>
        <w:t>включно</w:t>
      </w:r>
      <w:proofErr w:type="spellEnd"/>
      <w:r w:rsidRPr="000D6F8B">
        <w:rPr>
          <w:rFonts w:cs="Times New Roman"/>
          <w:lang w:val="ru-RU"/>
        </w:rPr>
        <w:t>.</w:t>
      </w:r>
    </w:p>
    <w:p w14:paraId="11B18ACB" w14:textId="77777777" w:rsidR="002A338D" w:rsidRPr="000D6F8B" w:rsidRDefault="00000000">
      <w:pPr>
        <w:spacing w:after="85"/>
        <w:ind w:firstLine="709"/>
        <w:rPr>
          <w:lang w:val="ru-RU"/>
        </w:rPr>
      </w:pPr>
      <w:proofErr w:type="spellStart"/>
      <w:r w:rsidRPr="000D6F8B">
        <w:rPr>
          <w:rFonts w:cs="Times New Roman"/>
          <w:b/>
          <w:lang w:val="ru-RU"/>
        </w:rPr>
        <w:t>Підстава</w:t>
      </w:r>
      <w:proofErr w:type="spellEnd"/>
      <w:r w:rsidRPr="000D6F8B">
        <w:rPr>
          <w:rFonts w:cs="Times New Roman"/>
          <w:b/>
          <w:lang w:val="ru-RU"/>
        </w:rPr>
        <w:t xml:space="preserve">: </w:t>
      </w:r>
      <w:proofErr w:type="spellStart"/>
      <w:r w:rsidRPr="000D6F8B">
        <w:rPr>
          <w:rFonts w:cs="Times New Roman"/>
          <w:lang w:val="ru-RU"/>
        </w:rPr>
        <w:t>графік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відпусток</w:t>
      </w:r>
      <w:proofErr w:type="spellEnd"/>
      <w:r w:rsidRPr="000D6F8B">
        <w:rPr>
          <w:rFonts w:cs="Times New Roman"/>
          <w:lang w:val="ru-RU"/>
        </w:rPr>
        <w:t xml:space="preserve"> ТОВ «ГАЛКОС» на 2026 </w:t>
      </w:r>
      <w:proofErr w:type="spellStart"/>
      <w:r w:rsidRPr="000D6F8B">
        <w:rPr>
          <w:rFonts w:cs="Times New Roman"/>
          <w:lang w:val="ru-RU"/>
        </w:rPr>
        <w:t>рік</w:t>
      </w:r>
      <w:proofErr w:type="spellEnd"/>
      <w:r w:rsidRPr="000D6F8B">
        <w:rPr>
          <w:rFonts w:cs="Times New Roman"/>
          <w:lang w:val="ru-RU"/>
        </w:rPr>
        <w:t>.</w:t>
      </w:r>
    </w:p>
    <w:p w14:paraId="632648CA" w14:textId="77777777" w:rsidR="002A338D" w:rsidRPr="000D6F8B" w:rsidRDefault="002A338D">
      <w:pPr>
        <w:spacing w:after="6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2A338D" w14:paraId="2FE27581" w14:textId="77777777">
        <w:trPr>
          <w:jc w:val="center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34C51" w14:textId="77777777" w:rsidR="002A338D" w:rsidRDefault="00000000">
            <w:proofErr w:type="spellStart"/>
            <w:r>
              <w:rPr>
                <w:rFonts w:cs="Times New Roman"/>
              </w:rPr>
              <w:t>Директор</w:t>
            </w:r>
            <w:proofErr w:type="spellEnd"/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39E96" w14:textId="77777777" w:rsidR="002A338D" w:rsidRDefault="00000000">
            <w:pPr>
              <w:jc w:val="center"/>
            </w:pPr>
            <w:r>
              <w:rPr>
                <w:rFonts w:cs="Times New Roman"/>
              </w:rPr>
              <w:t>_____________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7AE31" w14:textId="77777777" w:rsidR="002A338D" w:rsidRDefault="00000000">
            <w:pPr>
              <w:jc w:val="right"/>
            </w:pPr>
            <w:r>
              <w:rPr>
                <w:rFonts w:cs="Times New Roman"/>
                <w:b/>
              </w:rPr>
              <w:t>Орест ХОРОБРИЙ</w:t>
            </w:r>
          </w:p>
        </w:tc>
      </w:tr>
    </w:tbl>
    <w:p w14:paraId="1DC29854" w14:textId="77777777" w:rsidR="002A338D" w:rsidRDefault="002A338D">
      <w:pPr>
        <w:spacing w:after="40"/>
      </w:pPr>
    </w:p>
    <w:p w14:paraId="4D5A8669" w14:textId="77777777" w:rsidR="002A338D" w:rsidRDefault="00000000">
      <w:pPr>
        <w:spacing w:after="60"/>
      </w:pPr>
      <w:r>
        <w:rPr>
          <w:rFonts w:cs="Times New Roman"/>
        </w:rPr>
        <w:t>З наказом ознайомлені: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2A338D" w14:paraId="475743D6" w14:textId="77777777">
        <w:trPr>
          <w:jc w:val="center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35751" w14:textId="77777777" w:rsidR="002A338D" w:rsidRDefault="00000000">
            <w:r>
              <w:rPr>
                <w:rFonts w:cs="Times New Roman"/>
              </w:rPr>
              <w:t>_____________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98ADA" w14:textId="77777777" w:rsidR="002A338D" w:rsidRDefault="00000000">
            <w:r>
              <w:rPr>
                <w:rFonts w:cs="Times New Roman"/>
                <w:b/>
              </w:rPr>
              <w:t>Ірина БОЙКО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0B186" w14:textId="77777777" w:rsidR="002A338D" w:rsidRDefault="00000000">
            <w:pPr>
              <w:jc w:val="right"/>
            </w:pPr>
            <w:r>
              <w:rPr>
                <w:rFonts w:cs="Times New Roman"/>
              </w:rPr>
              <w:t>17.09.2026</w:t>
            </w:r>
          </w:p>
        </w:tc>
      </w:tr>
      <w:tr w:rsidR="002A338D" w14:paraId="025BCB3E" w14:textId="77777777">
        <w:trPr>
          <w:jc w:val="center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240A1" w14:textId="77777777" w:rsidR="002A338D" w:rsidRDefault="00000000">
            <w:r>
              <w:rPr>
                <w:rFonts w:cs="Times New Roman"/>
              </w:rPr>
              <w:t>_____________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6632B" w14:textId="77777777" w:rsidR="002A338D" w:rsidRDefault="00000000">
            <w:r>
              <w:rPr>
                <w:rFonts w:cs="Times New Roman"/>
                <w:b/>
              </w:rPr>
              <w:t>Наталія КРАВЧУК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713B5" w14:textId="77777777" w:rsidR="002A338D" w:rsidRDefault="00000000">
            <w:pPr>
              <w:jc w:val="right"/>
            </w:pPr>
            <w:r>
              <w:rPr>
                <w:rFonts w:cs="Times New Roman"/>
              </w:rPr>
              <w:t>17.09.2026</w:t>
            </w:r>
          </w:p>
        </w:tc>
      </w:tr>
      <w:tr w:rsidR="002A338D" w14:paraId="461686ED" w14:textId="77777777">
        <w:trPr>
          <w:jc w:val="center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0BDC0" w14:textId="77777777" w:rsidR="002A338D" w:rsidRDefault="00000000">
            <w:r>
              <w:rPr>
                <w:rFonts w:cs="Times New Roman"/>
              </w:rPr>
              <w:t>_____________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C3961" w14:textId="77777777" w:rsidR="002A338D" w:rsidRDefault="00000000">
            <w:r>
              <w:rPr>
                <w:rFonts w:cs="Times New Roman"/>
                <w:b/>
              </w:rPr>
              <w:t>Максим ШЕВЧЕНКО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22BC9" w14:textId="77777777" w:rsidR="002A338D" w:rsidRDefault="00000000">
            <w:pPr>
              <w:jc w:val="right"/>
            </w:pPr>
            <w:r>
              <w:rPr>
                <w:rFonts w:cs="Times New Roman"/>
              </w:rPr>
              <w:t>17.09.2026</w:t>
            </w:r>
          </w:p>
        </w:tc>
      </w:tr>
    </w:tbl>
    <w:p w14:paraId="694301D2" w14:textId="77777777" w:rsidR="00CA096C" w:rsidRDefault="00CA096C"/>
    <w:sectPr w:rsidR="00CA096C" w:rsidSect="00034616">
      <w:pgSz w:w="12240" w:h="15840"/>
      <w:pgMar w:top="1134" w:right="567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852888">
    <w:abstractNumId w:val="8"/>
  </w:num>
  <w:num w:numId="2" w16cid:durableId="1976715148">
    <w:abstractNumId w:val="6"/>
  </w:num>
  <w:num w:numId="3" w16cid:durableId="1233006811">
    <w:abstractNumId w:val="5"/>
  </w:num>
  <w:num w:numId="4" w16cid:durableId="252590317">
    <w:abstractNumId w:val="4"/>
  </w:num>
  <w:num w:numId="5" w16cid:durableId="1991785662">
    <w:abstractNumId w:val="7"/>
  </w:num>
  <w:num w:numId="6" w16cid:durableId="1402406296">
    <w:abstractNumId w:val="3"/>
  </w:num>
  <w:num w:numId="7" w16cid:durableId="2039357569">
    <w:abstractNumId w:val="2"/>
  </w:num>
  <w:num w:numId="8" w16cid:durableId="218590576">
    <w:abstractNumId w:val="1"/>
  </w:num>
  <w:num w:numId="9" w16cid:durableId="1043796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6F8B"/>
    <w:rsid w:val="0015074B"/>
    <w:rsid w:val="0029639D"/>
    <w:rsid w:val="002A338D"/>
    <w:rsid w:val="00326F90"/>
    <w:rsid w:val="006B711D"/>
    <w:rsid w:val="00AA1D8D"/>
    <w:rsid w:val="00B47730"/>
    <w:rsid w:val="00CA096C"/>
    <w:rsid w:val="00CB0664"/>
    <w:rsid w:val="00E64C93"/>
    <w:rsid w:val="00E748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1747B9"/>
  <w14:defaultImageDpi w14:val="300"/>
  <w15:docId w15:val="{FA430B94-A9AA-41DA-B2F2-854933BE7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Зразок кадрового наказу</dc:title>
  <dc:subject>Відпустки</dc:subject>
  <dc:creator>ТОВ «ГАЛКОС»</dc:creator>
  <cp:keywords/>
  <dc:description>Казначей</dc:description>
  <cp:lastModifiedBy>Debet-Kredit</cp:lastModifiedBy>
  <cp:revision>2</cp:revision>
  <dcterms:created xsi:type="dcterms:W3CDTF">2026-10-07T11:47:00Z</dcterms:created>
  <dcterms:modified xsi:type="dcterms:W3CDTF">2026-10-07T11:47:00Z</dcterms:modified>
  <cp:category/>
</cp:coreProperties>
</file>