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C8E78" w14:textId="77777777" w:rsidR="00CD1A4A" w:rsidRPr="00FF2EE9" w:rsidRDefault="003355A8">
      <w:pPr>
        <w:keepNext/>
        <w:jc w:val="center"/>
        <w:rPr>
          <w:lang w:val="ru-RU"/>
        </w:rPr>
      </w:pPr>
      <w:r w:rsidRPr="00FF2EE9">
        <w:rPr>
          <w:b/>
          <w:lang w:val="ru-RU"/>
        </w:rPr>
        <w:t>ТОВАРИСТВО З ОБМЕЖЕНОЮ ВІДПОВІДАЛЬНІСТЮ «ГАЛКОС»</w:t>
      </w:r>
    </w:p>
    <w:p w14:paraId="6C424F7B" w14:textId="77777777" w:rsidR="00CD1A4A" w:rsidRDefault="003355A8">
      <w:pPr>
        <w:keepNext/>
        <w:jc w:val="center"/>
      </w:pPr>
      <w:r>
        <w:t>ТОВ «</w:t>
      </w:r>
      <w:proofErr w:type="spellStart"/>
      <w:r>
        <w:t>Галкос</w:t>
      </w:r>
      <w:proofErr w:type="spellEnd"/>
      <w:r>
        <w:t>»</w:t>
      </w:r>
    </w:p>
    <w:p w14:paraId="46F0233C" w14:textId="77777777" w:rsidR="00CD1A4A" w:rsidRDefault="003355A8">
      <w:pPr>
        <w:keepNext/>
        <w:spacing w:after="80"/>
        <w:jc w:val="center"/>
      </w:pPr>
      <w:r>
        <w:rPr>
          <w:sz w:val="22"/>
        </w:rPr>
        <w:t>Код ЄДРПОУ 12345678</w:t>
      </w:r>
    </w:p>
    <w:p w14:paraId="058490E3" w14:textId="77777777" w:rsidR="00CD1A4A" w:rsidRDefault="003355A8">
      <w:pPr>
        <w:keepNext/>
        <w:spacing w:before="40" w:after="80"/>
        <w:jc w:val="center"/>
      </w:pPr>
      <w:r>
        <w:rPr>
          <w:b/>
          <w:sz w:val="28"/>
        </w:rPr>
        <w:t>НАКАЗ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CD1A4A" w14:paraId="2BA993D8" w14:textId="77777777">
        <w:trPr>
          <w:jc w:val="center"/>
        </w:trPr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71102" w14:textId="54F654D4" w:rsidR="00CD1A4A" w:rsidRDefault="003355A8">
            <w:r>
              <w:t>17.</w:t>
            </w:r>
            <w:r w:rsidR="00FF2EE9">
              <w:rPr>
                <w:lang w:val="uk-UA"/>
              </w:rPr>
              <w:t>10</w:t>
            </w:r>
            <w:r>
              <w:t>.2026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44A94" w14:textId="77777777" w:rsidR="00CD1A4A" w:rsidRDefault="003355A8">
            <w:pPr>
              <w:jc w:val="center"/>
            </w:pPr>
            <w:r>
              <w:t>Київ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DC2DF" w14:textId="77777777" w:rsidR="00CD1A4A" w:rsidRDefault="003355A8">
            <w:pPr>
              <w:jc w:val="right"/>
            </w:pPr>
            <w:r>
              <w:t>№ 177/к/тр</w:t>
            </w:r>
          </w:p>
        </w:tc>
      </w:tr>
    </w:tbl>
    <w:p w14:paraId="23998D1A" w14:textId="2B4F46CD" w:rsidR="00CD1A4A" w:rsidRPr="00FF2EE9" w:rsidRDefault="003355A8">
      <w:pPr>
        <w:keepNext/>
        <w:spacing w:before="240" w:after="160"/>
        <w:rPr>
          <w:lang w:val="ru-RU"/>
        </w:rPr>
      </w:pPr>
      <w:r w:rsidRPr="00FF2EE9">
        <w:rPr>
          <w:b/>
          <w:lang w:val="ru-RU"/>
        </w:rPr>
        <w:t xml:space="preserve">Про </w:t>
      </w:r>
      <w:proofErr w:type="spellStart"/>
      <w:r w:rsidRPr="00FF2EE9">
        <w:rPr>
          <w:b/>
          <w:lang w:val="ru-RU"/>
        </w:rPr>
        <w:t>скасування</w:t>
      </w:r>
      <w:proofErr w:type="spellEnd"/>
      <w:r w:rsidRPr="00FF2EE9">
        <w:rPr>
          <w:b/>
          <w:lang w:val="ru-RU"/>
        </w:rPr>
        <w:t xml:space="preserve"> наказу про </w:t>
      </w:r>
      <w:proofErr w:type="spellStart"/>
      <w:r w:rsidRPr="00FF2EE9">
        <w:rPr>
          <w:b/>
          <w:lang w:val="ru-RU"/>
        </w:rPr>
        <w:t>прийняття</w:t>
      </w:r>
      <w:proofErr w:type="spellEnd"/>
      <w:r w:rsidRPr="00FF2EE9">
        <w:rPr>
          <w:b/>
          <w:lang w:val="ru-RU"/>
        </w:rPr>
        <w:t xml:space="preserve"> </w:t>
      </w:r>
      <w:proofErr w:type="gramStart"/>
      <w:r w:rsidRPr="00FF2EE9">
        <w:rPr>
          <w:b/>
          <w:lang w:val="ru-RU"/>
        </w:rPr>
        <w:t>на роботу</w:t>
      </w:r>
      <w:proofErr w:type="gramEnd"/>
      <w:r w:rsidR="00656DB3">
        <w:rPr>
          <w:b/>
          <w:lang w:val="ru-RU"/>
        </w:rPr>
        <w:t xml:space="preserve"> </w:t>
      </w:r>
    </w:p>
    <w:p w14:paraId="54C6EACC" w14:textId="79E3DF96" w:rsidR="00CD1A4A" w:rsidRPr="00FF2EE9" w:rsidRDefault="003355A8">
      <w:pPr>
        <w:spacing w:after="120"/>
        <w:ind w:firstLine="709"/>
        <w:rPr>
          <w:lang w:val="ru-RU"/>
        </w:rPr>
      </w:pPr>
      <w:r w:rsidRPr="00FF2EE9">
        <w:rPr>
          <w:lang w:val="ru-RU"/>
        </w:rPr>
        <w:t xml:space="preserve">У </w:t>
      </w:r>
      <w:proofErr w:type="spellStart"/>
      <w:r w:rsidRPr="00FF2EE9">
        <w:rPr>
          <w:lang w:val="ru-RU"/>
        </w:rPr>
        <w:t>зв’язку</w:t>
      </w:r>
      <w:proofErr w:type="spellEnd"/>
      <w:r w:rsidRPr="00FF2EE9">
        <w:rPr>
          <w:lang w:val="ru-RU"/>
        </w:rPr>
        <w:t xml:space="preserve"> з </w:t>
      </w:r>
      <w:proofErr w:type="spellStart"/>
      <w:r w:rsidRPr="00FF2EE9">
        <w:rPr>
          <w:lang w:val="ru-RU"/>
        </w:rPr>
        <w:t>підтвердженою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відмовою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Ірини</w:t>
      </w:r>
      <w:proofErr w:type="spellEnd"/>
      <w:r w:rsidRPr="00FF2EE9">
        <w:rPr>
          <w:lang w:val="ru-RU"/>
        </w:rPr>
        <w:t xml:space="preserve"> МЕЛЬНИК </w:t>
      </w:r>
      <w:proofErr w:type="spellStart"/>
      <w:r w:rsidRPr="00FF2EE9">
        <w:rPr>
          <w:lang w:val="ru-RU"/>
        </w:rPr>
        <w:t>приступити</w:t>
      </w:r>
      <w:proofErr w:type="spellEnd"/>
      <w:r w:rsidRPr="00FF2EE9">
        <w:rPr>
          <w:lang w:val="ru-RU"/>
        </w:rPr>
        <w:t xml:space="preserve"> до </w:t>
      </w:r>
      <w:proofErr w:type="spellStart"/>
      <w:r w:rsidRPr="00FF2EE9">
        <w:rPr>
          <w:lang w:val="ru-RU"/>
        </w:rPr>
        <w:t>роботи</w:t>
      </w:r>
      <w:proofErr w:type="spellEnd"/>
      <w:r w:rsidRPr="00FF2EE9">
        <w:rPr>
          <w:lang w:val="ru-RU"/>
        </w:rPr>
        <w:t xml:space="preserve"> 17 </w:t>
      </w:r>
      <w:proofErr w:type="spellStart"/>
      <w:r w:rsidR="00FF2EE9">
        <w:rPr>
          <w:lang w:val="ru-RU"/>
        </w:rPr>
        <w:t>жовтня</w:t>
      </w:r>
      <w:proofErr w:type="spellEnd"/>
      <w:r w:rsidRPr="00FF2EE9">
        <w:rPr>
          <w:lang w:val="ru-RU"/>
        </w:rPr>
        <w:t xml:space="preserve"> 2026 року та </w:t>
      </w:r>
      <w:proofErr w:type="spellStart"/>
      <w:r w:rsidRPr="00FF2EE9">
        <w:rPr>
          <w:lang w:val="ru-RU"/>
        </w:rPr>
        <w:t>її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відмовою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надати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письмову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заяву</w:t>
      </w:r>
      <w:proofErr w:type="spellEnd"/>
    </w:p>
    <w:p w14:paraId="6E2A7178" w14:textId="77777777" w:rsidR="00CD1A4A" w:rsidRPr="00FF2EE9" w:rsidRDefault="003355A8">
      <w:pPr>
        <w:keepNext/>
        <w:spacing w:after="120"/>
        <w:rPr>
          <w:lang w:val="ru-RU"/>
        </w:rPr>
      </w:pPr>
      <w:r w:rsidRPr="00FF2EE9">
        <w:rPr>
          <w:b/>
          <w:lang w:val="ru-RU"/>
        </w:rPr>
        <w:t>НАКАЗУЮ:</w:t>
      </w:r>
    </w:p>
    <w:p w14:paraId="6D4FEEDE" w14:textId="423E086A" w:rsidR="00CD1A4A" w:rsidRPr="00FF2EE9" w:rsidRDefault="003355A8">
      <w:pPr>
        <w:ind w:firstLine="709"/>
        <w:rPr>
          <w:lang w:val="ru-RU"/>
        </w:rPr>
      </w:pPr>
      <w:r w:rsidRPr="00FF2EE9">
        <w:rPr>
          <w:lang w:val="ru-RU"/>
        </w:rPr>
        <w:t xml:space="preserve">1. СКАСУВАТИ наказ </w:t>
      </w:r>
      <w:proofErr w:type="spellStart"/>
      <w:r w:rsidRPr="00FF2EE9">
        <w:rPr>
          <w:lang w:val="ru-RU"/>
        </w:rPr>
        <w:t>від</w:t>
      </w:r>
      <w:proofErr w:type="spellEnd"/>
      <w:r w:rsidRPr="00FF2EE9">
        <w:rPr>
          <w:lang w:val="ru-RU"/>
        </w:rPr>
        <w:t xml:space="preserve"> 14.</w:t>
      </w:r>
      <w:r w:rsidR="00FF2EE9">
        <w:rPr>
          <w:lang w:val="ru-RU"/>
        </w:rPr>
        <w:t>10</w:t>
      </w:r>
      <w:r w:rsidRPr="00FF2EE9">
        <w:rPr>
          <w:lang w:val="ru-RU"/>
        </w:rPr>
        <w:t>.2026 № 173/к/</w:t>
      </w:r>
      <w:proofErr w:type="spellStart"/>
      <w:r w:rsidRPr="00FF2EE9">
        <w:rPr>
          <w:lang w:val="ru-RU"/>
        </w:rPr>
        <w:t>тр</w:t>
      </w:r>
      <w:proofErr w:type="spellEnd"/>
      <w:r w:rsidRPr="00FF2EE9">
        <w:rPr>
          <w:lang w:val="ru-RU"/>
        </w:rPr>
        <w:t xml:space="preserve"> «Про </w:t>
      </w:r>
      <w:proofErr w:type="spellStart"/>
      <w:r w:rsidRPr="00FF2EE9">
        <w:rPr>
          <w:lang w:val="ru-RU"/>
        </w:rPr>
        <w:t>прийняття</w:t>
      </w:r>
      <w:proofErr w:type="spellEnd"/>
      <w:r w:rsidRPr="00FF2EE9">
        <w:rPr>
          <w:lang w:val="ru-RU"/>
        </w:rPr>
        <w:t xml:space="preserve"> на роботу» в </w:t>
      </w:r>
      <w:proofErr w:type="spellStart"/>
      <w:r w:rsidRPr="00FF2EE9">
        <w:rPr>
          <w:lang w:val="ru-RU"/>
        </w:rPr>
        <w:t>частині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прийняття</w:t>
      </w:r>
      <w:proofErr w:type="spellEnd"/>
      <w:r w:rsidRPr="00FF2EE9">
        <w:rPr>
          <w:lang w:val="ru-RU"/>
        </w:rPr>
        <w:t xml:space="preserve"> МЕЛЬНИК </w:t>
      </w:r>
      <w:proofErr w:type="spellStart"/>
      <w:r w:rsidRPr="00FF2EE9">
        <w:rPr>
          <w:lang w:val="ru-RU"/>
        </w:rPr>
        <w:t>Ірини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Олександрівни</w:t>
      </w:r>
      <w:proofErr w:type="spellEnd"/>
      <w:r w:rsidRPr="00FF2EE9">
        <w:rPr>
          <w:lang w:val="ru-RU"/>
        </w:rPr>
        <w:t xml:space="preserve"> </w:t>
      </w:r>
      <w:proofErr w:type="gramStart"/>
      <w:r w:rsidRPr="00FF2EE9">
        <w:rPr>
          <w:lang w:val="ru-RU"/>
        </w:rPr>
        <w:t>на посаду</w:t>
      </w:r>
      <w:proofErr w:type="gramEnd"/>
      <w:r w:rsidRPr="00FF2EE9">
        <w:rPr>
          <w:lang w:val="ru-RU"/>
        </w:rPr>
        <w:t xml:space="preserve"> оператора </w:t>
      </w:r>
      <w:proofErr w:type="spellStart"/>
      <w:r w:rsidRPr="00FF2EE9">
        <w:rPr>
          <w:lang w:val="ru-RU"/>
        </w:rPr>
        <w:t>електронно-комунікаційних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послуг</w:t>
      </w:r>
      <w:proofErr w:type="spellEnd"/>
      <w:r w:rsidRPr="00FF2EE9">
        <w:rPr>
          <w:lang w:val="ru-RU"/>
        </w:rPr>
        <w:t xml:space="preserve"> Контакт-центру з 17.</w:t>
      </w:r>
      <w:r w:rsidR="00FF2EE9">
        <w:rPr>
          <w:lang w:val="ru-RU"/>
        </w:rPr>
        <w:t>10</w:t>
      </w:r>
      <w:r w:rsidRPr="00FF2EE9">
        <w:rPr>
          <w:lang w:val="ru-RU"/>
        </w:rPr>
        <w:t>.2026.</w:t>
      </w:r>
    </w:p>
    <w:p w14:paraId="2E8BB89B" w14:textId="77777777" w:rsidR="00CD1A4A" w:rsidRPr="00FF2EE9" w:rsidRDefault="003355A8">
      <w:pPr>
        <w:spacing w:before="80"/>
        <w:ind w:firstLine="709"/>
        <w:rPr>
          <w:lang w:val="ru-RU"/>
        </w:rPr>
      </w:pPr>
      <w:r w:rsidRPr="00FF2EE9">
        <w:rPr>
          <w:lang w:val="ru-RU"/>
        </w:rPr>
        <w:t xml:space="preserve">2. Начальнику </w:t>
      </w:r>
      <w:proofErr w:type="spellStart"/>
      <w:r w:rsidRPr="00FF2EE9">
        <w:rPr>
          <w:lang w:val="ru-RU"/>
        </w:rPr>
        <w:t>відділу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кадрів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Олені</w:t>
      </w:r>
      <w:proofErr w:type="spellEnd"/>
      <w:r w:rsidRPr="00FF2EE9">
        <w:rPr>
          <w:lang w:val="ru-RU"/>
        </w:rPr>
        <w:t xml:space="preserve"> ТКАЧЕНКО подати до ДПС </w:t>
      </w:r>
      <w:proofErr w:type="spellStart"/>
      <w:r w:rsidRPr="00FF2EE9">
        <w:rPr>
          <w:lang w:val="ru-RU"/>
        </w:rPr>
        <w:t>Повідомлення</w:t>
      </w:r>
      <w:proofErr w:type="spellEnd"/>
      <w:r w:rsidRPr="00FF2EE9">
        <w:rPr>
          <w:lang w:val="ru-RU"/>
        </w:rPr>
        <w:t xml:space="preserve"> про </w:t>
      </w:r>
      <w:proofErr w:type="spellStart"/>
      <w:r w:rsidRPr="00FF2EE9">
        <w:rPr>
          <w:lang w:val="ru-RU"/>
        </w:rPr>
        <w:t>прийняття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працівника</w:t>
      </w:r>
      <w:proofErr w:type="spellEnd"/>
      <w:r w:rsidRPr="00FF2EE9">
        <w:rPr>
          <w:lang w:val="ru-RU"/>
        </w:rPr>
        <w:t xml:space="preserve"> </w:t>
      </w:r>
      <w:proofErr w:type="gramStart"/>
      <w:r w:rsidRPr="00FF2EE9">
        <w:rPr>
          <w:lang w:val="ru-RU"/>
        </w:rPr>
        <w:t>на роботу</w:t>
      </w:r>
      <w:proofErr w:type="gramEnd"/>
      <w:r w:rsidRPr="00FF2EE9">
        <w:rPr>
          <w:lang w:val="ru-RU"/>
        </w:rPr>
        <w:t xml:space="preserve"> типу «</w:t>
      </w:r>
      <w:proofErr w:type="spellStart"/>
      <w:r w:rsidRPr="00FF2EE9">
        <w:rPr>
          <w:lang w:val="ru-RU"/>
        </w:rPr>
        <w:t>скасовуюче</w:t>
      </w:r>
      <w:proofErr w:type="spellEnd"/>
      <w:r w:rsidRPr="00FF2EE9">
        <w:rPr>
          <w:lang w:val="ru-RU"/>
        </w:rPr>
        <w:t xml:space="preserve">» </w:t>
      </w:r>
      <w:proofErr w:type="spellStart"/>
      <w:r w:rsidRPr="00FF2EE9">
        <w:rPr>
          <w:lang w:val="ru-RU"/>
        </w:rPr>
        <w:t>щодо</w:t>
      </w:r>
      <w:proofErr w:type="spellEnd"/>
      <w:r w:rsidRPr="00FF2EE9">
        <w:rPr>
          <w:lang w:val="ru-RU"/>
        </w:rPr>
        <w:t xml:space="preserve"> МЕЛЬНИК </w:t>
      </w:r>
      <w:proofErr w:type="spellStart"/>
      <w:r w:rsidRPr="00FF2EE9">
        <w:rPr>
          <w:lang w:val="ru-RU"/>
        </w:rPr>
        <w:t>Ірини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Олександрівни</w:t>
      </w:r>
      <w:proofErr w:type="spellEnd"/>
      <w:r w:rsidRPr="00FF2EE9">
        <w:rPr>
          <w:lang w:val="ru-RU"/>
        </w:rPr>
        <w:t>.</w:t>
      </w:r>
    </w:p>
    <w:p w14:paraId="4135D2D2" w14:textId="5A385F9A" w:rsidR="00CD1A4A" w:rsidRPr="00FF2EE9" w:rsidRDefault="003355A8">
      <w:pPr>
        <w:spacing w:before="160"/>
        <w:rPr>
          <w:lang w:val="ru-RU"/>
        </w:rPr>
      </w:pPr>
      <w:proofErr w:type="spellStart"/>
      <w:r w:rsidRPr="00FF2EE9">
        <w:rPr>
          <w:b/>
          <w:lang w:val="ru-RU"/>
        </w:rPr>
        <w:t>Підстава</w:t>
      </w:r>
      <w:proofErr w:type="spellEnd"/>
      <w:r w:rsidRPr="00FF2EE9">
        <w:rPr>
          <w:b/>
          <w:lang w:val="ru-RU"/>
        </w:rPr>
        <w:t xml:space="preserve">: </w:t>
      </w:r>
      <w:r w:rsidRPr="00FF2EE9">
        <w:rPr>
          <w:lang w:val="ru-RU"/>
        </w:rPr>
        <w:t xml:space="preserve">акт про </w:t>
      </w:r>
      <w:proofErr w:type="spellStart"/>
      <w:r w:rsidRPr="00FF2EE9">
        <w:rPr>
          <w:lang w:val="ru-RU"/>
        </w:rPr>
        <w:t>відмову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працівника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приступити</w:t>
      </w:r>
      <w:proofErr w:type="spellEnd"/>
      <w:r w:rsidRPr="00FF2EE9">
        <w:rPr>
          <w:lang w:val="ru-RU"/>
        </w:rPr>
        <w:t xml:space="preserve"> до </w:t>
      </w:r>
      <w:proofErr w:type="spellStart"/>
      <w:r w:rsidRPr="00FF2EE9">
        <w:rPr>
          <w:lang w:val="ru-RU"/>
        </w:rPr>
        <w:t>роботи</w:t>
      </w:r>
      <w:proofErr w:type="spellEnd"/>
      <w:r w:rsidRPr="00FF2EE9">
        <w:rPr>
          <w:lang w:val="ru-RU"/>
        </w:rPr>
        <w:t xml:space="preserve"> та </w:t>
      </w:r>
      <w:proofErr w:type="spellStart"/>
      <w:r w:rsidRPr="00FF2EE9">
        <w:rPr>
          <w:lang w:val="ru-RU"/>
        </w:rPr>
        <w:t>надати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письмову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заяву</w:t>
      </w:r>
      <w:proofErr w:type="spellEnd"/>
      <w:r w:rsidRPr="00FF2EE9">
        <w:rPr>
          <w:lang w:val="ru-RU"/>
        </w:rPr>
        <w:t xml:space="preserve"> </w:t>
      </w:r>
      <w:proofErr w:type="spellStart"/>
      <w:r w:rsidRPr="00FF2EE9">
        <w:rPr>
          <w:lang w:val="ru-RU"/>
        </w:rPr>
        <w:t>від</w:t>
      </w:r>
      <w:proofErr w:type="spellEnd"/>
      <w:r w:rsidRPr="00FF2EE9">
        <w:rPr>
          <w:lang w:val="ru-RU"/>
        </w:rPr>
        <w:t xml:space="preserve"> 17.</w:t>
      </w:r>
      <w:r w:rsidR="00FF2EE9">
        <w:rPr>
          <w:lang w:val="ru-RU"/>
        </w:rPr>
        <w:t>10</w:t>
      </w:r>
      <w:r w:rsidRPr="00FF2EE9">
        <w:rPr>
          <w:lang w:val="ru-RU"/>
        </w:rPr>
        <w:t>.2026 № 10.</w:t>
      </w:r>
    </w:p>
    <w:p w14:paraId="48E5AB30" w14:textId="77777777" w:rsidR="00CD1A4A" w:rsidRPr="00FF2EE9" w:rsidRDefault="003355A8">
      <w:pPr>
        <w:tabs>
          <w:tab w:val="left" w:pos="4876"/>
          <w:tab w:val="left" w:pos="7427"/>
        </w:tabs>
        <w:spacing w:before="280"/>
        <w:rPr>
          <w:lang w:val="ru-RU"/>
        </w:rPr>
      </w:pPr>
      <w:r w:rsidRPr="00FF2EE9">
        <w:rPr>
          <w:lang w:val="ru-RU"/>
        </w:rPr>
        <w:t>Директор</w:t>
      </w:r>
      <w:r w:rsidRPr="00FF2EE9">
        <w:rPr>
          <w:lang w:val="ru-RU"/>
        </w:rPr>
        <w:tab/>
        <w:t>________________</w:t>
      </w:r>
      <w:r w:rsidRPr="00FF2EE9">
        <w:rPr>
          <w:lang w:val="ru-RU"/>
        </w:rPr>
        <w:tab/>
        <w:t>Орест ХОРОБРИЙ</w:t>
      </w:r>
    </w:p>
    <w:p w14:paraId="2DE535AB" w14:textId="00471DF2" w:rsidR="00CD1A4A" w:rsidRPr="00FF2EE9" w:rsidRDefault="003355A8">
      <w:pPr>
        <w:spacing w:before="200"/>
        <w:rPr>
          <w:szCs w:val="24"/>
          <w:lang w:val="ru-RU"/>
        </w:rPr>
      </w:pPr>
      <w:proofErr w:type="spellStart"/>
      <w:r w:rsidRPr="00FF2EE9">
        <w:rPr>
          <w:i/>
          <w:szCs w:val="24"/>
          <w:lang w:val="ru-RU"/>
        </w:rPr>
        <w:t>Відмітка</w:t>
      </w:r>
      <w:proofErr w:type="spellEnd"/>
      <w:r w:rsidRPr="00FF2EE9">
        <w:rPr>
          <w:i/>
          <w:szCs w:val="24"/>
          <w:lang w:val="ru-RU"/>
        </w:rPr>
        <w:t xml:space="preserve"> про </w:t>
      </w:r>
      <w:proofErr w:type="spellStart"/>
      <w:r w:rsidRPr="00FF2EE9">
        <w:rPr>
          <w:i/>
          <w:szCs w:val="24"/>
          <w:lang w:val="ru-RU"/>
        </w:rPr>
        <w:t>доведення</w:t>
      </w:r>
      <w:proofErr w:type="spellEnd"/>
      <w:r w:rsidRPr="00FF2EE9">
        <w:rPr>
          <w:i/>
          <w:szCs w:val="24"/>
          <w:lang w:val="ru-RU"/>
        </w:rPr>
        <w:t xml:space="preserve"> до </w:t>
      </w:r>
      <w:proofErr w:type="spellStart"/>
      <w:r w:rsidRPr="00FF2EE9">
        <w:rPr>
          <w:i/>
          <w:szCs w:val="24"/>
          <w:lang w:val="ru-RU"/>
        </w:rPr>
        <w:t>відома</w:t>
      </w:r>
      <w:proofErr w:type="spellEnd"/>
      <w:r w:rsidRPr="00FF2EE9">
        <w:rPr>
          <w:i/>
          <w:szCs w:val="24"/>
          <w:lang w:val="ru-RU"/>
        </w:rPr>
        <w:t xml:space="preserve">: </w:t>
      </w:r>
      <w:proofErr w:type="spellStart"/>
      <w:r w:rsidRPr="00FF2EE9">
        <w:rPr>
          <w:i/>
          <w:szCs w:val="24"/>
          <w:lang w:val="ru-RU"/>
        </w:rPr>
        <w:t>копію</w:t>
      </w:r>
      <w:proofErr w:type="spellEnd"/>
      <w:r w:rsidRPr="00FF2EE9">
        <w:rPr>
          <w:i/>
          <w:szCs w:val="24"/>
          <w:lang w:val="ru-RU"/>
        </w:rPr>
        <w:t xml:space="preserve"> наказу 17.</w:t>
      </w:r>
      <w:r w:rsidR="00FF2EE9" w:rsidRPr="00FF2EE9">
        <w:rPr>
          <w:i/>
          <w:szCs w:val="24"/>
          <w:lang w:val="ru-RU"/>
        </w:rPr>
        <w:t>10</w:t>
      </w:r>
      <w:r w:rsidRPr="00FF2EE9">
        <w:rPr>
          <w:i/>
          <w:szCs w:val="24"/>
          <w:lang w:val="ru-RU"/>
        </w:rPr>
        <w:t xml:space="preserve">.2026 </w:t>
      </w:r>
      <w:proofErr w:type="spellStart"/>
      <w:r w:rsidRPr="00FF2EE9">
        <w:rPr>
          <w:i/>
          <w:szCs w:val="24"/>
          <w:lang w:val="ru-RU"/>
        </w:rPr>
        <w:t>надіслано</w:t>
      </w:r>
      <w:proofErr w:type="spellEnd"/>
      <w:r w:rsidRPr="00FF2EE9">
        <w:rPr>
          <w:i/>
          <w:szCs w:val="24"/>
          <w:lang w:val="ru-RU"/>
        </w:rPr>
        <w:t xml:space="preserve"> </w:t>
      </w:r>
      <w:proofErr w:type="spellStart"/>
      <w:r w:rsidRPr="00FF2EE9">
        <w:rPr>
          <w:i/>
          <w:szCs w:val="24"/>
          <w:lang w:val="ru-RU"/>
        </w:rPr>
        <w:t>Ірині</w:t>
      </w:r>
      <w:proofErr w:type="spellEnd"/>
      <w:r w:rsidRPr="00FF2EE9">
        <w:rPr>
          <w:i/>
          <w:szCs w:val="24"/>
          <w:lang w:val="ru-RU"/>
        </w:rPr>
        <w:t xml:space="preserve"> МЕЛЬНИК на </w:t>
      </w:r>
      <w:proofErr w:type="spellStart"/>
      <w:r w:rsidRPr="00FF2EE9">
        <w:rPr>
          <w:i/>
          <w:szCs w:val="24"/>
          <w:lang w:val="ru-RU"/>
        </w:rPr>
        <w:t>електронну</w:t>
      </w:r>
      <w:proofErr w:type="spellEnd"/>
      <w:r w:rsidRPr="00FF2EE9">
        <w:rPr>
          <w:i/>
          <w:szCs w:val="24"/>
          <w:lang w:val="ru-RU"/>
        </w:rPr>
        <w:t xml:space="preserve"> адресу </w:t>
      </w:r>
      <w:proofErr w:type="spellStart"/>
      <w:r w:rsidRPr="00FF2EE9">
        <w:rPr>
          <w:i/>
          <w:szCs w:val="24"/>
        </w:rPr>
        <w:t>i</w:t>
      </w:r>
      <w:proofErr w:type="spellEnd"/>
      <w:r w:rsidRPr="00FF2EE9">
        <w:rPr>
          <w:i/>
          <w:szCs w:val="24"/>
          <w:lang w:val="ru-RU"/>
        </w:rPr>
        <w:t>.</w:t>
      </w:r>
      <w:proofErr w:type="spellStart"/>
      <w:r w:rsidRPr="00FF2EE9">
        <w:rPr>
          <w:i/>
          <w:szCs w:val="24"/>
        </w:rPr>
        <w:t>melnyk</w:t>
      </w:r>
      <w:proofErr w:type="spellEnd"/>
      <w:r w:rsidRPr="00FF2EE9">
        <w:rPr>
          <w:i/>
          <w:szCs w:val="24"/>
          <w:lang w:val="ru-RU"/>
        </w:rPr>
        <w:t>@</w:t>
      </w:r>
      <w:r w:rsidRPr="00FF2EE9">
        <w:rPr>
          <w:i/>
          <w:szCs w:val="24"/>
        </w:rPr>
        <w:t>example</w:t>
      </w:r>
      <w:r w:rsidRPr="00FF2EE9">
        <w:rPr>
          <w:i/>
          <w:szCs w:val="24"/>
          <w:lang w:val="ru-RU"/>
        </w:rPr>
        <w:t>.</w:t>
      </w:r>
      <w:r w:rsidRPr="00FF2EE9">
        <w:rPr>
          <w:i/>
          <w:szCs w:val="24"/>
        </w:rPr>
        <w:t>com</w:t>
      </w:r>
      <w:r w:rsidRPr="00FF2EE9">
        <w:rPr>
          <w:i/>
          <w:szCs w:val="24"/>
          <w:lang w:val="ru-RU"/>
        </w:rPr>
        <w:t xml:space="preserve">, </w:t>
      </w:r>
      <w:proofErr w:type="spellStart"/>
      <w:r w:rsidRPr="00FF2EE9">
        <w:rPr>
          <w:i/>
          <w:szCs w:val="24"/>
          <w:lang w:val="ru-RU"/>
        </w:rPr>
        <w:t>зазначену</w:t>
      </w:r>
      <w:proofErr w:type="spellEnd"/>
      <w:r w:rsidRPr="00FF2EE9">
        <w:rPr>
          <w:i/>
          <w:szCs w:val="24"/>
          <w:lang w:val="ru-RU"/>
        </w:rPr>
        <w:t xml:space="preserve"> нею </w:t>
      </w:r>
      <w:proofErr w:type="spellStart"/>
      <w:r w:rsidRPr="00FF2EE9">
        <w:rPr>
          <w:i/>
          <w:szCs w:val="24"/>
          <w:lang w:val="ru-RU"/>
        </w:rPr>
        <w:t>під</w:t>
      </w:r>
      <w:proofErr w:type="spellEnd"/>
      <w:r w:rsidRPr="00FF2EE9">
        <w:rPr>
          <w:i/>
          <w:szCs w:val="24"/>
          <w:lang w:val="ru-RU"/>
        </w:rPr>
        <w:t xml:space="preserve"> час </w:t>
      </w:r>
      <w:proofErr w:type="spellStart"/>
      <w:r w:rsidRPr="00FF2EE9">
        <w:rPr>
          <w:i/>
          <w:szCs w:val="24"/>
          <w:lang w:val="ru-RU"/>
        </w:rPr>
        <w:t>оформлення</w:t>
      </w:r>
      <w:proofErr w:type="spellEnd"/>
      <w:r w:rsidRPr="00FF2EE9">
        <w:rPr>
          <w:i/>
          <w:szCs w:val="24"/>
          <w:lang w:val="ru-RU"/>
        </w:rPr>
        <w:t xml:space="preserve"> </w:t>
      </w:r>
      <w:proofErr w:type="spellStart"/>
      <w:r w:rsidRPr="00FF2EE9">
        <w:rPr>
          <w:i/>
          <w:szCs w:val="24"/>
          <w:lang w:val="ru-RU"/>
        </w:rPr>
        <w:t>документів</w:t>
      </w:r>
      <w:proofErr w:type="spellEnd"/>
      <w:r w:rsidRPr="00FF2EE9">
        <w:rPr>
          <w:i/>
          <w:szCs w:val="24"/>
          <w:lang w:val="ru-RU"/>
        </w:rPr>
        <w:t xml:space="preserve"> про </w:t>
      </w:r>
      <w:proofErr w:type="spellStart"/>
      <w:r w:rsidRPr="00FF2EE9">
        <w:rPr>
          <w:i/>
          <w:szCs w:val="24"/>
          <w:lang w:val="ru-RU"/>
        </w:rPr>
        <w:t>прийняття</w:t>
      </w:r>
      <w:proofErr w:type="spellEnd"/>
      <w:r w:rsidRPr="00FF2EE9">
        <w:rPr>
          <w:i/>
          <w:szCs w:val="24"/>
          <w:lang w:val="ru-RU"/>
        </w:rPr>
        <w:t>.</w:t>
      </w:r>
    </w:p>
    <w:sectPr w:rsidR="00CD1A4A" w:rsidRPr="00FF2EE9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7823"/>
    <w:rsid w:val="0029639D"/>
    <w:rsid w:val="00326F90"/>
    <w:rsid w:val="003355A8"/>
    <w:rsid w:val="00656DB3"/>
    <w:rsid w:val="00AA1D8D"/>
    <w:rsid w:val="00B47730"/>
    <w:rsid w:val="00CB0664"/>
    <w:rsid w:val="00CD1A4A"/>
    <w:rsid w:val="00FC693F"/>
    <w:rsid w:val="00FF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C2F0A7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2026-10-13T15:16:00Z</dcterms:created>
  <dcterms:modified xsi:type="dcterms:W3CDTF">2026-10-13T16:14:00Z</dcterms:modified>
  <cp:category/>
</cp:coreProperties>
</file>