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E3C1D" w14:textId="77777777" w:rsidR="00531018" w:rsidRPr="0067487C" w:rsidRDefault="0006503E">
      <w:pPr>
        <w:spacing w:after="0" w:line="240" w:lineRule="auto"/>
        <w:ind w:left="10488"/>
        <w:jc w:val="right"/>
        <w:rPr>
          <w:rFonts w:cs="Times New Roman"/>
          <w:color w:val="000000" w:themeColor="text1"/>
          <w:lang w:val="ru-RU"/>
        </w:rPr>
      </w:pPr>
      <w:proofErr w:type="spellStart"/>
      <w:r w:rsidRPr="0067487C">
        <w:rPr>
          <w:rFonts w:cs="Times New Roman"/>
          <w:sz w:val="15"/>
          <w:lang w:val="ru-RU"/>
        </w:rPr>
        <w:t>Додаток</w:t>
      </w:r>
      <w:proofErr w:type="spellEnd"/>
      <w:r w:rsidRPr="0067487C">
        <w:rPr>
          <w:rFonts w:cs="Times New Roman"/>
          <w:sz w:val="15"/>
          <w:lang w:val="ru-RU"/>
        </w:rPr>
        <w:t xml:space="preserve"> 2</w:t>
      </w:r>
      <w:r w:rsidRPr="0067487C">
        <w:rPr>
          <w:rFonts w:cs="Times New Roman"/>
          <w:sz w:val="15"/>
          <w:lang w:val="ru-RU"/>
        </w:rPr>
        <w:br/>
        <w:t xml:space="preserve">до Порядку </w:t>
      </w:r>
      <w:proofErr w:type="spellStart"/>
      <w:r w:rsidRPr="0067487C">
        <w:rPr>
          <w:rFonts w:cs="Times New Roman"/>
          <w:sz w:val="15"/>
          <w:lang w:val="ru-RU"/>
        </w:rPr>
        <w:t>організації</w:t>
      </w:r>
      <w:proofErr w:type="spellEnd"/>
      <w:r w:rsidRPr="0067487C">
        <w:rPr>
          <w:rFonts w:cs="Times New Roman"/>
          <w:sz w:val="15"/>
          <w:lang w:val="ru-RU"/>
        </w:rPr>
        <w:t xml:space="preserve"> та </w:t>
      </w:r>
      <w:proofErr w:type="spellStart"/>
      <w:r w:rsidRPr="0067487C">
        <w:rPr>
          <w:rFonts w:cs="Times New Roman"/>
          <w:sz w:val="15"/>
          <w:lang w:val="ru-RU"/>
        </w:rPr>
        <w:t>проведення</w:t>
      </w:r>
      <w:proofErr w:type="spellEnd"/>
      <w:r w:rsidRPr="0067487C">
        <w:rPr>
          <w:rFonts w:cs="Times New Roman"/>
          <w:sz w:val="15"/>
          <w:lang w:val="ru-RU"/>
        </w:rPr>
        <w:t xml:space="preserve"> </w:t>
      </w:r>
      <w:proofErr w:type="spellStart"/>
      <w:r w:rsidRPr="0067487C">
        <w:rPr>
          <w:rFonts w:cs="Times New Roman"/>
          <w:sz w:val="15"/>
          <w:lang w:val="ru-RU"/>
        </w:rPr>
        <w:t>обов’язкових</w:t>
      </w:r>
      <w:proofErr w:type="spellEnd"/>
      <w:r w:rsidRPr="0067487C">
        <w:rPr>
          <w:rFonts w:cs="Times New Roman"/>
          <w:sz w:val="15"/>
          <w:lang w:val="ru-RU"/>
        </w:rPr>
        <w:t xml:space="preserve"> </w:t>
      </w:r>
      <w:proofErr w:type="spellStart"/>
      <w:r w:rsidRPr="0067487C">
        <w:rPr>
          <w:rFonts w:cs="Times New Roman"/>
          <w:sz w:val="15"/>
          <w:lang w:val="ru-RU"/>
        </w:rPr>
        <w:t>медичних</w:t>
      </w:r>
      <w:proofErr w:type="spellEnd"/>
      <w:r w:rsidRPr="0067487C">
        <w:rPr>
          <w:rFonts w:cs="Times New Roman"/>
          <w:sz w:val="15"/>
          <w:lang w:val="ru-RU"/>
        </w:rPr>
        <w:t xml:space="preserve"> </w:t>
      </w:r>
      <w:proofErr w:type="spellStart"/>
      <w:r w:rsidRPr="0067487C">
        <w:rPr>
          <w:rFonts w:cs="Times New Roman"/>
          <w:sz w:val="15"/>
          <w:lang w:val="ru-RU"/>
        </w:rPr>
        <w:t>оглядів</w:t>
      </w:r>
      <w:proofErr w:type="spellEnd"/>
      <w:r w:rsidRPr="0067487C">
        <w:rPr>
          <w:rFonts w:cs="Times New Roman"/>
          <w:sz w:val="15"/>
          <w:lang w:val="ru-RU"/>
        </w:rPr>
        <w:t xml:space="preserve"> </w:t>
      </w:r>
      <w:proofErr w:type="spellStart"/>
      <w:r w:rsidRPr="0067487C">
        <w:rPr>
          <w:rFonts w:cs="Times New Roman"/>
          <w:sz w:val="15"/>
          <w:lang w:val="ru-RU"/>
        </w:rPr>
        <w:t>працівників</w:t>
      </w:r>
      <w:proofErr w:type="spellEnd"/>
      <w:r w:rsidRPr="0067487C">
        <w:rPr>
          <w:rFonts w:cs="Times New Roman"/>
          <w:sz w:val="15"/>
          <w:lang w:val="ru-RU"/>
        </w:rPr>
        <w:t xml:space="preserve"> </w:t>
      </w:r>
      <w:proofErr w:type="spellStart"/>
      <w:r w:rsidRPr="0067487C">
        <w:rPr>
          <w:rFonts w:cs="Times New Roman"/>
          <w:sz w:val="15"/>
          <w:lang w:val="ru-RU"/>
        </w:rPr>
        <w:t>певних</w:t>
      </w:r>
      <w:proofErr w:type="spellEnd"/>
      <w:r w:rsidRPr="0067487C">
        <w:rPr>
          <w:rFonts w:cs="Times New Roman"/>
          <w:sz w:val="15"/>
          <w:lang w:val="ru-RU"/>
        </w:rPr>
        <w:t xml:space="preserve"> </w:t>
      </w:r>
      <w:proofErr w:type="spellStart"/>
      <w:r w:rsidRPr="0067487C">
        <w:rPr>
          <w:rFonts w:cs="Times New Roman"/>
          <w:sz w:val="15"/>
          <w:lang w:val="ru-RU"/>
        </w:rPr>
        <w:t>категорій</w:t>
      </w:r>
      <w:proofErr w:type="spellEnd"/>
      <w:r w:rsidRPr="0067487C">
        <w:rPr>
          <w:rFonts w:cs="Times New Roman"/>
          <w:sz w:val="15"/>
          <w:lang w:val="ru-RU"/>
        </w:rPr>
        <w:br/>
        <w:t xml:space="preserve">(пункт 8 </w:t>
      </w:r>
      <w:proofErr w:type="spellStart"/>
      <w:r w:rsidRPr="0067487C">
        <w:rPr>
          <w:rFonts w:cs="Times New Roman"/>
          <w:sz w:val="15"/>
          <w:lang w:val="ru-RU"/>
        </w:rPr>
        <w:t>розділу</w:t>
      </w:r>
      <w:proofErr w:type="spellEnd"/>
      <w:r w:rsidRPr="0067487C">
        <w:rPr>
          <w:rFonts w:cs="Times New Roman"/>
          <w:sz w:val="15"/>
          <w:lang w:val="ru-RU"/>
        </w:rPr>
        <w:t xml:space="preserve"> </w:t>
      </w:r>
      <w:r w:rsidRPr="0067487C">
        <w:rPr>
          <w:rFonts w:cs="Times New Roman"/>
          <w:sz w:val="15"/>
        </w:rPr>
        <w:t>III</w:t>
      </w:r>
      <w:r w:rsidRPr="0067487C">
        <w:rPr>
          <w:rFonts w:cs="Times New Roman"/>
          <w:sz w:val="15"/>
          <w:lang w:val="ru-RU"/>
        </w:rPr>
        <w:t>)</w:t>
      </w:r>
    </w:p>
    <w:p w14:paraId="603503FE" w14:textId="77777777" w:rsidR="00531018" w:rsidRPr="0067487C" w:rsidRDefault="0006503E">
      <w:pPr>
        <w:spacing w:after="0" w:line="240" w:lineRule="auto"/>
        <w:ind w:left="10488"/>
        <w:jc w:val="right"/>
        <w:rPr>
          <w:rFonts w:cs="Times New Roman"/>
          <w:color w:val="000000" w:themeColor="text1"/>
          <w:lang w:val="ru-RU"/>
        </w:rPr>
      </w:pPr>
      <w:r w:rsidRPr="0067487C">
        <w:rPr>
          <w:rFonts w:cs="Times New Roman"/>
          <w:b/>
          <w:sz w:val="16"/>
          <w:lang w:val="ru-RU"/>
        </w:rPr>
        <w:t>ЗАТВЕРДЖЕНО</w:t>
      </w:r>
    </w:p>
    <w:p w14:paraId="6CE710D8" w14:textId="77777777" w:rsidR="00531018" w:rsidRPr="0067487C" w:rsidRDefault="0006503E">
      <w:pPr>
        <w:spacing w:after="0" w:line="240" w:lineRule="auto"/>
        <w:ind w:left="10488"/>
        <w:jc w:val="right"/>
        <w:rPr>
          <w:rFonts w:cs="Times New Roman"/>
          <w:color w:val="000000" w:themeColor="text1"/>
          <w:lang w:val="ru-RU"/>
        </w:rPr>
      </w:pPr>
      <w:r w:rsidRPr="0067487C">
        <w:rPr>
          <w:rFonts w:cs="Times New Roman"/>
          <w:sz w:val="16"/>
          <w:lang w:val="ru-RU"/>
        </w:rPr>
        <w:t>Роботодавець</w:t>
      </w:r>
      <w:r w:rsidRPr="0067487C">
        <w:rPr>
          <w:rFonts w:cs="Times New Roman"/>
          <w:sz w:val="16"/>
          <w:lang w:val="ru-RU"/>
        </w:rPr>
        <w:br/>
        <w:t>ТОВ «ГАЛКОС»</w:t>
      </w:r>
    </w:p>
    <w:p w14:paraId="777E2C0C" w14:textId="77777777" w:rsidR="00531018" w:rsidRPr="0067487C" w:rsidRDefault="0006503E">
      <w:pPr>
        <w:spacing w:after="0" w:line="240" w:lineRule="auto"/>
        <w:ind w:left="10488"/>
        <w:jc w:val="right"/>
        <w:rPr>
          <w:rFonts w:cs="Times New Roman"/>
          <w:color w:val="000000" w:themeColor="text1"/>
          <w:lang w:val="ru-RU"/>
        </w:rPr>
      </w:pPr>
      <w:r w:rsidRPr="0067487C">
        <w:rPr>
          <w:rFonts w:cs="Times New Roman"/>
          <w:sz w:val="15"/>
          <w:lang w:val="ru-RU"/>
        </w:rPr>
        <w:t>______________   Орест ХОРОБРИЙ</w:t>
      </w:r>
      <w:r w:rsidRPr="0067487C">
        <w:rPr>
          <w:rFonts w:cs="Times New Roman"/>
          <w:sz w:val="15"/>
          <w:lang w:val="ru-RU"/>
        </w:rPr>
        <w:br/>
        <w:t>(</w:t>
      </w:r>
      <w:proofErr w:type="spellStart"/>
      <w:r w:rsidRPr="0067487C">
        <w:rPr>
          <w:rFonts w:cs="Times New Roman"/>
          <w:sz w:val="15"/>
          <w:lang w:val="ru-RU"/>
        </w:rPr>
        <w:t>підпис</w:t>
      </w:r>
      <w:proofErr w:type="spellEnd"/>
      <w:r w:rsidRPr="0067487C">
        <w:rPr>
          <w:rFonts w:cs="Times New Roman"/>
          <w:sz w:val="15"/>
          <w:lang w:val="ru-RU"/>
        </w:rPr>
        <w:t xml:space="preserve">)              </w:t>
      </w:r>
      <w:proofErr w:type="spellStart"/>
      <w:r w:rsidRPr="0067487C">
        <w:rPr>
          <w:rFonts w:cs="Times New Roman"/>
          <w:sz w:val="15"/>
          <w:lang w:val="ru-RU"/>
        </w:rPr>
        <w:t>Власне</w:t>
      </w:r>
      <w:proofErr w:type="spellEnd"/>
      <w:r w:rsidRPr="0067487C">
        <w:rPr>
          <w:rFonts w:cs="Times New Roman"/>
          <w:sz w:val="15"/>
          <w:lang w:val="ru-RU"/>
        </w:rPr>
        <w:t xml:space="preserve"> </w:t>
      </w:r>
      <w:proofErr w:type="spellStart"/>
      <w:r w:rsidRPr="0067487C">
        <w:rPr>
          <w:rFonts w:cs="Times New Roman"/>
          <w:sz w:val="15"/>
          <w:lang w:val="ru-RU"/>
        </w:rPr>
        <w:t>ім’я</w:t>
      </w:r>
      <w:proofErr w:type="spellEnd"/>
      <w:r w:rsidRPr="0067487C">
        <w:rPr>
          <w:rFonts w:cs="Times New Roman"/>
          <w:sz w:val="15"/>
          <w:lang w:val="ru-RU"/>
        </w:rPr>
        <w:t xml:space="preserve"> ПРІЗВИЩЕ</w:t>
      </w:r>
    </w:p>
    <w:p w14:paraId="3E6CB2AF" w14:textId="77777777" w:rsidR="00531018" w:rsidRPr="0067487C" w:rsidRDefault="0006503E">
      <w:pPr>
        <w:spacing w:after="0" w:line="240" w:lineRule="auto"/>
        <w:ind w:left="10488"/>
        <w:jc w:val="right"/>
        <w:rPr>
          <w:rFonts w:cs="Times New Roman"/>
          <w:color w:val="000000" w:themeColor="text1"/>
          <w:lang w:val="ru-RU"/>
        </w:rPr>
      </w:pPr>
      <w:r w:rsidRPr="0067487C">
        <w:rPr>
          <w:rFonts w:cs="Times New Roman"/>
          <w:sz w:val="15"/>
          <w:lang w:val="ru-RU"/>
        </w:rPr>
        <w:t xml:space="preserve">М. П. (за </w:t>
      </w:r>
      <w:proofErr w:type="spellStart"/>
      <w:r w:rsidRPr="0067487C">
        <w:rPr>
          <w:rFonts w:cs="Times New Roman"/>
          <w:sz w:val="15"/>
          <w:lang w:val="ru-RU"/>
        </w:rPr>
        <w:t>наявності</w:t>
      </w:r>
      <w:proofErr w:type="spellEnd"/>
      <w:r w:rsidRPr="0067487C">
        <w:rPr>
          <w:rFonts w:cs="Times New Roman"/>
          <w:sz w:val="15"/>
          <w:lang w:val="ru-RU"/>
        </w:rPr>
        <w:t>)</w:t>
      </w:r>
    </w:p>
    <w:p w14:paraId="6B0FB3D2" w14:textId="77777777" w:rsidR="00531018" w:rsidRPr="0067487C" w:rsidRDefault="0006503E">
      <w:pPr>
        <w:spacing w:after="0" w:line="240" w:lineRule="auto"/>
        <w:ind w:left="10488"/>
        <w:jc w:val="right"/>
        <w:rPr>
          <w:rFonts w:cs="Times New Roman"/>
          <w:color w:val="000000" w:themeColor="text1"/>
          <w:lang w:val="ru-RU"/>
        </w:rPr>
      </w:pPr>
      <w:r w:rsidRPr="0067487C">
        <w:rPr>
          <w:rFonts w:cs="Times New Roman"/>
          <w:sz w:val="15"/>
          <w:lang w:val="ru-RU"/>
        </w:rPr>
        <w:t>Дата 25.12.2026</w:t>
      </w:r>
      <w:r w:rsidRPr="0067487C">
        <w:rPr>
          <w:rFonts w:cs="Times New Roman"/>
          <w:sz w:val="15"/>
          <w:lang w:val="ru-RU"/>
        </w:rPr>
        <w:br/>
        <w:t xml:space="preserve">(число, </w:t>
      </w:r>
      <w:proofErr w:type="spellStart"/>
      <w:r w:rsidRPr="0067487C">
        <w:rPr>
          <w:rFonts w:cs="Times New Roman"/>
          <w:sz w:val="15"/>
          <w:lang w:val="ru-RU"/>
        </w:rPr>
        <w:t>місяць</w:t>
      </w:r>
      <w:proofErr w:type="spellEnd"/>
      <w:r w:rsidRPr="0067487C">
        <w:rPr>
          <w:rFonts w:cs="Times New Roman"/>
          <w:sz w:val="15"/>
          <w:lang w:val="ru-RU"/>
        </w:rPr>
        <w:t xml:space="preserve">, </w:t>
      </w:r>
      <w:proofErr w:type="spellStart"/>
      <w:r w:rsidRPr="0067487C">
        <w:rPr>
          <w:rFonts w:cs="Times New Roman"/>
          <w:sz w:val="15"/>
          <w:lang w:val="ru-RU"/>
        </w:rPr>
        <w:t>рік</w:t>
      </w:r>
      <w:proofErr w:type="spellEnd"/>
      <w:r w:rsidRPr="0067487C">
        <w:rPr>
          <w:rFonts w:cs="Times New Roman"/>
          <w:sz w:val="15"/>
          <w:lang w:val="ru-RU"/>
        </w:rPr>
        <w:t>)</w:t>
      </w:r>
    </w:p>
    <w:p w14:paraId="54726DBC" w14:textId="77777777" w:rsidR="00531018" w:rsidRPr="0067487C" w:rsidRDefault="0006503E">
      <w:pPr>
        <w:spacing w:after="40" w:line="240" w:lineRule="auto"/>
        <w:jc w:val="center"/>
        <w:rPr>
          <w:rFonts w:cs="Times New Roman"/>
          <w:color w:val="000000" w:themeColor="text1"/>
          <w:lang w:val="ru-RU"/>
        </w:rPr>
      </w:pPr>
      <w:r w:rsidRPr="0067487C">
        <w:rPr>
          <w:rFonts w:cs="Times New Roman"/>
          <w:b/>
          <w:sz w:val="24"/>
          <w:lang w:val="ru-RU"/>
        </w:rPr>
        <w:t>Список</w:t>
      </w:r>
    </w:p>
    <w:p w14:paraId="44E8953F" w14:textId="77777777" w:rsidR="00531018" w:rsidRPr="0067487C" w:rsidRDefault="0006503E">
      <w:pPr>
        <w:spacing w:after="40" w:line="240" w:lineRule="auto"/>
        <w:jc w:val="center"/>
        <w:rPr>
          <w:rFonts w:cs="Times New Roman"/>
          <w:color w:val="000000" w:themeColor="text1"/>
          <w:lang w:val="ru-RU"/>
        </w:rPr>
      </w:pPr>
      <w:proofErr w:type="spellStart"/>
      <w:r w:rsidRPr="0067487C">
        <w:rPr>
          <w:rFonts w:cs="Times New Roman"/>
          <w:b/>
          <w:sz w:val="19"/>
          <w:lang w:val="ru-RU"/>
        </w:rPr>
        <w:t>працівників</w:t>
      </w:r>
      <w:proofErr w:type="spellEnd"/>
      <w:r w:rsidRPr="0067487C">
        <w:rPr>
          <w:rFonts w:cs="Times New Roman"/>
          <w:b/>
          <w:sz w:val="19"/>
          <w:lang w:val="ru-RU"/>
        </w:rPr>
        <w:t xml:space="preserve">, </w:t>
      </w:r>
      <w:proofErr w:type="spellStart"/>
      <w:r w:rsidRPr="0067487C">
        <w:rPr>
          <w:rFonts w:cs="Times New Roman"/>
          <w:b/>
          <w:sz w:val="19"/>
          <w:lang w:val="ru-RU"/>
        </w:rPr>
        <w:t>які</w:t>
      </w:r>
      <w:proofErr w:type="spellEnd"/>
      <w:r w:rsidRPr="0067487C">
        <w:rPr>
          <w:rFonts w:cs="Times New Roman"/>
          <w:b/>
          <w:sz w:val="19"/>
          <w:lang w:val="ru-RU"/>
        </w:rPr>
        <w:t xml:space="preserve"> </w:t>
      </w:r>
      <w:proofErr w:type="spellStart"/>
      <w:r w:rsidRPr="0067487C">
        <w:rPr>
          <w:rFonts w:cs="Times New Roman"/>
          <w:b/>
          <w:sz w:val="19"/>
          <w:lang w:val="ru-RU"/>
        </w:rPr>
        <w:t>підлягають</w:t>
      </w:r>
      <w:proofErr w:type="spellEnd"/>
      <w:r w:rsidRPr="0067487C">
        <w:rPr>
          <w:rFonts w:cs="Times New Roman"/>
          <w:b/>
          <w:sz w:val="19"/>
          <w:lang w:val="ru-RU"/>
        </w:rPr>
        <w:t xml:space="preserve"> </w:t>
      </w:r>
      <w:proofErr w:type="spellStart"/>
      <w:r w:rsidRPr="0067487C">
        <w:rPr>
          <w:rFonts w:cs="Times New Roman"/>
          <w:b/>
          <w:sz w:val="19"/>
          <w:lang w:val="ru-RU"/>
        </w:rPr>
        <w:t>проходженню</w:t>
      </w:r>
      <w:proofErr w:type="spellEnd"/>
      <w:r w:rsidRPr="0067487C">
        <w:rPr>
          <w:rFonts w:cs="Times New Roman"/>
          <w:b/>
          <w:sz w:val="19"/>
          <w:lang w:val="ru-RU"/>
        </w:rPr>
        <w:t xml:space="preserve"> </w:t>
      </w:r>
      <w:proofErr w:type="spellStart"/>
      <w:r w:rsidRPr="0067487C">
        <w:rPr>
          <w:rFonts w:cs="Times New Roman"/>
          <w:b/>
          <w:sz w:val="19"/>
          <w:lang w:val="ru-RU"/>
        </w:rPr>
        <w:t>періодичного</w:t>
      </w:r>
      <w:proofErr w:type="spellEnd"/>
      <w:r w:rsidRPr="0067487C">
        <w:rPr>
          <w:rFonts w:cs="Times New Roman"/>
          <w:b/>
          <w:sz w:val="19"/>
          <w:lang w:val="ru-RU"/>
        </w:rPr>
        <w:t xml:space="preserve"> </w:t>
      </w:r>
      <w:proofErr w:type="spellStart"/>
      <w:r w:rsidRPr="0067487C">
        <w:rPr>
          <w:rFonts w:cs="Times New Roman"/>
          <w:b/>
          <w:sz w:val="19"/>
          <w:lang w:val="ru-RU"/>
        </w:rPr>
        <w:t>медичного</w:t>
      </w:r>
      <w:proofErr w:type="spellEnd"/>
      <w:r w:rsidRPr="0067487C">
        <w:rPr>
          <w:rFonts w:cs="Times New Roman"/>
          <w:b/>
          <w:sz w:val="19"/>
          <w:lang w:val="ru-RU"/>
        </w:rPr>
        <w:t xml:space="preserve"> </w:t>
      </w:r>
      <w:proofErr w:type="spellStart"/>
      <w:r w:rsidRPr="0067487C">
        <w:rPr>
          <w:rFonts w:cs="Times New Roman"/>
          <w:b/>
          <w:sz w:val="19"/>
          <w:lang w:val="ru-RU"/>
        </w:rPr>
        <w:t>огляду</w:t>
      </w:r>
      <w:proofErr w:type="spellEnd"/>
      <w:r w:rsidRPr="0067487C">
        <w:rPr>
          <w:rFonts w:cs="Times New Roman"/>
          <w:b/>
          <w:sz w:val="19"/>
          <w:lang w:val="ru-RU"/>
        </w:rPr>
        <w:br/>
        <w:t xml:space="preserve">у 2027 </w:t>
      </w:r>
      <w:proofErr w:type="spellStart"/>
      <w:r w:rsidRPr="0067487C">
        <w:rPr>
          <w:rFonts w:cs="Times New Roman"/>
          <w:b/>
          <w:sz w:val="19"/>
          <w:lang w:val="ru-RU"/>
        </w:rPr>
        <w:t>році</w:t>
      </w:r>
      <w:proofErr w:type="spellEnd"/>
      <w:r w:rsidRPr="0067487C">
        <w:rPr>
          <w:rFonts w:cs="Times New Roman"/>
          <w:b/>
          <w:sz w:val="19"/>
          <w:lang w:val="ru-RU"/>
        </w:rPr>
        <w:t xml:space="preserve"> (</w:t>
      </w:r>
      <w:proofErr w:type="spellStart"/>
      <w:r w:rsidRPr="0067487C">
        <w:rPr>
          <w:rFonts w:cs="Times New Roman"/>
          <w:b/>
          <w:sz w:val="19"/>
          <w:lang w:val="ru-RU"/>
        </w:rPr>
        <w:t>примірник</w:t>
      </w:r>
      <w:proofErr w:type="spellEnd"/>
      <w:r w:rsidRPr="0067487C">
        <w:rPr>
          <w:rFonts w:cs="Times New Roman"/>
          <w:b/>
          <w:sz w:val="19"/>
          <w:lang w:val="ru-RU"/>
        </w:rPr>
        <w:t xml:space="preserve"> № 1)</w:t>
      </w:r>
    </w:p>
    <w:p w14:paraId="29B26476" w14:textId="77777777" w:rsidR="00531018" w:rsidRPr="0067487C" w:rsidRDefault="0006503E">
      <w:pPr>
        <w:spacing w:after="100" w:line="240" w:lineRule="auto"/>
        <w:jc w:val="center"/>
        <w:rPr>
          <w:rFonts w:cs="Times New Roman"/>
          <w:color w:val="000000" w:themeColor="text1"/>
          <w:lang w:val="ru-RU"/>
        </w:rPr>
      </w:pPr>
      <w:r w:rsidRPr="00AB20F3">
        <w:rPr>
          <w:rFonts w:cs="Times New Roman"/>
          <w:b/>
          <w:bCs/>
          <w:i/>
          <w:iCs/>
          <w:color w:val="0070C0"/>
          <w:sz w:val="15"/>
          <w:lang w:val="ru-RU"/>
        </w:rPr>
        <w:t>ТОВАРИСТВО З ОБМЕЖЕНОЮ ВІДПОВІДАЛЬНІСТЮ «ГАЛКОС»</w:t>
      </w:r>
      <w:r w:rsidRPr="00AB20F3">
        <w:rPr>
          <w:rFonts w:cs="Times New Roman"/>
          <w:sz w:val="15"/>
          <w:lang w:val="ru-RU"/>
        </w:rPr>
        <w:br/>
      </w:r>
      <w:r w:rsidRPr="0067487C">
        <w:rPr>
          <w:rFonts w:cs="Times New Roman"/>
          <w:sz w:val="15"/>
          <w:lang w:val="ru-RU"/>
        </w:rPr>
        <w:t>(</w:t>
      </w:r>
      <w:proofErr w:type="spellStart"/>
      <w:r w:rsidRPr="0067487C">
        <w:rPr>
          <w:rFonts w:cs="Times New Roman"/>
          <w:sz w:val="15"/>
          <w:lang w:val="ru-RU"/>
        </w:rPr>
        <w:t>найменування</w:t>
      </w:r>
      <w:proofErr w:type="spellEnd"/>
      <w:r w:rsidRPr="0067487C">
        <w:rPr>
          <w:rFonts w:cs="Times New Roman"/>
          <w:sz w:val="15"/>
          <w:lang w:val="ru-RU"/>
        </w:rPr>
        <w:t xml:space="preserve"> </w:t>
      </w:r>
      <w:proofErr w:type="spellStart"/>
      <w:r w:rsidRPr="0067487C">
        <w:rPr>
          <w:rFonts w:cs="Times New Roman"/>
          <w:sz w:val="15"/>
          <w:lang w:val="ru-RU"/>
        </w:rPr>
        <w:t>підприємства</w:t>
      </w:r>
      <w:proofErr w:type="spellEnd"/>
      <w:r w:rsidRPr="0067487C">
        <w:rPr>
          <w:rFonts w:cs="Times New Roman"/>
          <w:sz w:val="15"/>
          <w:lang w:val="ru-RU"/>
        </w:rPr>
        <w:t xml:space="preserve">, </w:t>
      </w:r>
      <w:proofErr w:type="spellStart"/>
      <w:r w:rsidRPr="0067487C">
        <w:rPr>
          <w:rFonts w:cs="Times New Roman"/>
          <w:sz w:val="15"/>
          <w:lang w:val="ru-RU"/>
        </w:rPr>
        <w:t>відомча</w:t>
      </w:r>
      <w:proofErr w:type="spellEnd"/>
      <w:r w:rsidRPr="0067487C">
        <w:rPr>
          <w:rFonts w:cs="Times New Roman"/>
          <w:sz w:val="15"/>
          <w:lang w:val="ru-RU"/>
        </w:rPr>
        <w:t xml:space="preserve"> </w:t>
      </w:r>
      <w:proofErr w:type="spellStart"/>
      <w:r w:rsidRPr="0067487C">
        <w:rPr>
          <w:rFonts w:cs="Times New Roman"/>
          <w:sz w:val="15"/>
          <w:lang w:val="ru-RU"/>
        </w:rPr>
        <w:t>належність</w:t>
      </w:r>
      <w:proofErr w:type="spellEnd"/>
      <w:r w:rsidRPr="0067487C">
        <w:rPr>
          <w:rFonts w:cs="Times New Roman"/>
          <w:sz w:val="15"/>
          <w:lang w:val="ru-RU"/>
        </w:rPr>
        <w:t>)</w:t>
      </w:r>
    </w:p>
    <w:tbl>
      <w:tblPr>
        <w:tblW w:w="0" w:type="auto"/>
        <w:jc w:val="center"/>
        <w:tblBorders>
          <w:top w:val="single" w:sz="3" w:space="0" w:color="777777"/>
          <w:left w:val="single" w:sz="3" w:space="0" w:color="777777"/>
          <w:bottom w:val="single" w:sz="3" w:space="0" w:color="777777"/>
          <w:right w:val="single" w:sz="3" w:space="0" w:color="777777"/>
          <w:insideH w:val="single" w:sz="3" w:space="0" w:color="777777"/>
          <w:insideV w:val="single" w:sz="3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547"/>
        <w:gridCol w:w="792"/>
        <w:gridCol w:w="1368"/>
        <w:gridCol w:w="619"/>
        <w:gridCol w:w="792"/>
        <w:gridCol w:w="1224"/>
        <w:gridCol w:w="792"/>
        <w:gridCol w:w="835"/>
        <w:gridCol w:w="2376"/>
        <w:gridCol w:w="1440"/>
        <w:gridCol w:w="792"/>
        <w:gridCol w:w="1123"/>
      </w:tblGrid>
      <w:tr w:rsidR="00531018" w:rsidRPr="00AB20F3" w14:paraId="5A2213F0" w14:textId="77777777">
        <w:trPr>
          <w:tblHeader/>
          <w:jc w:val="center"/>
        </w:trPr>
        <w:tc>
          <w:tcPr>
            <w:tcW w:w="403" w:type="dxa"/>
            <w:vMerge w:val="restart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9B34720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№ з/п</w:t>
            </w:r>
          </w:p>
        </w:tc>
        <w:tc>
          <w:tcPr>
            <w:tcW w:w="547" w:type="dxa"/>
            <w:vMerge w:val="restart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DBC7F99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Табельний №</w:t>
            </w:r>
          </w:p>
        </w:tc>
        <w:tc>
          <w:tcPr>
            <w:tcW w:w="792" w:type="dxa"/>
            <w:vMerge w:val="restart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377FCC7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Цех, дільниця</w:t>
            </w:r>
          </w:p>
        </w:tc>
        <w:tc>
          <w:tcPr>
            <w:tcW w:w="1368" w:type="dxa"/>
            <w:vMerge w:val="restart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D294339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Прізвище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власне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ім’я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 xml:space="preserve">, по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батькові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 xml:space="preserve"> (за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наявності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)</w:t>
            </w:r>
          </w:p>
        </w:tc>
        <w:tc>
          <w:tcPr>
            <w:tcW w:w="619" w:type="dxa"/>
            <w:vMerge w:val="restart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304AEE1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AB20F3">
              <w:rPr>
                <w:rFonts w:cs="Times New Roman"/>
                <w:b/>
                <w:sz w:val="16"/>
                <w:szCs w:val="16"/>
              </w:rPr>
              <w:t>Стать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</w:rPr>
              <w:br/>
              <w:t>(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</w:rPr>
              <w:t>чоловіча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</w:rPr>
              <w:t xml:space="preserve"> /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</w:rPr>
              <w:t>жіноча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792" w:type="dxa"/>
            <w:vMerge w:val="restart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5B5F164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Дата народження</w:t>
            </w:r>
          </w:p>
        </w:tc>
        <w:tc>
          <w:tcPr>
            <w:tcW w:w="1224" w:type="dxa"/>
            <w:vMerge w:val="restart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FFA4258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Професія (посада) за ДК 003:2010²</w:t>
            </w:r>
          </w:p>
        </w:tc>
        <w:tc>
          <w:tcPr>
            <w:tcW w:w="792" w:type="dxa"/>
            <w:vMerge w:val="restart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ED032F0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 xml:space="preserve">Стаж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роботи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 xml:space="preserve"> в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даних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умовах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br/>
              <w:t xml:space="preserve">(роки,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місяці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)</w:t>
            </w:r>
          </w:p>
        </w:tc>
        <w:tc>
          <w:tcPr>
            <w:tcW w:w="835" w:type="dxa"/>
            <w:vMerge w:val="restart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43EFC86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AB20F3">
              <w:rPr>
                <w:rFonts w:cs="Times New Roman"/>
                <w:b/>
                <w:sz w:val="16"/>
                <w:szCs w:val="16"/>
              </w:rPr>
              <w:t>Дата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</w:rPr>
              <w:t>останнього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</w:rPr>
              <w:t>огляду</w:t>
            </w:r>
            <w:proofErr w:type="spellEnd"/>
          </w:p>
        </w:tc>
        <w:tc>
          <w:tcPr>
            <w:tcW w:w="2376" w:type="dxa"/>
            <w:vMerge w:val="restart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F6A8AA2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Назва шкідливих чи небезпечних виробничих факторів і № рядків таблиці Переліку шкідливих чи небезпечних виробничих факторів і факторів трудового процесу, при роботі з якими обов’язковий попередній (періодичні) медичний огляд працівників, згідно з додатком 4 до цього Порядку</w:t>
            </w:r>
          </w:p>
        </w:tc>
        <w:tc>
          <w:tcPr>
            <w:tcW w:w="1440" w:type="dxa"/>
            <w:vMerge w:val="restart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5551630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Назва і № рядків таблиці Переліку робіт, для виконання яких є обов’язковим попередній (періодичний) медичний огляд працівників, згідно з додатком 5 до цього Порядку</w:t>
            </w:r>
          </w:p>
        </w:tc>
        <w:tc>
          <w:tcPr>
            <w:tcW w:w="1915" w:type="dxa"/>
            <w:gridSpan w:val="2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C40DECB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Підлягає огляду¹</w:t>
            </w:r>
          </w:p>
        </w:tc>
      </w:tr>
      <w:tr w:rsidR="004C11BB" w:rsidRPr="00AB20F3" w14:paraId="519C0F1C" w14:textId="77777777">
        <w:trPr>
          <w:jc w:val="center"/>
        </w:trPr>
        <w:tc>
          <w:tcPr>
            <w:tcW w:w="403" w:type="dxa"/>
            <w:vMerge/>
          </w:tcPr>
          <w:p w14:paraId="4FAFE3CB" w14:textId="77777777" w:rsidR="004C11BB" w:rsidRPr="00AB20F3" w:rsidRDefault="004C11B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47" w:type="dxa"/>
            <w:vMerge/>
          </w:tcPr>
          <w:p w14:paraId="29C2B89E" w14:textId="77777777" w:rsidR="004C11BB" w:rsidRPr="00AB20F3" w:rsidRDefault="004C11B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2" w:type="dxa"/>
            <w:vMerge/>
          </w:tcPr>
          <w:p w14:paraId="2E313F05" w14:textId="77777777" w:rsidR="004C11BB" w:rsidRPr="00AB20F3" w:rsidRDefault="004C11B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68" w:type="dxa"/>
            <w:vMerge/>
          </w:tcPr>
          <w:p w14:paraId="324B7071" w14:textId="77777777" w:rsidR="004C11BB" w:rsidRPr="00AB20F3" w:rsidRDefault="004C11B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19" w:type="dxa"/>
            <w:vMerge/>
          </w:tcPr>
          <w:p w14:paraId="13257FC9" w14:textId="77777777" w:rsidR="004C11BB" w:rsidRPr="00AB20F3" w:rsidRDefault="004C11B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2" w:type="dxa"/>
            <w:vMerge/>
          </w:tcPr>
          <w:p w14:paraId="20A4089B" w14:textId="77777777" w:rsidR="004C11BB" w:rsidRPr="00AB20F3" w:rsidRDefault="004C11B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24" w:type="dxa"/>
            <w:vMerge/>
          </w:tcPr>
          <w:p w14:paraId="4FEAD9D4" w14:textId="77777777" w:rsidR="004C11BB" w:rsidRPr="00AB20F3" w:rsidRDefault="004C11B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2" w:type="dxa"/>
            <w:vMerge/>
          </w:tcPr>
          <w:p w14:paraId="7FB38AB4" w14:textId="77777777" w:rsidR="004C11BB" w:rsidRPr="00AB20F3" w:rsidRDefault="004C11B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5" w:type="dxa"/>
            <w:vMerge/>
          </w:tcPr>
          <w:p w14:paraId="25DD22CA" w14:textId="77777777" w:rsidR="004C11BB" w:rsidRPr="00AB20F3" w:rsidRDefault="004C11B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376" w:type="dxa"/>
            <w:vMerge/>
          </w:tcPr>
          <w:p w14:paraId="2F8C5B8D" w14:textId="77777777" w:rsidR="004C11BB" w:rsidRPr="00AB20F3" w:rsidRDefault="004C11B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14:paraId="36A10498" w14:textId="77777777" w:rsidR="004C11BB" w:rsidRPr="00AB20F3" w:rsidRDefault="004C11B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2" w:type="dxa"/>
            <w:vAlign w:val="center"/>
          </w:tcPr>
          <w:p w14:paraId="5A3A02ED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лікарів</w:t>
            </w:r>
          </w:p>
        </w:tc>
        <w:tc>
          <w:tcPr>
            <w:tcW w:w="1123" w:type="dxa"/>
            <w:vAlign w:val="center"/>
          </w:tcPr>
          <w:p w14:paraId="7E8F116A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лабораторні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функціональні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 xml:space="preserve"> та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інші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дослідження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br/>
              <w:t>(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зазначити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які</w:t>
            </w:r>
            <w:proofErr w:type="spellEnd"/>
            <w:r w:rsidRPr="00AB20F3">
              <w:rPr>
                <w:rFonts w:cs="Times New Roman"/>
                <w:b/>
                <w:sz w:val="16"/>
                <w:szCs w:val="16"/>
                <w:lang w:val="ru-RU"/>
              </w:rPr>
              <w:t>)</w:t>
            </w:r>
          </w:p>
        </w:tc>
      </w:tr>
      <w:tr w:rsidR="00531018" w:rsidRPr="00AB20F3" w14:paraId="2CA6D0B5" w14:textId="77777777">
        <w:trPr>
          <w:tblHeader/>
          <w:jc w:val="center"/>
        </w:trPr>
        <w:tc>
          <w:tcPr>
            <w:tcW w:w="403" w:type="dxa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AFC8BE5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47" w:type="dxa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58FD184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792" w:type="dxa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965A293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368" w:type="dxa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B1AB15A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619" w:type="dxa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A129C45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792" w:type="dxa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701BCFD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224" w:type="dxa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8BBF90B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792" w:type="dxa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E4E119C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835" w:type="dxa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40655C0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2376" w:type="dxa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2149CE9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440" w:type="dxa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BD481A4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792" w:type="dxa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27E591B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1123" w:type="dxa"/>
            <w:shd w:val="clear" w:color="auto" w:fill="F2F2F2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42D2332" w14:textId="77777777" w:rsidR="004C11BB" w:rsidRPr="00AB20F3" w:rsidRDefault="00000000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AB20F3">
              <w:rPr>
                <w:rFonts w:cs="Times New Roman"/>
                <w:b/>
                <w:sz w:val="16"/>
                <w:szCs w:val="16"/>
              </w:rPr>
              <w:t>13</w:t>
            </w:r>
          </w:p>
        </w:tc>
      </w:tr>
      <w:tr w:rsidR="00AB20F3" w:rsidRPr="00AB20F3" w14:paraId="74F6EADD" w14:textId="77777777">
        <w:trPr>
          <w:jc w:val="center"/>
        </w:trPr>
        <w:tc>
          <w:tcPr>
            <w:tcW w:w="403" w:type="dxa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2AC0C75" w14:textId="77777777" w:rsidR="004C11BB" w:rsidRPr="00AB20F3" w:rsidRDefault="00000000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</w:pP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  <w:t>1</w:t>
            </w:r>
          </w:p>
        </w:tc>
        <w:tc>
          <w:tcPr>
            <w:tcW w:w="547" w:type="dxa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D66AF6E" w14:textId="77777777" w:rsidR="004C11BB" w:rsidRPr="00AB20F3" w:rsidRDefault="00000000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</w:pP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  <w:t>345</w:t>
            </w:r>
          </w:p>
        </w:tc>
        <w:tc>
          <w:tcPr>
            <w:tcW w:w="792" w:type="dxa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7650160" w14:textId="77777777" w:rsidR="004C11BB" w:rsidRPr="00AB20F3" w:rsidRDefault="00000000">
            <w:pPr>
              <w:spacing w:after="0"/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</w:pP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  <w:t>Котельня</w:t>
            </w:r>
          </w:p>
        </w:tc>
        <w:tc>
          <w:tcPr>
            <w:tcW w:w="1368" w:type="dxa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8F2A7BB" w14:textId="77777777" w:rsidR="004C11BB" w:rsidRPr="00AB20F3" w:rsidRDefault="00000000">
            <w:pPr>
              <w:spacing w:after="0"/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</w:pP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  <w:t>Бромарецький Олег Филимонович</w:t>
            </w:r>
          </w:p>
        </w:tc>
        <w:tc>
          <w:tcPr>
            <w:tcW w:w="619" w:type="dxa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0195AF7" w14:textId="77777777" w:rsidR="004C11BB" w:rsidRPr="00AB20F3" w:rsidRDefault="00000000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</w:pP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  <w:t>чоловіча</w:t>
            </w:r>
          </w:p>
        </w:tc>
        <w:tc>
          <w:tcPr>
            <w:tcW w:w="792" w:type="dxa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7C3B21C" w14:textId="77777777" w:rsidR="004C11BB" w:rsidRPr="00AB20F3" w:rsidRDefault="00000000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</w:pP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  <w:t>18.09.1989</w:t>
            </w:r>
          </w:p>
        </w:tc>
        <w:tc>
          <w:tcPr>
            <w:tcW w:w="1224" w:type="dxa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994CA18" w14:textId="4C3CC97B" w:rsidR="004C11BB" w:rsidRPr="00AB20F3" w:rsidRDefault="0067487C">
            <w:pPr>
              <w:spacing w:after="0"/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</w:pP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uk-UA"/>
              </w:rPr>
              <w:t xml:space="preserve">Кочегар </w:t>
            </w: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  <w:t xml:space="preserve"> котельні</w:t>
            </w: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  <w:br/>
              <w:t>(код КП 8162)</w:t>
            </w:r>
          </w:p>
        </w:tc>
        <w:tc>
          <w:tcPr>
            <w:tcW w:w="792" w:type="dxa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C19C01B" w14:textId="77777777" w:rsidR="004C11BB" w:rsidRPr="00AB20F3" w:rsidRDefault="00000000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</w:pP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  <w:t>10 років</w:t>
            </w:r>
          </w:p>
        </w:tc>
        <w:tc>
          <w:tcPr>
            <w:tcW w:w="835" w:type="dxa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2EB86EE" w14:textId="77777777" w:rsidR="004C11BB" w:rsidRPr="00AB20F3" w:rsidRDefault="00000000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</w:pP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</w:rPr>
              <w:t>10.05.2026</w:t>
            </w:r>
          </w:p>
        </w:tc>
        <w:tc>
          <w:tcPr>
            <w:tcW w:w="2376" w:type="dxa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0A41800" w14:textId="77777777" w:rsidR="004C11BB" w:rsidRPr="00AB20F3" w:rsidRDefault="00000000">
            <w:pPr>
              <w:spacing w:after="0"/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 xml:space="preserve">п. 5.3.1 Локальна </w:t>
            </w:r>
            <w:proofErr w:type="spellStart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>вібрація</w:t>
            </w:r>
            <w:proofErr w:type="spellEnd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 xml:space="preserve">; п. 5.4 </w:t>
            </w:r>
            <w:proofErr w:type="spellStart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>Виробничий</w:t>
            </w:r>
            <w:proofErr w:type="spellEnd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 xml:space="preserve"> шум — </w:t>
            </w:r>
            <w:proofErr w:type="spellStart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>від</w:t>
            </w:r>
            <w:proofErr w:type="spellEnd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 xml:space="preserve"> 81 до 99 </w:t>
            </w:r>
            <w:proofErr w:type="spellStart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>дБА</w:t>
            </w:r>
            <w:proofErr w:type="spellEnd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 xml:space="preserve">; п. 5.10 Теплове </w:t>
            </w:r>
            <w:proofErr w:type="spellStart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>випромінювання</w:t>
            </w:r>
            <w:proofErr w:type="spellEnd"/>
          </w:p>
        </w:tc>
        <w:tc>
          <w:tcPr>
            <w:tcW w:w="1440" w:type="dxa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2399309" w14:textId="77777777" w:rsidR="004C11BB" w:rsidRPr="00AB20F3" w:rsidRDefault="00000000">
            <w:pPr>
              <w:spacing w:after="0"/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 xml:space="preserve">п. 6 </w:t>
            </w:r>
            <w:proofErr w:type="spellStart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>Машиністи</w:t>
            </w:r>
            <w:proofErr w:type="spellEnd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 xml:space="preserve"> (</w:t>
            </w:r>
            <w:proofErr w:type="spellStart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>кочегари</w:t>
            </w:r>
            <w:proofErr w:type="spellEnd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 xml:space="preserve">), </w:t>
            </w:r>
            <w:proofErr w:type="spellStart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>оператори</w:t>
            </w:r>
            <w:proofErr w:type="spellEnd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>котельних</w:t>
            </w:r>
            <w:proofErr w:type="spellEnd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>працівники</w:t>
            </w:r>
            <w:proofErr w:type="spellEnd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>служби</w:t>
            </w:r>
            <w:proofErr w:type="spellEnd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  <w:t>газнагляду</w:t>
            </w:r>
            <w:proofErr w:type="spellEnd"/>
          </w:p>
        </w:tc>
        <w:tc>
          <w:tcPr>
            <w:tcW w:w="792" w:type="dxa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5CAB4B6" w14:textId="77777777" w:rsidR="004C11BB" w:rsidRPr="00AB20F3" w:rsidRDefault="004C11BB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C836815" w14:textId="77777777" w:rsidR="004C11BB" w:rsidRPr="00AB20F3" w:rsidRDefault="004C11BB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</w:p>
        </w:tc>
      </w:tr>
    </w:tbl>
    <w:p w14:paraId="3F9D1F5D" w14:textId="77777777" w:rsidR="00531018" w:rsidRPr="0067487C" w:rsidRDefault="0006503E">
      <w:pPr>
        <w:spacing w:before="60" w:after="20" w:line="240" w:lineRule="auto"/>
        <w:rPr>
          <w:rFonts w:cs="Times New Roman"/>
          <w:color w:val="000000" w:themeColor="text1"/>
          <w:lang w:val="ru-RU"/>
        </w:rPr>
      </w:pPr>
      <w:r w:rsidRPr="0067487C">
        <w:rPr>
          <w:rFonts w:cs="Times New Roman"/>
          <w:sz w:val="13"/>
          <w:lang w:val="ru-RU"/>
        </w:rPr>
        <w:t xml:space="preserve">¹ Графи 12 та 13 </w:t>
      </w:r>
      <w:proofErr w:type="spellStart"/>
      <w:r w:rsidRPr="0067487C">
        <w:rPr>
          <w:rFonts w:cs="Times New Roman"/>
          <w:sz w:val="13"/>
          <w:lang w:val="ru-RU"/>
        </w:rPr>
        <w:t>таблиці</w:t>
      </w:r>
      <w:proofErr w:type="spellEnd"/>
      <w:r w:rsidRPr="0067487C">
        <w:rPr>
          <w:rFonts w:cs="Times New Roman"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sz w:val="13"/>
          <w:lang w:val="ru-RU"/>
        </w:rPr>
        <w:t>заповнюються</w:t>
      </w:r>
      <w:proofErr w:type="spellEnd"/>
      <w:r w:rsidRPr="0067487C">
        <w:rPr>
          <w:rFonts w:cs="Times New Roman"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sz w:val="13"/>
          <w:lang w:val="ru-RU"/>
        </w:rPr>
        <w:t>Комісією</w:t>
      </w:r>
      <w:proofErr w:type="spellEnd"/>
      <w:r w:rsidRPr="0067487C">
        <w:rPr>
          <w:rFonts w:cs="Times New Roman"/>
          <w:sz w:val="13"/>
          <w:lang w:val="ru-RU"/>
        </w:rPr>
        <w:t>.</w:t>
      </w:r>
    </w:p>
    <w:p w14:paraId="09C90F07" w14:textId="77777777" w:rsidR="00531018" w:rsidRPr="0067487C" w:rsidRDefault="0006503E">
      <w:pPr>
        <w:spacing w:after="100" w:line="240" w:lineRule="auto"/>
        <w:rPr>
          <w:rFonts w:cs="Times New Roman"/>
          <w:color w:val="000000" w:themeColor="text1"/>
          <w:lang w:val="ru-RU"/>
        </w:rPr>
      </w:pPr>
      <w:r w:rsidRPr="0067487C">
        <w:rPr>
          <w:rFonts w:cs="Times New Roman"/>
          <w:sz w:val="13"/>
          <w:lang w:val="ru-RU"/>
        </w:rPr>
        <w:t xml:space="preserve">² </w:t>
      </w:r>
      <w:proofErr w:type="spellStart"/>
      <w:r w:rsidRPr="0067487C">
        <w:rPr>
          <w:rFonts w:cs="Times New Roman"/>
          <w:sz w:val="13"/>
          <w:lang w:val="ru-RU"/>
        </w:rPr>
        <w:t>Національний</w:t>
      </w:r>
      <w:proofErr w:type="spellEnd"/>
      <w:r w:rsidRPr="0067487C">
        <w:rPr>
          <w:rFonts w:cs="Times New Roman"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sz w:val="13"/>
          <w:lang w:val="ru-RU"/>
        </w:rPr>
        <w:t>класифікатор</w:t>
      </w:r>
      <w:proofErr w:type="spellEnd"/>
      <w:r w:rsidRPr="0067487C">
        <w:rPr>
          <w:rFonts w:cs="Times New Roman"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sz w:val="13"/>
          <w:lang w:val="ru-RU"/>
        </w:rPr>
        <w:t>України</w:t>
      </w:r>
      <w:proofErr w:type="spellEnd"/>
      <w:r w:rsidRPr="0067487C">
        <w:rPr>
          <w:rFonts w:cs="Times New Roman"/>
          <w:sz w:val="13"/>
          <w:lang w:val="ru-RU"/>
        </w:rPr>
        <w:t xml:space="preserve"> «</w:t>
      </w:r>
      <w:proofErr w:type="spellStart"/>
      <w:r w:rsidRPr="0067487C">
        <w:rPr>
          <w:rFonts w:cs="Times New Roman"/>
          <w:sz w:val="13"/>
          <w:lang w:val="ru-RU"/>
        </w:rPr>
        <w:t>Класифікатор</w:t>
      </w:r>
      <w:proofErr w:type="spellEnd"/>
      <w:r w:rsidRPr="0067487C">
        <w:rPr>
          <w:rFonts w:cs="Times New Roman"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sz w:val="13"/>
          <w:lang w:val="ru-RU"/>
        </w:rPr>
        <w:t>професій</w:t>
      </w:r>
      <w:proofErr w:type="spellEnd"/>
      <w:r w:rsidRPr="0067487C">
        <w:rPr>
          <w:rFonts w:cs="Times New Roman"/>
          <w:sz w:val="13"/>
          <w:lang w:val="ru-RU"/>
        </w:rPr>
        <w:t xml:space="preserve">» ДК 003:2010, </w:t>
      </w:r>
      <w:proofErr w:type="spellStart"/>
      <w:r w:rsidRPr="0067487C">
        <w:rPr>
          <w:rFonts w:cs="Times New Roman"/>
          <w:sz w:val="13"/>
          <w:lang w:val="ru-RU"/>
        </w:rPr>
        <w:t>затверджений</w:t>
      </w:r>
      <w:proofErr w:type="spellEnd"/>
      <w:r w:rsidRPr="0067487C">
        <w:rPr>
          <w:rFonts w:cs="Times New Roman"/>
          <w:sz w:val="13"/>
          <w:lang w:val="ru-RU"/>
        </w:rPr>
        <w:t xml:space="preserve"> наказом Державного </w:t>
      </w:r>
      <w:proofErr w:type="spellStart"/>
      <w:r w:rsidRPr="0067487C">
        <w:rPr>
          <w:rFonts w:cs="Times New Roman"/>
          <w:sz w:val="13"/>
          <w:lang w:val="ru-RU"/>
        </w:rPr>
        <w:t>комітету</w:t>
      </w:r>
      <w:proofErr w:type="spellEnd"/>
      <w:r w:rsidRPr="0067487C">
        <w:rPr>
          <w:rFonts w:cs="Times New Roman"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sz w:val="13"/>
          <w:lang w:val="ru-RU"/>
        </w:rPr>
        <w:t>України</w:t>
      </w:r>
      <w:proofErr w:type="spellEnd"/>
      <w:r w:rsidRPr="0067487C">
        <w:rPr>
          <w:rFonts w:cs="Times New Roman"/>
          <w:sz w:val="13"/>
          <w:lang w:val="ru-RU"/>
        </w:rPr>
        <w:t xml:space="preserve"> з </w:t>
      </w:r>
      <w:proofErr w:type="spellStart"/>
      <w:r w:rsidRPr="0067487C">
        <w:rPr>
          <w:rFonts w:cs="Times New Roman"/>
          <w:sz w:val="13"/>
          <w:lang w:val="ru-RU"/>
        </w:rPr>
        <w:t>питань</w:t>
      </w:r>
      <w:proofErr w:type="spellEnd"/>
      <w:r w:rsidRPr="0067487C">
        <w:rPr>
          <w:rFonts w:cs="Times New Roman"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sz w:val="13"/>
          <w:lang w:val="ru-RU"/>
        </w:rPr>
        <w:t>технічного</w:t>
      </w:r>
      <w:proofErr w:type="spellEnd"/>
      <w:r w:rsidRPr="0067487C">
        <w:rPr>
          <w:rFonts w:cs="Times New Roman"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sz w:val="13"/>
          <w:lang w:val="ru-RU"/>
        </w:rPr>
        <w:t>регулювання</w:t>
      </w:r>
      <w:proofErr w:type="spellEnd"/>
      <w:r w:rsidRPr="0067487C">
        <w:rPr>
          <w:rFonts w:cs="Times New Roman"/>
          <w:sz w:val="13"/>
          <w:lang w:val="ru-RU"/>
        </w:rPr>
        <w:t xml:space="preserve"> та </w:t>
      </w:r>
      <w:proofErr w:type="spellStart"/>
      <w:r w:rsidRPr="0067487C">
        <w:rPr>
          <w:rFonts w:cs="Times New Roman"/>
          <w:sz w:val="13"/>
          <w:lang w:val="ru-RU"/>
        </w:rPr>
        <w:t>споживчої</w:t>
      </w:r>
      <w:proofErr w:type="spellEnd"/>
      <w:r w:rsidRPr="0067487C">
        <w:rPr>
          <w:rFonts w:cs="Times New Roman"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sz w:val="13"/>
          <w:lang w:val="ru-RU"/>
        </w:rPr>
        <w:t>політики</w:t>
      </w:r>
      <w:proofErr w:type="spellEnd"/>
      <w:r w:rsidRPr="0067487C">
        <w:rPr>
          <w:rFonts w:cs="Times New Roman"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sz w:val="13"/>
          <w:lang w:val="ru-RU"/>
        </w:rPr>
        <w:t>від</w:t>
      </w:r>
      <w:proofErr w:type="spellEnd"/>
      <w:r w:rsidRPr="0067487C">
        <w:rPr>
          <w:rFonts w:cs="Times New Roman"/>
          <w:sz w:val="13"/>
          <w:lang w:val="ru-RU"/>
        </w:rPr>
        <w:t xml:space="preserve"> 28 липня 2010 року № 327.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48"/>
        <w:gridCol w:w="1440"/>
        <w:gridCol w:w="3311"/>
      </w:tblGrid>
      <w:tr w:rsidR="00531018" w:rsidRPr="0067487C" w14:paraId="39A6F498" w14:textId="77777777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3CCFCA" w14:textId="77777777" w:rsidR="004C11BB" w:rsidRPr="0067487C" w:rsidRDefault="00000000">
            <w:pPr>
              <w:spacing w:after="0"/>
              <w:rPr>
                <w:rFonts w:cs="Times New Roman"/>
              </w:rPr>
            </w:pPr>
            <w:r w:rsidRPr="0067487C">
              <w:rPr>
                <w:rFonts w:cs="Times New Roman"/>
                <w:sz w:val="13"/>
              </w:rPr>
              <w:t>Представник кадрової служби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FC2A10" w14:textId="77777777" w:rsidR="004C11BB" w:rsidRPr="0067487C" w:rsidRDefault="00000000">
            <w:pPr>
              <w:spacing w:after="0"/>
              <w:jc w:val="center"/>
              <w:rPr>
                <w:rFonts w:cs="Times New Roman"/>
              </w:rPr>
            </w:pPr>
            <w:r w:rsidRPr="0067487C">
              <w:rPr>
                <w:rFonts w:cs="Times New Roman"/>
                <w:sz w:val="13"/>
              </w:rPr>
              <w:t>_________</w:t>
            </w:r>
            <w:r w:rsidRPr="0067487C">
              <w:rPr>
                <w:rFonts w:cs="Times New Roman"/>
                <w:sz w:val="13"/>
              </w:rPr>
              <w:br/>
              <w:t>(підпис)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E66BB3" w14:textId="77777777" w:rsidR="004C11BB" w:rsidRPr="0067487C" w:rsidRDefault="00000000">
            <w:pPr>
              <w:spacing w:after="0"/>
              <w:jc w:val="center"/>
              <w:rPr>
                <w:rFonts w:cs="Times New Roman"/>
              </w:rPr>
            </w:pPr>
            <w:r w:rsidRPr="0067487C">
              <w:rPr>
                <w:rFonts w:cs="Times New Roman"/>
                <w:sz w:val="13"/>
              </w:rPr>
              <w:t>[Власне ім’я ПРІЗВИЩЕ]</w:t>
            </w:r>
          </w:p>
        </w:tc>
      </w:tr>
      <w:tr w:rsidR="00531018" w:rsidRPr="0067487C" w14:paraId="7D802608" w14:textId="77777777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BE7B3B" w14:textId="77777777" w:rsidR="004C11BB" w:rsidRPr="0067487C" w:rsidRDefault="00000000">
            <w:pPr>
              <w:spacing w:after="0"/>
              <w:rPr>
                <w:rFonts w:cs="Times New Roman"/>
                <w:lang w:val="ru-RU"/>
              </w:rPr>
            </w:pPr>
            <w:proofErr w:type="spellStart"/>
            <w:r w:rsidRPr="0067487C">
              <w:rPr>
                <w:rFonts w:cs="Times New Roman"/>
                <w:sz w:val="13"/>
                <w:lang w:val="ru-RU"/>
              </w:rPr>
              <w:t>Керівник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(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спеціаліст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)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служби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охорони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праці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або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посадова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особа, на яку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роботодавцем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покладено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виконання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функцій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з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охорони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праці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8A7208" w14:textId="77777777" w:rsidR="004C11BB" w:rsidRPr="0067487C" w:rsidRDefault="00000000">
            <w:pPr>
              <w:spacing w:after="0"/>
              <w:jc w:val="center"/>
              <w:rPr>
                <w:rFonts w:cs="Times New Roman"/>
              </w:rPr>
            </w:pPr>
            <w:r w:rsidRPr="0067487C">
              <w:rPr>
                <w:rFonts w:cs="Times New Roman"/>
                <w:sz w:val="13"/>
              </w:rPr>
              <w:t>_________</w:t>
            </w:r>
            <w:r w:rsidRPr="0067487C">
              <w:rPr>
                <w:rFonts w:cs="Times New Roman"/>
                <w:sz w:val="13"/>
              </w:rPr>
              <w:br/>
              <w:t>(</w:t>
            </w:r>
            <w:proofErr w:type="spellStart"/>
            <w:r w:rsidRPr="0067487C">
              <w:rPr>
                <w:rFonts w:cs="Times New Roman"/>
                <w:sz w:val="13"/>
              </w:rPr>
              <w:t>підпис</w:t>
            </w:r>
            <w:proofErr w:type="spellEnd"/>
            <w:r w:rsidRPr="0067487C">
              <w:rPr>
                <w:rFonts w:cs="Times New Roman"/>
                <w:sz w:val="13"/>
              </w:rPr>
              <w:t>)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457074" w14:textId="77777777" w:rsidR="004C11BB" w:rsidRPr="0067487C" w:rsidRDefault="00000000">
            <w:pPr>
              <w:spacing w:after="0"/>
              <w:jc w:val="center"/>
              <w:rPr>
                <w:rFonts w:cs="Times New Roman"/>
              </w:rPr>
            </w:pPr>
            <w:r w:rsidRPr="0067487C">
              <w:rPr>
                <w:rFonts w:cs="Times New Roman"/>
                <w:sz w:val="13"/>
              </w:rPr>
              <w:t>[Власне ім’я ПРІЗВИЩЕ]</w:t>
            </w:r>
          </w:p>
        </w:tc>
      </w:tr>
      <w:tr w:rsidR="00531018" w:rsidRPr="0067487C" w14:paraId="3ECDA4FE" w14:textId="77777777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F7D9ED" w14:textId="77777777" w:rsidR="004C11BB" w:rsidRPr="0067487C" w:rsidRDefault="00000000">
            <w:pPr>
              <w:spacing w:after="0"/>
              <w:rPr>
                <w:rFonts w:cs="Times New Roman"/>
                <w:lang w:val="ru-RU"/>
              </w:rPr>
            </w:pPr>
            <w:proofErr w:type="spellStart"/>
            <w:r w:rsidRPr="0067487C">
              <w:rPr>
                <w:rFonts w:cs="Times New Roman"/>
                <w:sz w:val="13"/>
                <w:lang w:val="ru-RU"/>
              </w:rPr>
              <w:t>Лікар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з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гігієни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праці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територіального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органу центрального органу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виконавчої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влади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,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що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реалізує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державну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політику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в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сфері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промислової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безпеки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,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охорони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та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гігієни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праці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700D06" w14:textId="77777777" w:rsidR="004C11BB" w:rsidRPr="0067487C" w:rsidRDefault="00000000">
            <w:pPr>
              <w:spacing w:after="0"/>
              <w:jc w:val="center"/>
              <w:rPr>
                <w:rFonts w:cs="Times New Roman"/>
              </w:rPr>
            </w:pPr>
            <w:r w:rsidRPr="0067487C">
              <w:rPr>
                <w:rFonts w:cs="Times New Roman"/>
                <w:sz w:val="13"/>
              </w:rPr>
              <w:t>_________</w:t>
            </w:r>
            <w:r w:rsidRPr="0067487C">
              <w:rPr>
                <w:rFonts w:cs="Times New Roman"/>
                <w:sz w:val="13"/>
              </w:rPr>
              <w:br/>
              <w:t>(</w:t>
            </w:r>
            <w:proofErr w:type="spellStart"/>
            <w:r w:rsidRPr="0067487C">
              <w:rPr>
                <w:rFonts w:cs="Times New Roman"/>
                <w:sz w:val="13"/>
              </w:rPr>
              <w:t>підпис</w:t>
            </w:r>
            <w:proofErr w:type="spellEnd"/>
            <w:r w:rsidRPr="0067487C">
              <w:rPr>
                <w:rFonts w:cs="Times New Roman"/>
                <w:sz w:val="13"/>
              </w:rPr>
              <w:t>)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B0744C" w14:textId="77777777" w:rsidR="004C11BB" w:rsidRPr="00AB20F3" w:rsidRDefault="00000000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70C0"/>
              </w:rPr>
            </w:pP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3"/>
              </w:rPr>
              <w:t>Людвіг КЛОСФАЙН</w:t>
            </w:r>
          </w:p>
        </w:tc>
      </w:tr>
      <w:tr w:rsidR="00531018" w:rsidRPr="0067487C" w14:paraId="4475FEE3" w14:textId="77777777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6A6EA2" w14:textId="77777777" w:rsidR="004C11BB" w:rsidRPr="0067487C" w:rsidRDefault="00000000">
            <w:pPr>
              <w:spacing w:after="0"/>
              <w:rPr>
                <w:rFonts w:cs="Times New Roman"/>
                <w:lang w:val="ru-RU"/>
              </w:rPr>
            </w:pPr>
            <w:proofErr w:type="spellStart"/>
            <w:r w:rsidRPr="0067487C">
              <w:rPr>
                <w:rFonts w:cs="Times New Roman"/>
                <w:sz w:val="13"/>
                <w:lang w:val="ru-RU"/>
              </w:rPr>
              <w:t>Представник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первинної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профспілкової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організації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(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або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представник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 xml:space="preserve"> трудового </w:t>
            </w:r>
            <w:proofErr w:type="spellStart"/>
            <w:r w:rsidRPr="0067487C">
              <w:rPr>
                <w:rFonts w:cs="Times New Roman"/>
                <w:sz w:val="13"/>
                <w:lang w:val="ru-RU"/>
              </w:rPr>
              <w:t>колективу</w:t>
            </w:r>
            <w:proofErr w:type="spellEnd"/>
            <w:r w:rsidRPr="0067487C">
              <w:rPr>
                <w:rFonts w:cs="Times New Roman"/>
                <w:sz w:val="13"/>
                <w:lang w:val="ru-RU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2333C3" w14:textId="77777777" w:rsidR="004C11BB" w:rsidRPr="0067487C" w:rsidRDefault="00000000">
            <w:pPr>
              <w:spacing w:after="0"/>
              <w:jc w:val="center"/>
              <w:rPr>
                <w:rFonts w:cs="Times New Roman"/>
              </w:rPr>
            </w:pPr>
            <w:r w:rsidRPr="0067487C">
              <w:rPr>
                <w:rFonts w:cs="Times New Roman"/>
                <w:sz w:val="13"/>
              </w:rPr>
              <w:t>_________</w:t>
            </w:r>
            <w:r w:rsidRPr="0067487C">
              <w:rPr>
                <w:rFonts w:cs="Times New Roman"/>
                <w:sz w:val="13"/>
              </w:rPr>
              <w:br/>
              <w:t>(</w:t>
            </w:r>
            <w:proofErr w:type="spellStart"/>
            <w:r w:rsidRPr="0067487C">
              <w:rPr>
                <w:rFonts w:cs="Times New Roman"/>
                <w:sz w:val="13"/>
              </w:rPr>
              <w:t>підпис</w:t>
            </w:r>
            <w:proofErr w:type="spellEnd"/>
            <w:r w:rsidRPr="0067487C">
              <w:rPr>
                <w:rFonts w:cs="Times New Roman"/>
                <w:sz w:val="13"/>
              </w:rPr>
              <w:t>)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85A3DE" w14:textId="77777777" w:rsidR="004C11BB" w:rsidRPr="00AB20F3" w:rsidRDefault="00000000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70C0"/>
              </w:rPr>
            </w:pPr>
            <w:r w:rsidRPr="00AB20F3">
              <w:rPr>
                <w:rFonts w:cs="Times New Roman"/>
                <w:b/>
                <w:bCs/>
                <w:i/>
                <w:iCs/>
                <w:color w:val="0070C0"/>
                <w:sz w:val="13"/>
              </w:rPr>
              <w:t>Олесь МАРТИНЕНКО</w:t>
            </w:r>
          </w:p>
        </w:tc>
      </w:tr>
    </w:tbl>
    <w:p w14:paraId="7DC013F7" w14:textId="77777777" w:rsidR="00531018" w:rsidRPr="0067487C" w:rsidRDefault="0006503E">
      <w:pPr>
        <w:pBdr>
          <w:top w:val="single" w:sz="4" w:space="3" w:color="808080"/>
        </w:pBdr>
        <w:spacing w:before="80" w:after="160" w:line="252" w:lineRule="auto"/>
        <w:rPr>
          <w:rFonts w:cs="Times New Roman"/>
          <w:lang w:val="ru-RU"/>
        </w:rPr>
      </w:pPr>
      <w:proofErr w:type="spellStart"/>
      <w:r w:rsidRPr="0067487C">
        <w:rPr>
          <w:rFonts w:cs="Times New Roman"/>
          <w:i/>
          <w:sz w:val="13"/>
          <w:lang w:val="ru-RU"/>
        </w:rPr>
        <w:lastRenderedPageBreak/>
        <w:t>Редакційна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i/>
          <w:sz w:val="13"/>
          <w:lang w:val="ru-RU"/>
        </w:rPr>
        <w:t>примітка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до </w:t>
      </w:r>
      <w:proofErr w:type="spellStart"/>
      <w:r w:rsidRPr="0067487C">
        <w:rPr>
          <w:rFonts w:cs="Times New Roman"/>
          <w:i/>
          <w:sz w:val="13"/>
          <w:lang w:val="ru-RU"/>
        </w:rPr>
        <w:t>зразка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. Відповідно до пункту 10 розділу </w:t>
      </w:r>
      <w:r w:rsidRPr="0067487C">
        <w:rPr>
          <w:rFonts w:cs="Times New Roman"/>
          <w:i/>
          <w:sz w:val="13"/>
        </w:rPr>
        <w:t>III</w:t>
      </w:r>
      <w:r w:rsidRPr="0067487C">
        <w:rPr>
          <w:rFonts w:cs="Times New Roman"/>
          <w:i/>
          <w:sz w:val="13"/>
          <w:lang w:val="ru-RU"/>
        </w:rPr>
        <w:t xml:space="preserve"> Порядку № 1393 Список </w:t>
      </w:r>
      <w:proofErr w:type="spellStart"/>
      <w:r w:rsidRPr="0067487C">
        <w:rPr>
          <w:rFonts w:cs="Times New Roman"/>
          <w:i/>
          <w:sz w:val="13"/>
          <w:lang w:val="ru-RU"/>
        </w:rPr>
        <w:t>складають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у </w:t>
      </w:r>
      <w:proofErr w:type="spellStart"/>
      <w:r w:rsidRPr="0067487C">
        <w:rPr>
          <w:rFonts w:cs="Times New Roman"/>
          <w:i/>
          <w:sz w:val="13"/>
          <w:lang w:val="ru-RU"/>
        </w:rPr>
        <w:t>чотирьох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i/>
          <w:sz w:val="13"/>
          <w:lang w:val="ru-RU"/>
        </w:rPr>
        <w:t>примірниках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: для </w:t>
      </w:r>
      <w:proofErr w:type="spellStart"/>
      <w:r w:rsidRPr="0067487C">
        <w:rPr>
          <w:rFonts w:cs="Times New Roman"/>
          <w:i/>
          <w:sz w:val="13"/>
          <w:lang w:val="ru-RU"/>
        </w:rPr>
        <w:t>роботодавця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; </w:t>
      </w:r>
      <w:proofErr w:type="spellStart"/>
      <w:r w:rsidRPr="0067487C">
        <w:rPr>
          <w:rFonts w:cs="Times New Roman"/>
          <w:i/>
          <w:sz w:val="13"/>
          <w:lang w:val="ru-RU"/>
        </w:rPr>
        <w:t>надавача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i/>
          <w:sz w:val="13"/>
          <w:lang w:val="ru-RU"/>
        </w:rPr>
        <w:t>послуг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з </w:t>
      </w:r>
      <w:proofErr w:type="spellStart"/>
      <w:r w:rsidRPr="0067487C">
        <w:rPr>
          <w:rFonts w:cs="Times New Roman"/>
          <w:i/>
          <w:sz w:val="13"/>
          <w:lang w:val="ru-RU"/>
        </w:rPr>
        <w:t>проведення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ОМО, з </w:t>
      </w:r>
      <w:proofErr w:type="spellStart"/>
      <w:r w:rsidRPr="0067487C">
        <w:rPr>
          <w:rFonts w:cs="Times New Roman"/>
          <w:i/>
          <w:sz w:val="13"/>
          <w:lang w:val="ru-RU"/>
        </w:rPr>
        <w:t>яким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i/>
          <w:sz w:val="13"/>
          <w:lang w:val="ru-RU"/>
        </w:rPr>
        <w:t>укладено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i/>
          <w:sz w:val="13"/>
          <w:lang w:val="ru-RU"/>
        </w:rPr>
        <w:t>договір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; </w:t>
      </w:r>
      <w:proofErr w:type="spellStart"/>
      <w:r w:rsidRPr="0067487C">
        <w:rPr>
          <w:rFonts w:cs="Times New Roman"/>
          <w:i/>
          <w:sz w:val="13"/>
          <w:lang w:val="ru-RU"/>
        </w:rPr>
        <w:t>територіального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органу </w:t>
      </w:r>
      <w:proofErr w:type="spellStart"/>
      <w:r w:rsidRPr="0067487C">
        <w:rPr>
          <w:rFonts w:cs="Times New Roman"/>
          <w:i/>
          <w:sz w:val="13"/>
          <w:lang w:val="ru-RU"/>
        </w:rPr>
        <w:t>Пенсійного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фонду </w:t>
      </w:r>
      <w:proofErr w:type="spellStart"/>
      <w:r w:rsidRPr="0067487C">
        <w:rPr>
          <w:rFonts w:cs="Times New Roman"/>
          <w:i/>
          <w:sz w:val="13"/>
          <w:lang w:val="ru-RU"/>
        </w:rPr>
        <w:t>України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; </w:t>
      </w:r>
      <w:proofErr w:type="spellStart"/>
      <w:r w:rsidRPr="0067487C">
        <w:rPr>
          <w:rFonts w:cs="Times New Roman"/>
          <w:i/>
          <w:sz w:val="13"/>
          <w:lang w:val="ru-RU"/>
        </w:rPr>
        <w:t>первинної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i/>
          <w:sz w:val="13"/>
          <w:lang w:val="ru-RU"/>
        </w:rPr>
        <w:t>профспілкової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i/>
          <w:sz w:val="13"/>
          <w:lang w:val="ru-RU"/>
        </w:rPr>
        <w:t>організації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i/>
          <w:sz w:val="13"/>
          <w:lang w:val="ru-RU"/>
        </w:rPr>
        <w:t>або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</w:t>
      </w:r>
      <w:proofErr w:type="spellStart"/>
      <w:r w:rsidRPr="0067487C">
        <w:rPr>
          <w:rFonts w:cs="Times New Roman"/>
          <w:i/>
          <w:sz w:val="13"/>
          <w:lang w:val="ru-RU"/>
        </w:rPr>
        <w:t>представника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трудового </w:t>
      </w:r>
      <w:proofErr w:type="spellStart"/>
      <w:r w:rsidRPr="0067487C">
        <w:rPr>
          <w:rFonts w:cs="Times New Roman"/>
          <w:i/>
          <w:sz w:val="13"/>
          <w:lang w:val="ru-RU"/>
        </w:rPr>
        <w:t>колективу</w:t>
      </w:r>
      <w:proofErr w:type="spellEnd"/>
      <w:r w:rsidRPr="0067487C">
        <w:rPr>
          <w:rFonts w:cs="Times New Roman"/>
          <w:i/>
          <w:sz w:val="13"/>
          <w:lang w:val="ru-RU"/>
        </w:rPr>
        <w:t xml:space="preserve"> — за запитом.</w:t>
      </w:r>
    </w:p>
    <w:sectPr w:rsidR="00531018" w:rsidRPr="0067487C" w:rsidSect="00034616">
      <w:footerReference w:type="default" r:id="rId8"/>
      <w:pgSz w:w="16838" w:h="11906" w:orient="landscape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E9A57" w14:textId="77777777" w:rsidR="003A0F48" w:rsidRDefault="003A0F48">
      <w:pPr>
        <w:spacing w:after="0" w:line="240" w:lineRule="auto"/>
      </w:pPr>
      <w:r>
        <w:separator/>
      </w:r>
    </w:p>
  </w:endnote>
  <w:endnote w:type="continuationSeparator" w:id="0">
    <w:p w14:paraId="3ED980EF" w14:textId="77777777" w:rsidR="003A0F48" w:rsidRDefault="003A0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3AB4" w14:textId="77777777" w:rsidR="00531018" w:rsidRDefault="0053101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51DC8" w14:textId="77777777" w:rsidR="003A0F48" w:rsidRDefault="003A0F48">
      <w:pPr>
        <w:spacing w:after="0" w:line="240" w:lineRule="auto"/>
      </w:pPr>
      <w:r>
        <w:separator/>
      </w:r>
    </w:p>
  </w:footnote>
  <w:footnote w:type="continuationSeparator" w:id="0">
    <w:p w14:paraId="053E178A" w14:textId="77777777" w:rsidR="003A0F48" w:rsidRDefault="003A0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8812803">
    <w:abstractNumId w:val="8"/>
  </w:num>
  <w:num w:numId="2" w16cid:durableId="2066642246">
    <w:abstractNumId w:val="6"/>
  </w:num>
  <w:num w:numId="3" w16cid:durableId="699748798">
    <w:abstractNumId w:val="5"/>
  </w:num>
  <w:num w:numId="4" w16cid:durableId="1014766217">
    <w:abstractNumId w:val="4"/>
  </w:num>
  <w:num w:numId="5" w16cid:durableId="189803526">
    <w:abstractNumId w:val="7"/>
  </w:num>
  <w:num w:numId="6" w16cid:durableId="310401651">
    <w:abstractNumId w:val="3"/>
  </w:num>
  <w:num w:numId="7" w16cid:durableId="1538162438">
    <w:abstractNumId w:val="2"/>
  </w:num>
  <w:num w:numId="8" w16cid:durableId="314335797">
    <w:abstractNumId w:val="1"/>
  </w:num>
  <w:num w:numId="9" w16cid:durableId="106453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03E"/>
    <w:rsid w:val="0015074B"/>
    <w:rsid w:val="0029639D"/>
    <w:rsid w:val="00326F90"/>
    <w:rsid w:val="00393915"/>
    <w:rsid w:val="003A0F48"/>
    <w:rsid w:val="00450C47"/>
    <w:rsid w:val="004C11BB"/>
    <w:rsid w:val="00531018"/>
    <w:rsid w:val="0067487C"/>
    <w:rsid w:val="007825A2"/>
    <w:rsid w:val="009F232F"/>
    <w:rsid w:val="00AA1D8D"/>
    <w:rsid w:val="00AB20F3"/>
    <w:rsid w:val="00B30044"/>
    <w:rsid w:val="00B47730"/>
    <w:rsid w:val="00CA6C2E"/>
    <w:rsid w:val="00CB0664"/>
    <w:rsid w:val="00E0714D"/>
    <w:rsid w:val="00F866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075BC"/>
  <w14:defaultImageDpi w14:val="300"/>
  <w15:docId w15:val="{63722DC9-93AE-467A-BEF3-24F0F453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keywords/>
  <cp:lastModifiedBy>Debet-Kredit</cp:lastModifiedBy>
  <dcterms:created xsi:type="dcterms:W3CDTF">2026-10-23T11:04:00Z</dcterms:created>
  <dcterms:modified xsi:type="dcterms:W3CDTF">2026-10-23T11:04:00Z</dcterms:modified>
  <cp:category/>
</cp:coreProperties>
</file>