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309"/>
        <w:gridCol w:w="4535"/>
      </w:tblGrid>
      <w:tr w:rsidR="00432301" w14:paraId="59CA8F86" w14:textId="77777777">
        <w:trPr>
          <w:jc w:val="center"/>
        </w:trPr>
        <w:tc>
          <w:tcPr>
            <w:tcW w:w="43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D5E7A" w14:textId="77777777" w:rsidR="00432301" w:rsidRDefault="00432301"/>
        </w:tc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3E5B1E" w14:textId="77777777" w:rsidR="00432301" w:rsidRPr="00E84480" w:rsidRDefault="00672CF0">
            <w:pPr>
              <w:rPr>
                <w:lang w:val="ru-RU"/>
              </w:rPr>
            </w:pPr>
            <w:r w:rsidRPr="00E84480">
              <w:rPr>
                <w:lang w:val="ru-RU"/>
              </w:rPr>
              <w:t>Директору ТОВ «</w:t>
            </w:r>
            <w:proofErr w:type="spellStart"/>
            <w:r w:rsidRPr="00E84480">
              <w:rPr>
                <w:lang w:val="ru-RU"/>
              </w:rPr>
              <w:t>Галкос</w:t>
            </w:r>
            <w:proofErr w:type="spellEnd"/>
            <w:r w:rsidRPr="00E84480">
              <w:rPr>
                <w:lang w:val="ru-RU"/>
              </w:rPr>
              <w:t>»</w:t>
            </w:r>
          </w:p>
          <w:p w14:paraId="583A5DD9" w14:textId="77777777" w:rsidR="00432301" w:rsidRPr="00E84480" w:rsidRDefault="00672CF0">
            <w:pPr>
              <w:rPr>
                <w:lang w:val="ru-RU"/>
              </w:rPr>
            </w:pPr>
            <w:r w:rsidRPr="00E84480">
              <w:rPr>
                <w:lang w:val="ru-RU"/>
              </w:rPr>
              <w:t>Оресту ХОРОБРОМУ</w:t>
            </w:r>
          </w:p>
          <w:p w14:paraId="522F2067" w14:textId="77777777" w:rsidR="00432301" w:rsidRPr="00E84480" w:rsidRDefault="00672CF0">
            <w:pPr>
              <w:rPr>
                <w:lang w:val="ru-RU"/>
              </w:rPr>
            </w:pPr>
            <w:proofErr w:type="spellStart"/>
            <w:r w:rsidRPr="00E84480">
              <w:rPr>
                <w:lang w:val="ru-RU"/>
              </w:rPr>
              <w:t>Керівника</w:t>
            </w:r>
            <w:proofErr w:type="spellEnd"/>
            <w:r w:rsidRPr="00E84480">
              <w:rPr>
                <w:lang w:val="ru-RU"/>
              </w:rPr>
              <w:t xml:space="preserve"> Контакт-центру</w:t>
            </w:r>
          </w:p>
          <w:p w14:paraId="74FAEFB3" w14:textId="77777777" w:rsidR="00432301" w:rsidRDefault="00672CF0">
            <w:proofErr w:type="spellStart"/>
            <w:r>
              <w:t>Тараса</w:t>
            </w:r>
            <w:proofErr w:type="spellEnd"/>
            <w:r>
              <w:t xml:space="preserve"> РОМАНЕНКА</w:t>
            </w:r>
          </w:p>
        </w:tc>
      </w:tr>
    </w:tbl>
    <w:p w14:paraId="4AF0FE4A" w14:textId="77777777" w:rsidR="00432301" w:rsidRDefault="00672CF0">
      <w:pPr>
        <w:keepNext/>
        <w:spacing w:before="240" w:after="80"/>
        <w:jc w:val="center"/>
      </w:pPr>
      <w:r>
        <w:rPr>
          <w:b/>
          <w:sz w:val="28"/>
        </w:rPr>
        <w:t>ДОПОВІДНА ЗАПИСКА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2948"/>
        <w:gridCol w:w="2948"/>
        <w:gridCol w:w="2948"/>
      </w:tblGrid>
      <w:tr w:rsidR="00432301" w14:paraId="161BFCFA" w14:textId="77777777">
        <w:trPr>
          <w:jc w:val="center"/>
        </w:trPr>
        <w:tc>
          <w:tcPr>
            <w:tcW w:w="29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584B54" w14:textId="632C0019" w:rsidR="00432301" w:rsidRDefault="00672CF0">
            <w:r>
              <w:t>18.</w:t>
            </w:r>
            <w:r w:rsidR="00E84480">
              <w:rPr>
                <w:lang w:val="uk-UA"/>
              </w:rPr>
              <w:t>10</w:t>
            </w:r>
            <w:r>
              <w:t>.2026</w:t>
            </w:r>
          </w:p>
        </w:tc>
        <w:tc>
          <w:tcPr>
            <w:tcW w:w="29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4EA550" w14:textId="77777777" w:rsidR="00432301" w:rsidRDefault="00672CF0">
            <w:pPr>
              <w:jc w:val="center"/>
            </w:pPr>
            <w:r>
              <w:t>Київ</w:t>
            </w:r>
          </w:p>
        </w:tc>
        <w:tc>
          <w:tcPr>
            <w:tcW w:w="29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28D910" w14:textId="77777777" w:rsidR="00432301" w:rsidRDefault="00672CF0">
            <w:pPr>
              <w:jc w:val="right"/>
            </w:pPr>
            <w:r>
              <w:t>№ 21/вн</w:t>
            </w:r>
          </w:p>
        </w:tc>
      </w:tr>
    </w:tbl>
    <w:p w14:paraId="4AC4C535" w14:textId="77777777" w:rsidR="00432301" w:rsidRDefault="00672CF0">
      <w:pPr>
        <w:keepNext/>
        <w:spacing w:before="200" w:after="160"/>
      </w:pPr>
      <w:r>
        <w:rPr>
          <w:b/>
        </w:rPr>
        <w:t>Про відсутність працівника на роботі</w:t>
      </w:r>
    </w:p>
    <w:p w14:paraId="79CE598B" w14:textId="16ABC4C5" w:rsidR="00432301" w:rsidRPr="00E84480" w:rsidRDefault="00672CF0">
      <w:pPr>
        <w:ind w:firstLine="709"/>
        <w:rPr>
          <w:lang w:val="ru-RU"/>
        </w:rPr>
      </w:pPr>
      <w:proofErr w:type="spellStart"/>
      <w:r w:rsidRPr="00E84480">
        <w:rPr>
          <w:lang w:val="ru-RU"/>
        </w:rPr>
        <w:t>Повідомляю</w:t>
      </w:r>
      <w:proofErr w:type="spellEnd"/>
      <w:r w:rsidRPr="00E84480">
        <w:rPr>
          <w:lang w:val="ru-RU"/>
        </w:rPr>
        <w:t xml:space="preserve">, </w:t>
      </w:r>
      <w:proofErr w:type="spellStart"/>
      <w:r w:rsidRPr="00E84480">
        <w:rPr>
          <w:lang w:val="ru-RU"/>
        </w:rPr>
        <w:t>що</w:t>
      </w:r>
      <w:proofErr w:type="spellEnd"/>
      <w:r w:rsidRPr="00E84480">
        <w:rPr>
          <w:lang w:val="ru-RU"/>
        </w:rPr>
        <w:t xml:space="preserve"> оператор </w:t>
      </w:r>
      <w:proofErr w:type="spellStart"/>
      <w:r w:rsidRPr="00E84480">
        <w:rPr>
          <w:lang w:val="ru-RU"/>
        </w:rPr>
        <w:t>електронно-комунікаційних</w:t>
      </w:r>
      <w:proofErr w:type="spellEnd"/>
      <w:r w:rsidRPr="00E84480">
        <w:rPr>
          <w:lang w:val="ru-RU"/>
        </w:rPr>
        <w:t xml:space="preserve"> </w:t>
      </w:r>
      <w:proofErr w:type="spellStart"/>
      <w:r w:rsidRPr="00E84480">
        <w:rPr>
          <w:lang w:val="ru-RU"/>
        </w:rPr>
        <w:t>послуг</w:t>
      </w:r>
      <w:proofErr w:type="spellEnd"/>
      <w:r w:rsidRPr="00E84480">
        <w:rPr>
          <w:lang w:val="ru-RU"/>
        </w:rPr>
        <w:t xml:space="preserve"> Контакт-центру ЛЕВЧЕНКО Максим Олегович, </w:t>
      </w:r>
      <w:proofErr w:type="spellStart"/>
      <w:r w:rsidRPr="00E84480">
        <w:rPr>
          <w:lang w:val="ru-RU"/>
        </w:rPr>
        <w:t>який</w:t>
      </w:r>
      <w:proofErr w:type="spellEnd"/>
      <w:r w:rsidRPr="00E84480">
        <w:rPr>
          <w:lang w:val="ru-RU"/>
        </w:rPr>
        <w:t xml:space="preserve"> </w:t>
      </w:r>
      <w:proofErr w:type="spellStart"/>
      <w:r w:rsidRPr="00E84480">
        <w:rPr>
          <w:lang w:val="ru-RU"/>
        </w:rPr>
        <w:t>відповідно</w:t>
      </w:r>
      <w:proofErr w:type="spellEnd"/>
      <w:r w:rsidRPr="00E84480">
        <w:rPr>
          <w:lang w:val="ru-RU"/>
        </w:rPr>
        <w:t xml:space="preserve"> </w:t>
      </w:r>
      <w:proofErr w:type="gramStart"/>
      <w:r w:rsidRPr="00E84480">
        <w:rPr>
          <w:lang w:val="ru-RU"/>
        </w:rPr>
        <w:t>до наказу</w:t>
      </w:r>
      <w:proofErr w:type="gramEnd"/>
      <w:r w:rsidRPr="00E84480">
        <w:rPr>
          <w:lang w:val="ru-RU"/>
        </w:rPr>
        <w:t xml:space="preserve"> </w:t>
      </w:r>
      <w:proofErr w:type="spellStart"/>
      <w:r w:rsidRPr="00E84480">
        <w:rPr>
          <w:lang w:val="ru-RU"/>
        </w:rPr>
        <w:t>від</w:t>
      </w:r>
      <w:proofErr w:type="spellEnd"/>
      <w:r w:rsidRPr="00E84480">
        <w:rPr>
          <w:lang w:val="ru-RU"/>
        </w:rPr>
        <w:t xml:space="preserve"> 17.</w:t>
      </w:r>
      <w:r w:rsidR="00E84480">
        <w:rPr>
          <w:lang w:val="ru-RU"/>
        </w:rPr>
        <w:t>10</w:t>
      </w:r>
      <w:r w:rsidRPr="00E84480">
        <w:rPr>
          <w:lang w:val="ru-RU"/>
        </w:rPr>
        <w:t>.2026 № 180/к/</w:t>
      </w:r>
      <w:proofErr w:type="spellStart"/>
      <w:r w:rsidRPr="00E84480">
        <w:rPr>
          <w:lang w:val="ru-RU"/>
        </w:rPr>
        <w:t>тр</w:t>
      </w:r>
      <w:proofErr w:type="spellEnd"/>
      <w:r w:rsidRPr="00E84480">
        <w:rPr>
          <w:lang w:val="ru-RU"/>
        </w:rPr>
        <w:t xml:space="preserve"> мав </w:t>
      </w:r>
      <w:proofErr w:type="spellStart"/>
      <w:r w:rsidRPr="00E84480">
        <w:rPr>
          <w:lang w:val="ru-RU"/>
        </w:rPr>
        <w:t>приступити</w:t>
      </w:r>
      <w:proofErr w:type="spellEnd"/>
      <w:r w:rsidRPr="00E84480">
        <w:rPr>
          <w:lang w:val="ru-RU"/>
        </w:rPr>
        <w:t xml:space="preserve"> до </w:t>
      </w:r>
      <w:proofErr w:type="spellStart"/>
      <w:r w:rsidRPr="00E84480">
        <w:rPr>
          <w:lang w:val="ru-RU"/>
        </w:rPr>
        <w:t>роботи</w:t>
      </w:r>
      <w:proofErr w:type="spellEnd"/>
      <w:r w:rsidRPr="00E84480">
        <w:rPr>
          <w:lang w:val="ru-RU"/>
        </w:rPr>
        <w:t xml:space="preserve"> 18.</w:t>
      </w:r>
      <w:r w:rsidR="00E84480">
        <w:rPr>
          <w:lang w:val="ru-RU"/>
        </w:rPr>
        <w:t>10</w:t>
      </w:r>
      <w:r w:rsidRPr="00E84480">
        <w:rPr>
          <w:lang w:val="ru-RU"/>
        </w:rPr>
        <w:t xml:space="preserve">.2026 о 09:00, станом на 09:15 на </w:t>
      </w:r>
      <w:proofErr w:type="spellStart"/>
      <w:r w:rsidRPr="00E84480">
        <w:rPr>
          <w:lang w:val="ru-RU"/>
        </w:rPr>
        <w:t>робочому</w:t>
      </w:r>
      <w:proofErr w:type="spellEnd"/>
      <w:r w:rsidRPr="00E84480">
        <w:rPr>
          <w:lang w:val="ru-RU"/>
        </w:rPr>
        <w:t xml:space="preserve"> </w:t>
      </w:r>
      <w:proofErr w:type="spellStart"/>
      <w:r w:rsidRPr="00E84480">
        <w:rPr>
          <w:lang w:val="ru-RU"/>
        </w:rPr>
        <w:t>місці</w:t>
      </w:r>
      <w:proofErr w:type="spellEnd"/>
      <w:r w:rsidRPr="00E84480">
        <w:rPr>
          <w:lang w:val="ru-RU"/>
        </w:rPr>
        <w:t xml:space="preserve"> </w:t>
      </w:r>
      <w:proofErr w:type="spellStart"/>
      <w:r w:rsidRPr="00E84480">
        <w:rPr>
          <w:lang w:val="ru-RU"/>
        </w:rPr>
        <w:t>відсутній</w:t>
      </w:r>
      <w:proofErr w:type="spellEnd"/>
      <w:r w:rsidRPr="00E84480">
        <w:rPr>
          <w:lang w:val="ru-RU"/>
        </w:rPr>
        <w:t>.</w:t>
      </w:r>
    </w:p>
    <w:p w14:paraId="7C4E1AC9" w14:textId="2B5FC597" w:rsidR="00432301" w:rsidRPr="00E84480" w:rsidRDefault="00672CF0">
      <w:pPr>
        <w:spacing w:before="80"/>
        <w:ind w:firstLine="709"/>
        <w:rPr>
          <w:lang w:val="ru-RU"/>
        </w:rPr>
      </w:pPr>
      <w:r w:rsidRPr="00E84480">
        <w:rPr>
          <w:lang w:val="ru-RU"/>
        </w:rPr>
        <w:t xml:space="preserve">О 09:15 я </w:t>
      </w:r>
      <w:proofErr w:type="spellStart"/>
      <w:r w:rsidRPr="00E84480">
        <w:rPr>
          <w:lang w:val="ru-RU"/>
        </w:rPr>
        <w:t>здійснив</w:t>
      </w:r>
      <w:proofErr w:type="spellEnd"/>
      <w:r w:rsidRPr="00E84480">
        <w:rPr>
          <w:lang w:val="ru-RU"/>
        </w:rPr>
        <w:t xml:space="preserve"> </w:t>
      </w:r>
      <w:proofErr w:type="spellStart"/>
      <w:r w:rsidRPr="00E84480">
        <w:rPr>
          <w:lang w:val="ru-RU"/>
        </w:rPr>
        <w:t>дзвінок</w:t>
      </w:r>
      <w:proofErr w:type="spellEnd"/>
      <w:r w:rsidRPr="00E84480">
        <w:rPr>
          <w:lang w:val="ru-RU"/>
        </w:rPr>
        <w:t xml:space="preserve"> на номер телефону </w:t>
      </w:r>
      <w:proofErr w:type="spellStart"/>
      <w:r w:rsidRPr="00E84480">
        <w:rPr>
          <w:lang w:val="ru-RU"/>
        </w:rPr>
        <w:t>працівника</w:t>
      </w:r>
      <w:proofErr w:type="spellEnd"/>
      <w:r w:rsidRPr="00E84480">
        <w:rPr>
          <w:lang w:val="ru-RU"/>
        </w:rPr>
        <w:t xml:space="preserve">, </w:t>
      </w:r>
      <w:proofErr w:type="spellStart"/>
      <w:r w:rsidRPr="00E84480">
        <w:rPr>
          <w:lang w:val="ru-RU"/>
        </w:rPr>
        <w:t>зазначений</w:t>
      </w:r>
      <w:proofErr w:type="spellEnd"/>
      <w:r w:rsidRPr="00E84480">
        <w:rPr>
          <w:lang w:val="ru-RU"/>
        </w:rPr>
        <w:t xml:space="preserve"> у </w:t>
      </w:r>
      <w:proofErr w:type="spellStart"/>
      <w:r w:rsidRPr="00E84480">
        <w:rPr>
          <w:lang w:val="ru-RU"/>
        </w:rPr>
        <w:t>ка</w:t>
      </w:r>
      <w:r w:rsidRPr="00E84480">
        <w:rPr>
          <w:lang w:val="ru-RU"/>
        </w:rPr>
        <w:t>дрових</w:t>
      </w:r>
      <w:proofErr w:type="spellEnd"/>
      <w:r w:rsidRPr="00E84480">
        <w:rPr>
          <w:lang w:val="ru-RU"/>
        </w:rPr>
        <w:t xml:space="preserve"> документах. На </w:t>
      </w:r>
      <w:proofErr w:type="spellStart"/>
      <w:r w:rsidRPr="00E84480">
        <w:rPr>
          <w:lang w:val="ru-RU"/>
        </w:rPr>
        <w:t>дзвінок</w:t>
      </w:r>
      <w:proofErr w:type="spellEnd"/>
      <w:r w:rsidRPr="00E84480">
        <w:rPr>
          <w:lang w:val="ru-RU"/>
        </w:rPr>
        <w:t xml:space="preserve"> </w:t>
      </w:r>
      <w:proofErr w:type="spellStart"/>
      <w:r w:rsidRPr="00E84480">
        <w:rPr>
          <w:lang w:val="ru-RU"/>
        </w:rPr>
        <w:t>він</w:t>
      </w:r>
      <w:proofErr w:type="spellEnd"/>
      <w:r w:rsidRPr="00E84480">
        <w:rPr>
          <w:lang w:val="ru-RU"/>
        </w:rPr>
        <w:t xml:space="preserve"> не </w:t>
      </w:r>
      <w:proofErr w:type="spellStart"/>
      <w:r w:rsidRPr="00E84480">
        <w:rPr>
          <w:lang w:val="ru-RU"/>
        </w:rPr>
        <w:t>відповів</w:t>
      </w:r>
      <w:proofErr w:type="spellEnd"/>
      <w:r w:rsidRPr="00E84480">
        <w:rPr>
          <w:lang w:val="ru-RU"/>
        </w:rPr>
        <w:t xml:space="preserve">. </w:t>
      </w:r>
      <w:proofErr w:type="spellStart"/>
      <w:r w:rsidRPr="00E84480">
        <w:rPr>
          <w:lang w:val="ru-RU"/>
        </w:rPr>
        <w:t>Інформації</w:t>
      </w:r>
      <w:proofErr w:type="spellEnd"/>
      <w:r w:rsidRPr="00E84480">
        <w:rPr>
          <w:lang w:val="ru-RU"/>
        </w:rPr>
        <w:t xml:space="preserve"> про причини </w:t>
      </w:r>
      <w:proofErr w:type="spellStart"/>
      <w:r w:rsidRPr="00E84480">
        <w:rPr>
          <w:lang w:val="ru-RU"/>
        </w:rPr>
        <w:t>відсутності</w:t>
      </w:r>
      <w:proofErr w:type="spellEnd"/>
      <w:r w:rsidRPr="00E84480">
        <w:rPr>
          <w:lang w:val="ru-RU"/>
        </w:rPr>
        <w:t xml:space="preserve"> станом на 09:20 не </w:t>
      </w:r>
      <w:proofErr w:type="spellStart"/>
      <w:r w:rsidRPr="00E84480">
        <w:rPr>
          <w:lang w:val="ru-RU"/>
        </w:rPr>
        <w:t>отримано</w:t>
      </w:r>
      <w:proofErr w:type="spellEnd"/>
      <w:r w:rsidRPr="00E84480">
        <w:rPr>
          <w:lang w:val="ru-RU"/>
        </w:rPr>
        <w:t xml:space="preserve">. Прошу </w:t>
      </w:r>
      <w:proofErr w:type="spellStart"/>
      <w:r w:rsidRPr="00E84480">
        <w:rPr>
          <w:lang w:val="ru-RU"/>
        </w:rPr>
        <w:t>зафіксувати</w:t>
      </w:r>
      <w:proofErr w:type="spellEnd"/>
      <w:r w:rsidRPr="00E84480">
        <w:rPr>
          <w:lang w:val="ru-RU"/>
        </w:rPr>
        <w:t xml:space="preserve"> </w:t>
      </w:r>
      <w:proofErr w:type="spellStart"/>
      <w:r w:rsidRPr="00E84480">
        <w:rPr>
          <w:lang w:val="ru-RU"/>
        </w:rPr>
        <w:t>відсутність</w:t>
      </w:r>
      <w:proofErr w:type="spellEnd"/>
      <w:r w:rsidRPr="00E84480">
        <w:rPr>
          <w:lang w:val="ru-RU"/>
        </w:rPr>
        <w:t xml:space="preserve"> у </w:t>
      </w:r>
      <w:proofErr w:type="spellStart"/>
      <w:r w:rsidRPr="00E84480">
        <w:rPr>
          <w:lang w:val="ru-RU"/>
        </w:rPr>
        <w:t>встановленому</w:t>
      </w:r>
      <w:proofErr w:type="spellEnd"/>
      <w:r w:rsidRPr="00E84480">
        <w:rPr>
          <w:lang w:val="ru-RU"/>
        </w:rPr>
        <w:t xml:space="preserve"> порядку та </w:t>
      </w:r>
      <w:proofErr w:type="spellStart"/>
      <w:r w:rsidRPr="00E84480">
        <w:rPr>
          <w:lang w:val="ru-RU"/>
        </w:rPr>
        <w:t>вжити</w:t>
      </w:r>
      <w:proofErr w:type="spellEnd"/>
      <w:r w:rsidRPr="00E84480">
        <w:rPr>
          <w:lang w:val="ru-RU"/>
        </w:rPr>
        <w:t xml:space="preserve"> </w:t>
      </w:r>
      <w:proofErr w:type="spellStart"/>
      <w:r w:rsidRPr="00E84480">
        <w:rPr>
          <w:lang w:val="ru-RU"/>
        </w:rPr>
        <w:t>заходів</w:t>
      </w:r>
      <w:proofErr w:type="spellEnd"/>
      <w:r w:rsidRPr="00E84480">
        <w:rPr>
          <w:lang w:val="ru-RU"/>
        </w:rPr>
        <w:t xml:space="preserve"> для </w:t>
      </w:r>
      <w:proofErr w:type="spellStart"/>
      <w:r w:rsidRPr="00E84480">
        <w:rPr>
          <w:lang w:val="ru-RU"/>
        </w:rPr>
        <w:t>з’ясування</w:t>
      </w:r>
      <w:proofErr w:type="spellEnd"/>
      <w:r w:rsidRPr="00E84480">
        <w:rPr>
          <w:lang w:val="ru-RU"/>
        </w:rPr>
        <w:t xml:space="preserve"> </w:t>
      </w:r>
      <w:proofErr w:type="spellStart"/>
      <w:r w:rsidRPr="00E84480">
        <w:rPr>
          <w:lang w:val="ru-RU"/>
        </w:rPr>
        <w:t>її</w:t>
      </w:r>
      <w:proofErr w:type="spellEnd"/>
      <w:r w:rsidRPr="00E84480">
        <w:rPr>
          <w:lang w:val="ru-RU"/>
        </w:rPr>
        <w:t xml:space="preserve"> причин.</w:t>
      </w:r>
      <w:r>
        <w:rPr>
          <w:lang w:val="ru-RU"/>
        </w:rPr>
        <w:t xml:space="preserve"> </w:t>
      </w:r>
    </w:p>
    <w:p w14:paraId="5B66836F" w14:textId="77777777" w:rsidR="00432301" w:rsidRDefault="00672CF0">
      <w:pPr>
        <w:tabs>
          <w:tab w:val="left" w:pos="4535"/>
          <w:tab w:val="left" w:pos="6860"/>
        </w:tabs>
        <w:spacing w:before="280"/>
      </w:pPr>
      <w:proofErr w:type="spellStart"/>
      <w:r>
        <w:t>Керівник</w:t>
      </w:r>
      <w:proofErr w:type="spellEnd"/>
      <w:r>
        <w:t xml:space="preserve"> </w:t>
      </w:r>
      <w:proofErr w:type="spellStart"/>
      <w:r>
        <w:t>Контакт-центру</w:t>
      </w:r>
      <w:proofErr w:type="spellEnd"/>
      <w:r>
        <w:tab/>
        <w:t>______________</w:t>
      </w:r>
      <w:r>
        <w:tab/>
      </w:r>
      <w:proofErr w:type="spellStart"/>
      <w:r>
        <w:t>Тарас</w:t>
      </w:r>
      <w:proofErr w:type="spellEnd"/>
      <w:r>
        <w:t xml:space="preserve"> РОМ</w:t>
      </w:r>
      <w:r>
        <w:t>АНЕНКО</w:t>
      </w:r>
    </w:p>
    <w:sectPr w:rsidR="00432301" w:rsidSect="00034616">
      <w:pgSz w:w="12240" w:h="15840"/>
      <w:pgMar w:top="1134" w:right="567" w:bottom="1134" w:left="170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67823"/>
    <w:rsid w:val="0029639D"/>
    <w:rsid w:val="00326F90"/>
    <w:rsid w:val="00432301"/>
    <w:rsid w:val="00672CF0"/>
    <w:rsid w:val="00AA1D8D"/>
    <w:rsid w:val="00B47730"/>
    <w:rsid w:val="00CB0664"/>
    <w:rsid w:val="00E8448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EEAD4D"/>
  <w14:defaultImageDpi w14:val="300"/>
  <w15:docId w15:val="{DDD98FC3-4E56-4316-BF3C-610A63623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Debet-Kredit</dc:creator>
  <cp:keywords/>
  <cp:lastModifiedBy>Debet-Kredit</cp:lastModifiedBy>
  <dcterms:created xsi:type="dcterms:W3CDTF">2026-10-13T15:18:00Z</dcterms:created>
  <dcterms:modified xsi:type="dcterms:W3CDTF">2026-10-13T16:15:00Z</dcterms:modified>
  <cp:category/>
</cp:coreProperties>
</file>