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DF892" w14:textId="77777777" w:rsidR="00531018" w:rsidRPr="002A4A38" w:rsidRDefault="00531018">
      <w:pPr>
        <w:spacing w:after="40"/>
        <w:rPr>
          <w:color w:val="000000" w:themeColor="text1"/>
          <w:lang w:val="ru-RU"/>
        </w:rPr>
      </w:pPr>
    </w:p>
    <w:p w14:paraId="7485B98D" w14:textId="77777777" w:rsidR="00531018" w:rsidRPr="002A4A38" w:rsidRDefault="00000000">
      <w:pPr>
        <w:spacing w:after="20" w:line="240" w:lineRule="auto"/>
        <w:jc w:val="center"/>
        <w:rPr>
          <w:color w:val="000000" w:themeColor="text1"/>
          <w:lang w:val="ru-RU"/>
        </w:rPr>
      </w:pPr>
      <w:r w:rsidRPr="002A4A38">
        <w:rPr>
          <w:rFonts w:eastAsia="Times New Roman" w:cs="Times New Roman"/>
          <w:b/>
          <w:color w:val="000000" w:themeColor="text1"/>
          <w:lang w:val="ru-RU"/>
        </w:rPr>
        <w:t>ТОВАРИСТВО З ОБМЕЖЕНОЮ ВІДПОВІДАЛЬНІСТЮ «ГАЛКОС»</w:t>
      </w:r>
    </w:p>
    <w:p w14:paraId="492C3F1F" w14:textId="77777777" w:rsidR="00531018" w:rsidRPr="002A4A38" w:rsidRDefault="00000000">
      <w:pPr>
        <w:spacing w:after="20" w:line="240" w:lineRule="auto"/>
        <w:jc w:val="center"/>
        <w:rPr>
          <w:color w:val="000000" w:themeColor="text1"/>
        </w:rPr>
      </w:pPr>
      <w:r w:rsidRPr="002A4A38">
        <w:rPr>
          <w:rFonts w:eastAsia="Times New Roman" w:cs="Times New Roman"/>
          <w:b/>
          <w:color w:val="000000" w:themeColor="text1"/>
          <w:sz w:val="20"/>
        </w:rPr>
        <w:t>ТОВ «ГАЛКОС»</w:t>
      </w:r>
    </w:p>
    <w:p w14:paraId="417E6D7D" w14:textId="77777777" w:rsidR="00531018" w:rsidRPr="002A4A38" w:rsidRDefault="00000000" w:rsidP="00653D06">
      <w:pPr>
        <w:spacing w:after="160" w:line="240" w:lineRule="auto"/>
        <w:jc w:val="right"/>
        <w:rPr>
          <w:color w:val="000000" w:themeColor="text1"/>
        </w:rPr>
      </w:pPr>
      <w:proofErr w:type="spellStart"/>
      <w:r w:rsidRPr="002A4A38">
        <w:rPr>
          <w:rFonts w:eastAsia="Times New Roman" w:cs="Times New Roman"/>
          <w:color w:val="000000" w:themeColor="text1"/>
          <w:sz w:val="18"/>
        </w:rPr>
        <w:t>Код</w:t>
      </w:r>
      <w:proofErr w:type="spellEnd"/>
      <w:r w:rsidRPr="002A4A38">
        <w:rPr>
          <w:rFonts w:eastAsia="Times New Roman" w:cs="Times New Roman"/>
          <w:color w:val="000000" w:themeColor="text1"/>
          <w:sz w:val="18"/>
        </w:rPr>
        <w:t xml:space="preserve"> ЄДРПОУ 12345678</w:t>
      </w:r>
    </w:p>
    <w:p w14:paraId="2A3B3D76" w14:textId="77777777" w:rsidR="00531018" w:rsidRPr="002A4A38" w:rsidRDefault="00000000">
      <w:pPr>
        <w:spacing w:after="120" w:line="240" w:lineRule="auto"/>
        <w:jc w:val="center"/>
        <w:rPr>
          <w:color w:val="000000" w:themeColor="text1"/>
        </w:rPr>
      </w:pPr>
      <w:r w:rsidRPr="002A4A38">
        <w:rPr>
          <w:rFonts w:eastAsia="Times New Roman" w:cs="Times New Roman"/>
          <w:b/>
          <w:color w:val="000000" w:themeColor="text1"/>
          <w:sz w:val="28"/>
        </w:rPr>
        <w:t>НАКАЗ</w:t>
      </w:r>
    </w:p>
    <w:tbl>
      <w:tblPr>
        <w:tblW w:w="9637" w:type="dxa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3968"/>
        <w:gridCol w:w="2834"/>
      </w:tblGrid>
      <w:tr w:rsidR="00531018" w:rsidRPr="002A4A38" w14:paraId="13CB98DB" w14:textId="77777777"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1A4AB" w14:textId="77777777" w:rsidR="00531018" w:rsidRPr="002A4A38" w:rsidRDefault="00000000">
            <w:pPr>
              <w:spacing w:after="0" w:line="240" w:lineRule="auto"/>
              <w:rPr>
                <w:color w:val="000000" w:themeColor="text1"/>
              </w:rPr>
            </w:pPr>
            <w:r w:rsidRPr="002A4A38">
              <w:rPr>
                <w:rFonts w:eastAsia="Times New Roman" w:cs="Times New Roman"/>
                <w:color w:val="000000" w:themeColor="text1"/>
              </w:rPr>
              <w:t>10.02.2027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714ED" w14:textId="77777777" w:rsidR="00531018" w:rsidRPr="002A4A38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proofErr w:type="spellStart"/>
            <w:r w:rsidRPr="002A4A38">
              <w:rPr>
                <w:rFonts w:eastAsia="Times New Roman" w:cs="Times New Roman"/>
                <w:color w:val="000000" w:themeColor="text1"/>
              </w:rPr>
              <w:t>Київ</w:t>
            </w:r>
            <w:proofErr w:type="spellEnd"/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ABC04" w14:textId="77777777" w:rsidR="00531018" w:rsidRPr="002A4A38" w:rsidRDefault="00000000">
            <w:pPr>
              <w:spacing w:after="0" w:line="240" w:lineRule="auto"/>
              <w:jc w:val="right"/>
              <w:rPr>
                <w:color w:val="000000" w:themeColor="text1"/>
              </w:rPr>
            </w:pPr>
            <w:r w:rsidRPr="002A4A38">
              <w:rPr>
                <w:rFonts w:eastAsia="Times New Roman" w:cs="Times New Roman"/>
                <w:color w:val="000000" w:themeColor="text1"/>
              </w:rPr>
              <w:t>№ 18-ОД</w:t>
            </w:r>
          </w:p>
        </w:tc>
      </w:tr>
    </w:tbl>
    <w:p w14:paraId="04B3D444" w14:textId="77777777" w:rsidR="00531018" w:rsidRPr="002A4A38" w:rsidRDefault="00000000">
      <w:pPr>
        <w:spacing w:before="160" w:after="160" w:line="240" w:lineRule="auto"/>
        <w:rPr>
          <w:color w:val="000000" w:themeColor="text1"/>
          <w:lang w:val="ru-RU"/>
        </w:rPr>
      </w:pPr>
      <w:r w:rsidRPr="002A4A38">
        <w:rPr>
          <w:rFonts w:eastAsia="Times New Roman" w:cs="Times New Roman"/>
          <w:b/>
          <w:color w:val="000000" w:themeColor="text1"/>
          <w:lang w:val="ru-RU"/>
        </w:rPr>
        <w:t xml:space="preserve">Про </w:t>
      </w:r>
      <w:proofErr w:type="spellStart"/>
      <w:r w:rsidRPr="002A4A38">
        <w:rPr>
          <w:rFonts w:eastAsia="Times New Roman" w:cs="Times New Roman"/>
          <w:b/>
          <w:color w:val="000000" w:themeColor="text1"/>
          <w:lang w:val="ru-RU"/>
        </w:rPr>
        <w:t>організацію</w:t>
      </w:r>
      <w:proofErr w:type="spellEnd"/>
      <w:r w:rsidRPr="002A4A38">
        <w:rPr>
          <w:rFonts w:eastAsia="Times New Roman" w:cs="Times New Roman"/>
          <w:b/>
          <w:color w:val="000000" w:themeColor="text1"/>
          <w:lang w:val="ru-RU"/>
        </w:rPr>
        <w:t xml:space="preserve"> </w:t>
      </w:r>
      <w:proofErr w:type="spellStart"/>
      <w:r w:rsidRPr="002A4A38">
        <w:rPr>
          <w:rFonts w:eastAsia="Times New Roman" w:cs="Times New Roman"/>
          <w:b/>
          <w:color w:val="000000" w:themeColor="text1"/>
          <w:lang w:val="ru-RU"/>
        </w:rPr>
        <w:t>проходження</w:t>
      </w:r>
      <w:proofErr w:type="spellEnd"/>
      <w:r w:rsidRPr="002A4A38">
        <w:rPr>
          <w:rFonts w:eastAsia="Times New Roman" w:cs="Times New Roman"/>
          <w:b/>
          <w:color w:val="000000" w:themeColor="text1"/>
          <w:lang w:val="ru-RU"/>
        </w:rPr>
        <w:t xml:space="preserve"> </w:t>
      </w:r>
      <w:proofErr w:type="spellStart"/>
      <w:r w:rsidRPr="002A4A38">
        <w:rPr>
          <w:rFonts w:eastAsia="Times New Roman" w:cs="Times New Roman"/>
          <w:b/>
          <w:color w:val="000000" w:themeColor="text1"/>
          <w:lang w:val="ru-RU"/>
        </w:rPr>
        <w:t>періодичного</w:t>
      </w:r>
      <w:proofErr w:type="spellEnd"/>
      <w:r w:rsidRPr="002A4A38">
        <w:rPr>
          <w:rFonts w:eastAsia="Times New Roman" w:cs="Times New Roman"/>
          <w:b/>
          <w:color w:val="000000" w:themeColor="text1"/>
          <w:lang w:val="ru-RU"/>
        </w:rPr>
        <w:t xml:space="preserve"> </w:t>
      </w:r>
      <w:proofErr w:type="spellStart"/>
      <w:r w:rsidRPr="002A4A38">
        <w:rPr>
          <w:rFonts w:eastAsia="Times New Roman" w:cs="Times New Roman"/>
          <w:b/>
          <w:color w:val="000000" w:themeColor="text1"/>
          <w:lang w:val="ru-RU"/>
        </w:rPr>
        <w:t>обов’язкового</w:t>
      </w:r>
      <w:proofErr w:type="spellEnd"/>
      <w:r w:rsidRPr="002A4A38">
        <w:rPr>
          <w:rFonts w:eastAsia="Times New Roman" w:cs="Times New Roman"/>
          <w:b/>
          <w:color w:val="000000" w:themeColor="text1"/>
          <w:lang w:val="ru-RU"/>
        </w:rPr>
        <w:t xml:space="preserve"> </w:t>
      </w:r>
      <w:proofErr w:type="spellStart"/>
      <w:r w:rsidRPr="002A4A38">
        <w:rPr>
          <w:rFonts w:eastAsia="Times New Roman" w:cs="Times New Roman"/>
          <w:b/>
          <w:color w:val="000000" w:themeColor="text1"/>
          <w:lang w:val="ru-RU"/>
        </w:rPr>
        <w:t>медичного</w:t>
      </w:r>
      <w:proofErr w:type="spellEnd"/>
      <w:r w:rsidRPr="002A4A38">
        <w:rPr>
          <w:rFonts w:eastAsia="Times New Roman" w:cs="Times New Roman"/>
          <w:b/>
          <w:color w:val="000000" w:themeColor="text1"/>
          <w:lang w:val="ru-RU"/>
        </w:rPr>
        <w:t xml:space="preserve"> </w:t>
      </w:r>
      <w:proofErr w:type="spellStart"/>
      <w:r w:rsidRPr="002A4A38">
        <w:rPr>
          <w:rFonts w:eastAsia="Times New Roman" w:cs="Times New Roman"/>
          <w:b/>
          <w:color w:val="000000" w:themeColor="text1"/>
          <w:lang w:val="ru-RU"/>
        </w:rPr>
        <w:t>огляду</w:t>
      </w:r>
      <w:proofErr w:type="spellEnd"/>
      <w:r w:rsidRPr="002A4A38">
        <w:rPr>
          <w:rFonts w:eastAsia="Times New Roman" w:cs="Times New Roman"/>
          <w:b/>
          <w:color w:val="000000" w:themeColor="text1"/>
          <w:lang w:val="ru-RU"/>
        </w:rPr>
        <w:t xml:space="preserve"> у 2027 </w:t>
      </w:r>
      <w:proofErr w:type="spellStart"/>
      <w:r w:rsidRPr="002A4A38">
        <w:rPr>
          <w:rFonts w:eastAsia="Times New Roman" w:cs="Times New Roman"/>
          <w:b/>
          <w:color w:val="000000" w:themeColor="text1"/>
          <w:lang w:val="ru-RU"/>
        </w:rPr>
        <w:t>році</w:t>
      </w:r>
      <w:proofErr w:type="spellEnd"/>
    </w:p>
    <w:p w14:paraId="01E2EBDB" w14:textId="77777777" w:rsidR="00531018" w:rsidRPr="002A4A38" w:rsidRDefault="00000000">
      <w:pPr>
        <w:spacing w:before="100" w:after="140"/>
        <w:ind w:firstLine="567"/>
        <w:rPr>
          <w:color w:val="000000" w:themeColor="text1"/>
          <w:lang w:val="ru-RU"/>
        </w:rPr>
      </w:pPr>
      <w:proofErr w:type="spellStart"/>
      <w:r w:rsidRPr="00653D06">
        <w:rPr>
          <w:rFonts w:cs="Times New Roman"/>
          <w:lang w:val="ru-RU"/>
        </w:rPr>
        <w:t>Відповідно</w:t>
      </w:r>
      <w:proofErr w:type="spellEnd"/>
      <w:r w:rsidRPr="00653D06">
        <w:rPr>
          <w:rFonts w:cs="Times New Roman"/>
          <w:lang w:val="ru-RU"/>
        </w:rPr>
        <w:t xml:space="preserve"> до </w:t>
      </w:r>
      <w:proofErr w:type="spellStart"/>
      <w:r w:rsidRPr="00653D06">
        <w:rPr>
          <w:rFonts w:cs="Times New Roman"/>
          <w:lang w:val="ru-RU"/>
        </w:rPr>
        <w:t>статті</w:t>
      </w:r>
      <w:proofErr w:type="spellEnd"/>
      <w:r w:rsidRPr="00653D06">
        <w:rPr>
          <w:rFonts w:cs="Times New Roman"/>
          <w:lang w:val="ru-RU"/>
        </w:rPr>
        <w:t xml:space="preserve"> 169 Кодексу </w:t>
      </w:r>
      <w:proofErr w:type="spellStart"/>
      <w:r w:rsidRPr="00653D06">
        <w:rPr>
          <w:rFonts w:cs="Times New Roman"/>
          <w:lang w:val="ru-RU"/>
        </w:rPr>
        <w:t>законів</w:t>
      </w:r>
      <w:proofErr w:type="spellEnd"/>
      <w:r w:rsidRPr="00653D06">
        <w:rPr>
          <w:rFonts w:cs="Times New Roman"/>
          <w:lang w:val="ru-RU"/>
        </w:rPr>
        <w:t xml:space="preserve"> про </w:t>
      </w:r>
      <w:proofErr w:type="spellStart"/>
      <w:r w:rsidRPr="00653D06">
        <w:rPr>
          <w:rFonts w:cs="Times New Roman"/>
          <w:lang w:val="ru-RU"/>
        </w:rPr>
        <w:t>працю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України</w:t>
      </w:r>
      <w:proofErr w:type="spellEnd"/>
      <w:r w:rsidRPr="00653D06">
        <w:rPr>
          <w:rFonts w:cs="Times New Roman"/>
          <w:lang w:val="ru-RU"/>
        </w:rPr>
        <w:t xml:space="preserve">, </w:t>
      </w:r>
      <w:proofErr w:type="spellStart"/>
      <w:r w:rsidRPr="00653D06">
        <w:rPr>
          <w:rFonts w:cs="Times New Roman"/>
          <w:lang w:val="ru-RU"/>
        </w:rPr>
        <w:t>статті</w:t>
      </w:r>
      <w:proofErr w:type="spellEnd"/>
      <w:r w:rsidRPr="00653D06">
        <w:rPr>
          <w:rFonts w:cs="Times New Roman"/>
          <w:lang w:val="ru-RU"/>
        </w:rPr>
        <w:t xml:space="preserve"> 17 Закону </w:t>
      </w:r>
      <w:proofErr w:type="spellStart"/>
      <w:r w:rsidRPr="00653D06">
        <w:rPr>
          <w:rFonts w:cs="Times New Roman"/>
          <w:lang w:val="ru-RU"/>
        </w:rPr>
        <w:t>України</w:t>
      </w:r>
      <w:proofErr w:type="spellEnd"/>
      <w:r w:rsidRPr="00653D06">
        <w:rPr>
          <w:rFonts w:cs="Times New Roman"/>
          <w:lang w:val="ru-RU"/>
        </w:rPr>
        <w:t xml:space="preserve"> «Про </w:t>
      </w:r>
      <w:proofErr w:type="spellStart"/>
      <w:r w:rsidRPr="00653D06">
        <w:rPr>
          <w:rFonts w:cs="Times New Roman"/>
          <w:lang w:val="ru-RU"/>
        </w:rPr>
        <w:t>охорону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праці</w:t>
      </w:r>
      <w:proofErr w:type="spellEnd"/>
      <w:r w:rsidRPr="00653D06">
        <w:rPr>
          <w:rFonts w:cs="Times New Roman"/>
          <w:lang w:val="ru-RU"/>
        </w:rPr>
        <w:t xml:space="preserve">», Порядку </w:t>
      </w:r>
      <w:proofErr w:type="spellStart"/>
      <w:r w:rsidRPr="00653D06">
        <w:rPr>
          <w:rFonts w:cs="Times New Roman"/>
          <w:lang w:val="ru-RU"/>
        </w:rPr>
        <w:t>організації</w:t>
      </w:r>
      <w:proofErr w:type="spellEnd"/>
      <w:r w:rsidRPr="00653D06">
        <w:rPr>
          <w:rFonts w:cs="Times New Roman"/>
          <w:lang w:val="ru-RU"/>
        </w:rPr>
        <w:t xml:space="preserve"> та </w:t>
      </w:r>
      <w:proofErr w:type="spellStart"/>
      <w:r w:rsidRPr="00653D06">
        <w:rPr>
          <w:rFonts w:cs="Times New Roman"/>
          <w:lang w:val="ru-RU"/>
        </w:rPr>
        <w:t>проведення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обов’язкових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медичних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оглядів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працівників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певних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категорій</w:t>
      </w:r>
      <w:proofErr w:type="spellEnd"/>
      <w:r w:rsidRPr="00653D06">
        <w:rPr>
          <w:rFonts w:cs="Times New Roman"/>
          <w:lang w:val="ru-RU"/>
        </w:rPr>
        <w:t xml:space="preserve">, </w:t>
      </w:r>
      <w:proofErr w:type="spellStart"/>
      <w:r w:rsidRPr="00653D06">
        <w:rPr>
          <w:rFonts w:cs="Times New Roman"/>
          <w:lang w:val="ru-RU"/>
        </w:rPr>
        <w:t>затвердженого</w:t>
      </w:r>
      <w:proofErr w:type="spellEnd"/>
      <w:r w:rsidRPr="00653D06">
        <w:rPr>
          <w:rFonts w:cs="Times New Roman"/>
          <w:lang w:val="ru-RU"/>
        </w:rPr>
        <w:t xml:space="preserve"> наказом МОЗ </w:t>
      </w:r>
      <w:proofErr w:type="spellStart"/>
      <w:r w:rsidRPr="00653D06">
        <w:rPr>
          <w:rFonts w:cs="Times New Roman"/>
          <w:lang w:val="ru-RU"/>
        </w:rPr>
        <w:t>від</w:t>
      </w:r>
      <w:proofErr w:type="spellEnd"/>
      <w:r w:rsidRPr="00653D06">
        <w:rPr>
          <w:rFonts w:cs="Times New Roman"/>
          <w:lang w:val="ru-RU"/>
        </w:rPr>
        <w:t xml:space="preserve"> 08.09.2025 № 1393, </w:t>
      </w:r>
      <w:proofErr w:type="spellStart"/>
      <w:r w:rsidRPr="00653D06">
        <w:rPr>
          <w:rFonts w:cs="Times New Roman"/>
          <w:lang w:val="ru-RU"/>
        </w:rPr>
        <w:t>погодженого</w:t>
      </w:r>
      <w:proofErr w:type="spellEnd"/>
      <w:r w:rsidRPr="00653D06">
        <w:rPr>
          <w:rFonts w:cs="Times New Roman"/>
          <w:lang w:val="ru-RU"/>
        </w:rPr>
        <w:t xml:space="preserve"> Списку </w:t>
      </w:r>
      <w:proofErr w:type="spellStart"/>
      <w:r w:rsidRPr="00653D06">
        <w:rPr>
          <w:rFonts w:cs="Times New Roman"/>
          <w:lang w:val="ru-RU"/>
        </w:rPr>
        <w:t>працівників</w:t>
      </w:r>
      <w:proofErr w:type="spellEnd"/>
      <w:r w:rsidRPr="00653D06">
        <w:rPr>
          <w:rFonts w:cs="Times New Roman"/>
          <w:lang w:val="ru-RU"/>
        </w:rPr>
        <w:t xml:space="preserve">, </w:t>
      </w:r>
      <w:proofErr w:type="spellStart"/>
      <w:r w:rsidRPr="00653D06">
        <w:rPr>
          <w:rFonts w:cs="Times New Roman"/>
          <w:lang w:val="ru-RU"/>
        </w:rPr>
        <w:t>які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підлягають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проходженню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періодичного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медичного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огляду</w:t>
      </w:r>
      <w:proofErr w:type="spellEnd"/>
      <w:r w:rsidRPr="00653D06">
        <w:rPr>
          <w:rFonts w:cs="Times New Roman"/>
          <w:lang w:val="ru-RU"/>
        </w:rPr>
        <w:t xml:space="preserve"> у 2027 </w:t>
      </w:r>
      <w:proofErr w:type="spellStart"/>
      <w:r w:rsidRPr="00653D06">
        <w:rPr>
          <w:rFonts w:cs="Times New Roman"/>
          <w:lang w:val="ru-RU"/>
        </w:rPr>
        <w:t>році</w:t>
      </w:r>
      <w:proofErr w:type="spellEnd"/>
      <w:r w:rsidRPr="00653D06">
        <w:rPr>
          <w:rFonts w:cs="Times New Roman"/>
          <w:lang w:val="ru-RU"/>
        </w:rPr>
        <w:t xml:space="preserve">, та </w:t>
      </w:r>
      <w:proofErr w:type="spellStart"/>
      <w:r w:rsidRPr="00653D06">
        <w:rPr>
          <w:rFonts w:cs="Times New Roman"/>
          <w:lang w:val="ru-RU"/>
        </w:rPr>
        <w:t>погодженого</w:t>
      </w:r>
      <w:proofErr w:type="spellEnd"/>
      <w:r w:rsidRPr="00653D06">
        <w:rPr>
          <w:rFonts w:cs="Times New Roman"/>
          <w:lang w:val="ru-RU"/>
        </w:rPr>
        <w:t xml:space="preserve"> з </w:t>
      </w:r>
      <w:proofErr w:type="spellStart"/>
      <w:r w:rsidRPr="00653D06">
        <w:rPr>
          <w:rFonts w:cs="Times New Roman"/>
          <w:lang w:val="ru-RU"/>
        </w:rPr>
        <w:t>надавачем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послуг</w:t>
      </w:r>
      <w:proofErr w:type="spellEnd"/>
      <w:r w:rsidRPr="00653D06">
        <w:rPr>
          <w:rFonts w:cs="Times New Roman"/>
          <w:lang w:val="ru-RU"/>
        </w:rPr>
        <w:t xml:space="preserve"> плану-</w:t>
      </w:r>
      <w:proofErr w:type="spellStart"/>
      <w:r w:rsidRPr="00653D06">
        <w:rPr>
          <w:rFonts w:cs="Times New Roman"/>
          <w:lang w:val="ru-RU"/>
        </w:rPr>
        <w:t>графіка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проведення</w:t>
      </w:r>
      <w:proofErr w:type="spellEnd"/>
      <w:r w:rsidRPr="00653D06">
        <w:rPr>
          <w:rFonts w:cs="Times New Roman"/>
          <w:lang w:val="ru-RU"/>
        </w:rPr>
        <w:t xml:space="preserve"> ОМО</w:t>
      </w:r>
    </w:p>
    <w:p w14:paraId="797ED80B" w14:textId="77777777" w:rsidR="00531018" w:rsidRPr="002A4A38" w:rsidRDefault="00000000">
      <w:pPr>
        <w:spacing w:after="160" w:line="240" w:lineRule="auto"/>
        <w:rPr>
          <w:color w:val="000000" w:themeColor="text1"/>
          <w:lang w:val="ru-RU"/>
        </w:rPr>
      </w:pPr>
      <w:r w:rsidRPr="002A4A38">
        <w:rPr>
          <w:rFonts w:eastAsia="Times New Roman" w:cs="Times New Roman"/>
          <w:b/>
          <w:color w:val="000000" w:themeColor="text1"/>
          <w:lang w:val="ru-RU"/>
        </w:rPr>
        <w:t>НАКАЗУЮ:</w:t>
      </w:r>
    </w:p>
    <w:p w14:paraId="123313A4" w14:textId="77777777" w:rsidR="00531018" w:rsidRPr="002A4A38" w:rsidRDefault="00000000">
      <w:pPr>
        <w:spacing w:after="80" w:line="269" w:lineRule="auto"/>
        <w:ind w:left="198" w:hanging="198"/>
        <w:rPr>
          <w:color w:val="000000" w:themeColor="text1"/>
          <w:lang w:val="ru-RU"/>
        </w:rPr>
      </w:pPr>
      <w:r w:rsidRPr="002A4A38">
        <w:rPr>
          <w:rFonts w:eastAsia="Times New Roman" w:cs="Times New Roman"/>
          <w:color w:val="000000" w:themeColor="text1"/>
          <w:lang w:val="ru-RU"/>
        </w:rPr>
        <w:t xml:space="preserve">1.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Організувати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проходження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працівниками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ТОВ «ГАЛКОС»,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включеними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до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погодженого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Списку,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періодичного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ОМО у строки,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визначені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планом-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графіком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,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погодженим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з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надавачем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послуг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з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проведення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ОМО.</w:t>
      </w:r>
    </w:p>
    <w:p w14:paraId="4C852583" w14:textId="517424BE" w:rsidR="00531018" w:rsidRPr="002A4A38" w:rsidRDefault="00000000">
      <w:pPr>
        <w:spacing w:after="80" w:line="269" w:lineRule="auto"/>
        <w:ind w:left="198" w:hanging="198"/>
        <w:rPr>
          <w:color w:val="000000" w:themeColor="text1"/>
          <w:lang w:val="ru-RU"/>
        </w:rPr>
      </w:pPr>
      <w:r w:rsidRPr="002A4A38">
        <w:rPr>
          <w:rFonts w:eastAsia="Times New Roman" w:cs="Times New Roman"/>
          <w:color w:val="000000" w:themeColor="text1"/>
          <w:lang w:val="ru-RU"/>
        </w:rPr>
        <w:t xml:space="preserve">2.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Відповідальній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за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організацію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ОМО КОВАЛЕНКО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Олені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довести до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відома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працівників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строки та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місце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проходження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ОМО і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забезпечити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взаємодію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з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Комісією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>.</w:t>
      </w:r>
    </w:p>
    <w:p w14:paraId="2AFCEF81" w14:textId="77777777" w:rsidR="00531018" w:rsidRPr="002A4A38" w:rsidRDefault="00000000">
      <w:pPr>
        <w:spacing w:after="80" w:line="269" w:lineRule="auto"/>
        <w:ind w:left="198" w:hanging="198"/>
        <w:rPr>
          <w:color w:val="000000" w:themeColor="text1"/>
          <w:lang w:val="ru-RU"/>
        </w:rPr>
      </w:pPr>
      <w:r w:rsidRPr="002A4A38">
        <w:rPr>
          <w:rFonts w:eastAsia="Times New Roman" w:cs="Times New Roman"/>
          <w:color w:val="000000" w:themeColor="text1"/>
          <w:lang w:val="ru-RU"/>
        </w:rPr>
        <w:t xml:space="preserve">3.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Керівникам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структурних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підрозділів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забезпечити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явку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працівників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на ОМО 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відповідно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 xml:space="preserve"> до плану-</w:t>
      </w:r>
      <w:proofErr w:type="spellStart"/>
      <w:r w:rsidRPr="002A4A38">
        <w:rPr>
          <w:rFonts w:eastAsia="Times New Roman" w:cs="Times New Roman"/>
          <w:color w:val="000000" w:themeColor="text1"/>
          <w:lang w:val="ru-RU"/>
        </w:rPr>
        <w:t>графіка</w:t>
      </w:r>
      <w:proofErr w:type="spellEnd"/>
      <w:r w:rsidRPr="002A4A38">
        <w:rPr>
          <w:rFonts w:eastAsia="Times New Roman" w:cs="Times New Roman"/>
          <w:color w:val="000000" w:themeColor="text1"/>
          <w:lang w:val="ru-RU"/>
        </w:rPr>
        <w:t>.</w:t>
      </w:r>
    </w:p>
    <w:p w14:paraId="447CE455" w14:textId="77777777" w:rsidR="00531018" w:rsidRPr="002A4A38" w:rsidRDefault="00000000">
      <w:pPr>
        <w:spacing w:after="80" w:line="269" w:lineRule="auto"/>
        <w:ind w:left="198" w:hanging="198"/>
        <w:rPr>
          <w:color w:val="000000" w:themeColor="text1"/>
          <w:lang w:val="ru-RU"/>
        </w:rPr>
      </w:pPr>
      <w:r w:rsidRPr="00653D06">
        <w:rPr>
          <w:rFonts w:cs="Times New Roman"/>
          <w:lang w:val="ru-RU"/>
        </w:rPr>
        <w:t xml:space="preserve">4. За </w:t>
      </w:r>
      <w:proofErr w:type="spellStart"/>
      <w:r w:rsidRPr="00653D06">
        <w:rPr>
          <w:rFonts w:cs="Times New Roman"/>
          <w:lang w:val="ru-RU"/>
        </w:rPr>
        <w:t>працівниками</w:t>
      </w:r>
      <w:proofErr w:type="spellEnd"/>
      <w:r w:rsidRPr="00653D06">
        <w:rPr>
          <w:rFonts w:cs="Times New Roman"/>
          <w:lang w:val="ru-RU"/>
        </w:rPr>
        <w:t xml:space="preserve"> на час </w:t>
      </w:r>
      <w:proofErr w:type="spellStart"/>
      <w:r w:rsidRPr="00653D06">
        <w:rPr>
          <w:rFonts w:cs="Times New Roman"/>
          <w:lang w:val="ru-RU"/>
        </w:rPr>
        <w:t>проходження</w:t>
      </w:r>
      <w:proofErr w:type="spellEnd"/>
      <w:r w:rsidRPr="00653D06">
        <w:rPr>
          <w:rFonts w:cs="Times New Roman"/>
          <w:lang w:val="ru-RU"/>
        </w:rPr>
        <w:t xml:space="preserve"> ОМО </w:t>
      </w:r>
      <w:proofErr w:type="spellStart"/>
      <w:r w:rsidRPr="00653D06">
        <w:rPr>
          <w:rFonts w:cs="Times New Roman"/>
          <w:lang w:val="ru-RU"/>
        </w:rPr>
        <w:t>зберігати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місце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роботи</w:t>
      </w:r>
      <w:proofErr w:type="spellEnd"/>
      <w:r w:rsidRPr="00653D06">
        <w:rPr>
          <w:rFonts w:cs="Times New Roman"/>
          <w:lang w:val="ru-RU"/>
        </w:rPr>
        <w:t xml:space="preserve"> (посаду) і </w:t>
      </w:r>
      <w:proofErr w:type="spellStart"/>
      <w:r w:rsidRPr="00653D06">
        <w:rPr>
          <w:rFonts w:cs="Times New Roman"/>
          <w:lang w:val="ru-RU"/>
        </w:rPr>
        <w:t>середній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заробіток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відповідно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gramStart"/>
      <w:r w:rsidRPr="00653D06">
        <w:rPr>
          <w:rFonts w:cs="Times New Roman"/>
          <w:lang w:val="ru-RU"/>
        </w:rPr>
        <w:t>до пункту</w:t>
      </w:r>
      <w:proofErr w:type="gramEnd"/>
      <w:r w:rsidRPr="00653D06">
        <w:rPr>
          <w:rFonts w:cs="Times New Roman"/>
          <w:lang w:val="ru-RU"/>
        </w:rPr>
        <w:t xml:space="preserve"> 17 </w:t>
      </w:r>
      <w:proofErr w:type="spellStart"/>
      <w:r w:rsidRPr="00653D06">
        <w:rPr>
          <w:rFonts w:cs="Times New Roman"/>
          <w:lang w:val="ru-RU"/>
        </w:rPr>
        <w:t>розділу</w:t>
      </w:r>
      <w:proofErr w:type="spellEnd"/>
      <w:r w:rsidRPr="00653D06">
        <w:rPr>
          <w:rFonts w:cs="Times New Roman"/>
          <w:lang w:val="ru-RU"/>
        </w:rPr>
        <w:t xml:space="preserve"> </w:t>
      </w:r>
      <w:r>
        <w:rPr>
          <w:rFonts w:cs="Times New Roman"/>
        </w:rPr>
        <w:t>III</w:t>
      </w:r>
      <w:r w:rsidRPr="00653D06">
        <w:rPr>
          <w:rFonts w:cs="Times New Roman"/>
          <w:lang w:val="ru-RU"/>
        </w:rPr>
        <w:t xml:space="preserve"> Порядку № 1393.</w:t>
      </w:r>
    </w:p>
    <w:p w14:paraId="06505AC3" w14:textId="77777777" w:rsidR="00531018" w:rsidRPr="002A4A38" w:rsidRDefault="00000000">
      <w:pPr>
        <w:spacing w:after="80" w:line="269" w:lineRule="auto"/>
        <w:ind w:left="198" w:hanging="198"/>
        <w:rPr>
          <w:color w:val="000000" w:themeColor="text1"/>
          <w:lang w:val="ru-RU"/>
        </w:rPr>
      </w:pPr>
      <w:r w:rsidRPr="00653D06">
        <w:rPr>
          <w:rFonts w:cs="Times New Roman"/>
          <w:lang w:val="ru-RU"/>
        </w:rPr>
        <w:t xml:space="preserve">5. </w:t>
      </w:r>
      <w:proofErr w:type="spellStart"/>
      <w:r w:rsidRPr="00653D06">
        <w:rPr>
          <w:rFonts w:cs="Times New Roman"/>
          <w:lang w:val="ru-RU"/>
        </w:rPr>
        <w:t>Працівників</w:t>
      </w:r>
      <w:proofErr w:type="spellEnd"/>
      <w:r w:rsidRPr="00653D06">
        <w:rPr>
          <w:rFonts w:cs="Times New Roman"/>
          <w:lang w:val="ru-RU"/>
        </w:rPr>
        <w:t xml:space="preserve">, </w:t>
      </w:r>
      <w:proofErr w:type="spellStart"/>
      <w:r w:rsidRPr="00653D06">
        <w:rPr>
          <w:rFonts w:cs="Times New Roman"/>
          <w:lang w:val="ru-RU"/>
        </w:rPr>
        <w:t>які</w:t>
      </w:r>
      <w:proofErr w:type="spellEnd"/>
      <w:r w:rsidRPr="00653D06">
        <w:rPr>
          <w:rFonts w:cs="Times New Roman"/>
          <w:lang w:val="ru-RU"/>
        </w:rPr>
        <w:t xml:space="preserve"> не </w:t>
      </w:r>
      <w:proofErr w:type="spellStart"/>
      <w:r w:rsidRPr="00653D06">
        <w:rPr>
          <w:rFonts w:cs="Times New Roman"/>
          <w:lang w:val="ru-RU"/>
        </w:rPr>
        <w:t>пройшли</w:t>
      </w:r>
      <w:proofErr w:type="spellEnd"/>
      <w:r w:rsidRPr="00653D06">
        <w:rPr>
          <w:rFonts w:cs="Times New Roman"/>
          <w:lang w:val="ru-RU"/>
        </w:rPr>
        <w:t xml:space="preserve"> ОМО </w:t>
      </w:r>
      <w:proofErr w:type="gramStart"/>
      <w:r w:rsidRPr="00653D06">
        <w:rPr>
          <w:rFonts w:cs="Times New Roman"/>
          <w:lang w:val="ru-RU"/>
        </w:rPr>
        <w:t>в установлений</w:t>
      </w:r>
      <w:proofErr w:type="gramEnd"/>
      <w:r w:rsidRPr="00653D06">
        <w:rPr>
          <w:rFonts w:cs="Times New Roman"/>
          <w:lang w:val="ru-RU"/>
        </w:rPr>
        <w:t xml:space="preserve"> строк без </w:t>
      </w:r>
      <w:proofErr w:type="spellStart"/>
      <w:r w:rsidRPr="00653D06">
        <w:rPr>
          <w:rFonts w:cs="Times New Roman"/>
          <w:lang w:val="ru-RU"/>
        </w:rPr>
        <w:t>поважних</w:t>
      </w:r>
      <w:proofErr w:type="spellEnd"/>
      <w:r w:rsidRPr="00653D06">
        <w:rPr>
          <w:rFonts w:cs="Times New Roman"/>
          <w:lang w:val="ru-RU"/>
        </w:rPr>
        <w:t xml:space="preserve"> причин, </w:t>
      </w:r>
      <w:proofErr w:type="spellStart"/>
      <w:r w:rsidRPr="00653D06">
        <w:rPr>
          <w:rFonts w:cs="Times New Roman"/>
          <w:lang w:val="ru-RU"/>
        </w:rPr>
        <w:t>відсторонювати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від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роботи</w:t>
      </w:r>
      <w:proofErr w:type="spellEnd"/>
      <w:r w:rsidRPr="00653D06">
        <w:rPr>
          <w:rFonts w:cs="Times New Roman"/>
          <w:lang w:val="ru-RU"/>
        </w:rPr>
        <w:t xml:space="preserve"> в </w:t>
      </w:r>
      <w:proofErr w:type="spellStart"/>
      <w:r w:rsidRPr="00653D06">
        <w:rPr>
          <w:rFonts w:cs="Times New Roman"/>
          <w:lang w:val="ru-RU"/>
        </w:rPr>
        <w:t>установленому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законодавством</w:t>
      </w:r>
      <w:proofErr w:type="spellEnd"/>
      <w:r w:rsidRPr="00653D06">
        <w:rPr>
          <w:rFonts w:cs="Times New Roman"/>
          <w:lang w:val="ru-RU"/>
        </w:rPr>
        <w:t xml:space="preserve"> порядку. </w:t>
      </w:r>
      <w:proofErr w:type="spellStart"/>
      <w:r w:rsidRPr="00653D06">
        <w:rPr>
          <w:rFonts w:cs="Times New Roman"/>
          <w:lang w:val="ru-RU"/>
        </w:rPr>
        <w:t>Працівників</w:t>
      </w:r>
      <w:proofErr w:type="spellEnd"/>
      <w:r w:rsidRPr="00653D06">
        <w:rPr>
          <w:rFonts w:cs="Times New Roman"/>
          <w:lang w:val="ru-RU"/>
        </w:rPr>
        <w:t xml:space="preserve">, </w:t>
      </w:r>
      <w:proofErr w:type="spellStart"/>
      <w:r w:rsidRPr="00653D06">
        <w:rPr>
          <w:rFonts w:cs="Times New Roman"/>
          <w:lang w:val="ru-RU"/>
        </w:rPr>
        <w:t>яким</w:t>
      </w:r>
      <w:proofErr w:type="spellEnd"/>
      <w:r w:rsidRPr="00653D06">
        <w:rPr>
          <w:rFonts w:cs="Times New Roman"/>
          <w:lang w:val="ru-RU"/>
        </w:rPr>
        <w:t xml:space="preserve"> за </w:t>
      </w:r>
      <w:proofErr w:type="spellStart"/>
      <w:r w:rsidRPr="00653D06">
        <w:rPr>
          <w:rFonts w:cs="Times New Roman"/>
          <w:lang w:val="ru-RU"/>
        </w:rPr>
        <w:t>медичним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висновком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така</w:t>
      </w:r>
      <w:proofErr w:type="spellEnd"/>
      <w:r w:rsidRPr="00653D06">
        <w:rPr>
          <w:rFonts w:cs="Times New Roman"/>
          <w:lang w:val="ru-RU"/>
        </w:rPr>
        <w:t xml:space="preserve"> робота </w:t>
      </w:r>
      <w:proofErr w:type="spellStart"/>
      <w:r w:rsidRPr="00653D06">
        <w:rPr>
          <w:rFonts w:cs="Times New Roman"/>
          <w:lang w:val="ru-RU"/>
        </w:rPr>
        <w:t>протипоказана</w:t>
      </w:r>
      <w:proofErr w:type="spellEnd"/>
      <w:r w:rsidRPr="00653D06">
        <w:rPr>
          <w:rFonts w:cs="Times New Roman"/>
          <w:lang w:val="ru-RU"/>
        </w:rPr>
        <w:t xml:space="preserve"> за станом </w:t>
      </w:r>
      <w:proofErr w:type="spellStart"/>
      <w:r w:rsidRPr="00653D06">
        <w:rPr>
          <w:rFonts w:cs="Times New Roman"/>
          <w:lang w:val="ru-RU"/>
        </w:rPr>
        <w:t>здоров’я</w:t>
      </w:r>
      <w:proofErr w:type="spellEnd"/>
      <w:r w:rsidRPr="00653D06">
        <w:rPr>
          <w:rFonts w:cs="Times New Roman"/>
          <w:lang w:val="ru-RU"/>
        </w:rPr>
        <w:t xml:space="preserve">, до </w:t>
      </w:r>
      <w:proofErr w:type="spellStart"/>
      <w:r w:rsidRPr="00653D06">
        <w:rPr>
          <w:rFonts w:cs="Times New Roman"/>
          <w:lang w:val="ru-RU"/>
        </w:rPr>
        <w:t>роботи</w:t>
      </w:r>
      <w:proofErr w:type="spellEnd"/>
      <w:r w:rsidRPr="00653D06">
        <w:rPr>
          <w:rFonts w:cs="Times New Roman"/>
          <w:lang w:val="ru-RU"/>
        </w:rPr>
        <w:t xml:space="preserve"> не </w:t>
      </w:r>
      <w:proofErr w:type="spellStart"/>
      <w:r w:rsidRPr="00653D06">
        <w:rPr>
          <w:rFonts w:cs="Times New Roman"/>
          <w:lang w:val="ru-RU"/>
        </w:rPr>
        <w:t>допускати</w:t>
      </w:r>
      <w:proofErr w:type="spellEnd"/>
      <w:r w:rsidRPr="00653D06">
        <w:rPr>
          <w:rFonts w:cs="Times New Roman"/>
          <w:lang w:val="ru-RU"/>
        </w:rPr>
        <w:t xml:space="preserve"> та </w:t>
      </w:r>
      <w:proofErr w:type="spellStart"/>
      <w:r w:rsidRPr="00653D06">
        <w:rPr>
          <w:rFonts w:cs="Times New Roman"/>
          <w:lang w:val="ru-RU"/>
        </w:rPr>
        <w:t>пропонувати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їм</w:t>
      </w:r>
      <w:proofErr w:type="spellEnd"/>
      <w:r w:rsidRPr="00653D06">
        <w:rPr>
          <w:rFonts w:cs="Times New Roman"/>
          <w:lang w:val="ru-RU"/>
        </w:rPr>
        <w:t xml:space="preserve"> роботу, яку вони </w:t>
      </w:r>
      <w:proofErr w:type="spellStart"/>
      <w:r w:rsidRPr="00653D06">
        <w:rPr>
          <w:rFonts w:cs="Times New Roman"/>
          <w:lang w:val="ru-RU"/>
        </w:rPr>
        <w:t>можуть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виконувати</w:t>
      </w:r>
      <w:proofErr w:type="spellEnd"/>
      <w:r w:rsidRPr="00653D06">
        <w:rPr>
          <w:rFonts w:cs="Times New Roman"/>
          <w:lang w:val="ru-RU"/>
        </w:rPr>
        <w:t xml:space="preserve">, </w:t>
      </w:r>
      <w:proofErr w:type="spellStart"/>
      <w:r w:rsidRPr="00653D06">
        <w:rPr>
          <w:rFonts w:cs="Times New Roman"/>
          <w:lang w:val="ru-RU"/>
        </w:rPr>
        <w:t>відповідно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gramStart"/>
      <w:r w:rsidRPr="00653D06">
        <w:rPr>
          <w:rFonts w:cs="Times New Roman"/>
          <w:lang w:val="ru-RU"/>
        </w:rPr>
        <w:t>до пункту</w:t>
      </w:r>
      <w:proofErr w:type="gramEnd"/>
      <w:r w:rsidRPr="00653D06">
        <w:rPr>
          <w:rFonts w:cs="Times New Roman"/>
          <w:lang w:val="ru-RU"/>
        </w:rPr>
        <w:t xml:space="preserve"> 19 </w:t>
      </w:r>
      <w:proofErr w:type="spellStart"/>
      <w:r w:rsidRPr="00653D06">
        <w:rPr>
          <w:rFonts w:cs="Times New Roman"/>
          <w:lang w:val="ru-RU"/>
        </w:rPr>
        <w:t>розділу</w:t>
      </w:r>
      <w:proofErr w:type="spellEnd"/>
      <w:r w:rsidRPr="00653D06">
        <w:rPr>
          <w:rFonts w:cs="Times New Roman"/>
          <w:lang w:val="ru-RU"/>
        </w:rPr>
        <w:t xml:space="preserve"> </w:t>
      </w:r>
      <w:r>
        <w:rPr>
          <w:rFonts w:cs="Times New Roman"/>
        </w:rPr>
        <w:t>III</w:t>
      </w:r>
      <w:r w:rsidRPr="00653D06">
        <w:rPr>
          <w:rFonts w:cs="Times New Roman"/>
          <w:lang w:val="ru-RU"/>
        </w:rPr>
        <w:t xml:space="preserve"> Порядку № 1393.</w:t>
      </w:r>
    </w:p>
    <w:p w14:paraId="53B6A210" w14:textId="77777777" w:rsidR="00531018" w:rsidRPr="002A4A38" w:rsidRDefault="00000000">
      <w:pPr>
        <w:spacing w:after="80" w:line="269" w:lineRule="auto"/>
        <w:ind w:left="198" w:hanging="198"/>
        <w:rPr>
          <w:color w:val="000000" w:themeColor="text1"/>
          <w:lang w:val="ru-RU"/>
        </w:rPr>
      </w:pPr>
      <w:r w:rsidRPr="00653D06">
        <w:rPr>
          <w:rFonts w:cs="Times New Roman"/>
          <w:lang w:val="ru-RU"/>
        </w:rPr>
        <w:t xml:space="preserve">6. </w:t>
      </w:r>
      <w:proofErr w:type="spellStart"/>
      <w:r w:rsidRPr="00653D06">
        <w:rPr>
          <w:rFonts w:cs="Times New Roman"/>
          <w:lang w:val="ru-RU"/>
        </w:rPr>
        <w:t>Працівника</w:t>
      </w:r>
      <w:proofErr w:type="spellEnd"/>
      <w:r w:rsidRPr="00653D06">
        <w:rPr>
          <w:rFonts w:cs="Times New Roman"/>
          <w:lang w:val="ru-RU"/>
        </w:rPr>
        <w:t xml:space="preserve">, </w:t>
      </w:r>
      <w:proofErr w:type="spellStart"/>
      <w:r w:rsidRPr="00653D06">
        <w:rPr>
          <w:rFonts w:cs="Times New Roman"/>
          <w:lang w:val="ru-RU"/>
        </w:rPr>
        <w:t>який</w:t>
      </w:r>
      <w:proofErr w:type="spellEnd"/>
      <w:r w:rsidRPr="00653D06">
        <w:rPr>
          <w:rFonts w:cs="Times New Roman"/>
          <w:lang w:val="ru-RU"/>
        </w:rPr>
        <w:t xml:space="preserve"> за станом </w:t>
      </w:r>
      <w:proofErr w:type="spellStart"/>
      <w:r w:rsidRPr="00653D06">
        <w:rPr>
          <w:rFonts w:cs="Times New Roman"/>
          <w:lang w:val="ru-RU"/>
        </w:rPr>
        <w:t>здоров’я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після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проходження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періодичного</w:t>
      </w:r>
      <w:proofErr w:type="spellEnd"/>
      <w:r w:rsidRPr="00653D06">
        <w:rPr>
          <w:rFonts w:cs="Times New Roman"/>
          <w:lang w:val="ru-RU"/>
        </w:rPr>
        <w:t xml:space="preserve"> ОМО </w:t>
      </w:r>
      <w:proofErr w:type="spellStart"/>
      <w:r w:rsidRPr="00653D06">
        <w:rPr>
          <w:rFonts w:cs="Times New Roman"/>
          <w:lang w:val="ru-RU"/>
        </w:rPr>
        <w:t>відповідно</w:t>
      </w:r>
      <w:proofErr w:type="spellEnd"/>
      <w:r w:rsidRPr="00653D06">
        <w:rPr>
          <w:rFonts w:cs="Times New Roman"/>
          <w:lang w:val="ru-RU"/>
        </w:rPr>
        <w:t xml:space="preserve"> до </w:t>
      </w:r>
      <w:proofErr w:type="spellStart"/>
      <w:r w:rsidRPr="00653D06">
        <w:rPr>
          <w:rFonts w:cs="Times New Roman"/>
          <w:lang w:val="ru-RU"/>
        </w:rPr>
        <w:t>медичного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висновку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Комісії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потребує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легшої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роботи</w:t>
      </w:r>
      <w:proofErr w:type="spellEnd"/>
      <w:r w:rsidRPr="00653D06">
        <w:rPr>
          <w:rFonts w:cs="Times New Roman"/>
          <w:lang w:val="ru-RU"/>
        </w:rPr>
        <w:t xml:space="preserve">, </w:t>
      </w:r>
      <w:proofErr w:type="spellStart"/>
      <w:r w:rsidRPr="00653D06">
        <w:rPr>
          <w:rFonts w:cs="Times New Roman"/>
          <w:lang w:val="ru-RU"/>
        </w:rPr>
        <w:t>переводити</w:t>
      </w:r>
      <w:proofErr w:type="spellEnd"/>
      <w:r w:rsidRPr="00653D06">
        <w:rPr>
          <w:rFonts w:cs="Times New Roman"/>
          <w:lang w:val="ru-RU"/>
        </w:rPr>
        <w:t xml:space="preserve"> за </w:t>
      </w:r>
      <w:proofErr w:type="spellStart"/>
      <w:r w:rsidRPr="00653D06">
        <w:rPr>
          <w:rFonts w:cs="Times New Roman"/>
          <w:lang w:val="ru-RU"/>
        </w:rPr>
        <w:t>його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згодою</w:t>
      </w:r>
      <w:proofErr w:type="spellEnd"/>
      <w:r w:rsidRPr="00653D06">
        <w:rPr>
          <w:rFonts w:cs="Times New Roman"/>
          <w:lang w:val="ru-RU"/>
        </w:rPr>
        <w:t xml:space="preserve"> на </w:t>
      </w:r>
      <w:proofErr w:type="spellStart"/>
      <w:r w:rsidRPr="00653D06">
        <w:rPr>
          <w:rFonts w:cs="Times New Roman"/>
          <w:lang w:val="ru-RU"/>
        </w:rPr>
        <w:t>таку</w:t>
      </w:r>
      <w:proofErr w:type="spellEnd"/>
      <w:r w:rsidRPr="00653D06">
        <w:rPr>
          <w:rFonts w:cs="Times New Roman"/>
          <w:lang w:val="ru-RU"/>
        </w:rPr>
        <w:t xml:space="preserve"> роботу </w:t>
      </w:r>
      <w:proofErr w:type="gramStart"/>
      <w:r w:rsidRPr="00653D06">
        <w:rPr>
          <w:rFonts w:cs="Times New Roman"/>
          <w:lang w:val="ru-RU"/>
        </w:rPr>
        <w:t>на строк</w:t>
      </w:r>
      <w:proofErr w:type="gramEnd"/>
      <w:r w:rsidRPr="00653D06">
        <w:rPr>
          <w:rFonts w:cs="Times New Roman"/>
          <w:lang w:val="ru-RU"/>
        </w:rPr>
        <w:t xml:space="preserve">, </w:t>
      </w:r>
      <w:proofErr w:type="spellStart"/>
      <w:r w:rsidRPr="00653D06">
        <w:rPr>
          <w:rFonts w:cs="Times New Roman"/>
          <w:lang w:val="ru-RU"/>
        </w:rPr>
        <w:t>зазначений</w:t>
      </w:r>
      <w:proofErr w:type="spellEnd"/>
      <w:r w:rsidRPr="00653D06">
        <w:rPr>
          <w:rFonts w:cs="Times New Roman"/>
          <w:lang w:val="ru-RU"/>
        </w:rPr>
        <w:t xml:space="preserve"> у </w:t>
      </w:r>
      <w:proofErr w:type="spellStart"/>
      <w:r w:rsidRPr="00653D06">
        <w:rPr>
          <w:rFonts w:cs="Times New Roman"/>
          <w:lang w:val="ru-RU"/>
        </w:rPr>
        <w:t>медичному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висновку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Комісії</w:t>
      </w:r>
      <w:proofErr w:type="spellEnd"/>
      <w:r w:rsidRPr="00653D06">
        <w:rPr>
          <w:rFonts w:cs="Times New Roman"/>
          <w:lang w:val="ru-RU"/>
        </w:rPr>
        <w:t xml:space="preserve">, </w:t>
      </w:r>
      <w:proofErr w:type="spellStart"/>
      <w:r w:rsidRPr="00653D06">
        <w:rPr>
          <w:rFonts w:cs="Times New Roman"/>
          <w:lang w:val="ru-RU"/>
        </w:rPr>
        <w:t>відповідно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gramStart"/>
      <w:r w:rsidRPr="00653D06">
        <w:rPr>
          <w:rFonts w:cs="Times New Roman"/>
          <w:lang w:val="ru-RU"/>
        </w:rPr>
        <w:t>до пункту</w:t>
      </w:r>
      <w:proofErr w:type="gramEnd"/>
      <w:r w:rsidRPr="00653D06">
        <w:rPr>
          <w:rFonts w:cs="Times New Roman"/>
          <w:lang w:val="ru-RU"/>
        </w:rPr>
        <w:t xml:space="preserve"> 18 </w:t>
      </w:r>
      <w:proofErr w:type="spellStart"/>
      <w:r w:rsidRPr="00653D06">
        <w:rPr>
          <w:rFonts w:cs="Times New Roman"/>
          <w:lang w:val="ru-RU"/>
        </w:rPr>
        <w:t>розділу</w:t>
      </w:r>
      <w:proofErr w:type="spellEnd"/>
      <w:r w:rsidRPr="00653D06">
        <w:rPr>
          <w:rFonts w:cs="Times New Roman"/>
          <w:lang w:val="ru-RU"/>
        </w:rPr>
        <w:t xml:space="preserve"> </w:t>
      </w:r>
      <w:r>
        <w:rPr>
          <w:rFonts w:cs="Times New Roman"/>
        </w:rPr>
        <w:t>III</w:t>
      </w:r>
      <w:r w:rsidRPr="00653D06">
        <w:rPr>
          <w:rFonts w:cs="Times New Roman"/>
          <w:lang w:val="ru-RU"/>
        </w:rPr>
        <w:t xml:space="preserve"> Порядку № 1393.</w:t>
      </w:r>
    </w:p>
    <w:p w14:paraId="207414A2" w14:textId="717025F0" w:rsidR="00531018" w:rsidRPr="002A4A38" w:rsidRDefault="00000000">
      <w:pPr>
        <w:spacing w:after="80" w:line="269" w:lineRule="auto"/>
        <w:ind w:left="198" w:hanging="198"/>
        <w:rPr>
          <w:color w:val="000000" w:themeColor="text1"/>
          <w:lang w:val="ru-RU"/>
        </w:rPr>
      </w:pPr>
      <w:r w:rsidRPr="00653D06">
        <w:rPr>
          <w:rFonts w:cs="Times New Roman"/>
          <w:lang w:val="ru-RU"/>
        </w:rPr>
        <w:t xml:space="preserve">7. </w:t>
      </w:r>
      <w:proofErr w:type="spellStart"/>
      <w:r w:rsidRPr="00653D06">
        <w:rPr>
          <w:rFonts w:cs="Times New Roman"/>
          <w:lang w:val="ru-RU"/>
        </w:rPr>
        <w:t>Відповідальній</w:t>
      </w:r>
      <w:proofErr w:type="spellEnd"/>
      <w:r w:rsidRPr="00653D06">
        <w:rPr>
          <w:rFonts w:cs="Times New Roman"/>
          <w:lang w:val="ru-RU"/>
        </w:rPr>
        <w:t xml:space="preserve"> за </w:t>
      </w:r>
      <w:proofErr w:type="spellStart"/>
      <w:r w:rsidRPr="00653D06">
        <w:rPr>
          <w:rFonts w:cs="Times New Roman"/>
          <w:lang w:val="ru-RU"/>
        </w:rPr>
        <w:t>організацію</w:t>
      </w:r>
      <w:proofErr w:type="spellEnd"/>
      <w:r w:rsidRPr="00653D06">
        <w:rPr>
          <w:rFonts w:cs="Times New Roman"/>
          <w:lang w:val="ru-RU"/>
        </w:rPr>
        <w:t xml:space="preserve"> ОМО КОВАЛЕНКО </w:t>
      </w:r>
      <w:proofErr w:type="spellStart"/>
      <w:r w:rsidRPr="00653D06">
        <w:rPr>
          <w:rFonts w:cs="Times New Roman"/>
          <w:lang w:val="ru-RU"/>
        </w:rPr>
        <w:t>Олені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ознайомити</w:t>
      </w:r>
      <w:proofErr w:type="spellEnd"/>
      <w:r w:rsidRPr="00653D06">
        <w:rPr>
          <w:rFonts w:cs="Times New Roman"/>
          <w:lang w:val="ru-RU"/>
        </w:rPr>
        <w:t xml:space="preserve"> з </w:t>
      </w:r>
      <w:proofErr w:type="spellStart"/>
      <w:r w:rsidRPr="00653D06">
        <w:rPr>
          <w:rFonts w:cs="Times New Roman"/>
          <w:lang w:val="ru-RU"/>
        </w:rPr>
        <w:t>цим</w:t>
      </w:r>
      <w:proofErr w:type="spellEnd"/>
      <w:r w:rsidRPr="00653D06">
        <w:rPr>
          <w:rFonts w:cs="Times New Roman"/>
          <w:lang w:val="ru-RU"/>
        </w:rPr>
        <w:t xml:space="preserve"> наказом </w:t>
      </w:r>
      <w:proofErr w:type="spellStart"/>
      <w:r w:rsidRPr="00653D06">
        <w:rPr>
          <w:rFonts w:cs="Times New Roman"/>
          <w:lang w:val="ru-RU"/>
        </w:rPr>
        <w:t>працівників</w:t>
      </w:r>
      <w:proofErr w:type="spellEnd"/>
      <w:r w:rsidRPr="00653D06">
        <w:rPr>
          <w:rFonts w:cs="Times New Roman"/>
          <w:lang w:val="ru-RU"/>
        </w:rPr>
        <w:t xml:space="preserve">, </w:t>
      </w:r>
      <w:proofErr w:type="spellStart"/>
      <w:r w:rsidRPr="00653D06">
        <w:rPr>
          <w:rFonts w:cs="Times New Roman"/>
          <w:lang w:val="ru-RU"/>
        </w:rPr>
        <w:t>яких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він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стосується</w:t>
      </w:r>
      <w:proofErr w:type="spellEnd"/>
      <w:r w:rsidRPr="00653D06">
        <w:rPr>
          <w:rFonts w:cs="Times New Roman"/>
          <w:lang w:val="ru-RU"/>
        </w:rPr>
        <w:t xml:space="preserve">, </w:t>
      </w:r>
      <w:proofErr w:type="gramStart"/>
      <w:r w:rsidRPr="00653D06">
        <w:rPr>
          <w:rFonts w:cs="Times New Roman"/>
          <w:lang w:val="ru-RU"/>
        </w:rPr>
        <w:t>до початку</w:t>
      </w:r>
      <w:proofErr w:type="gram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проходження</w:t>
      </w:r>
      <w:proofErr w:type="spellEnd"/>
      <w:r w:rsidRPr="00653D06">
        <w:rPr>
          <w:rFonts w:cs="Times New Roman"/>
          <w:lang w:val="ru-RU"/>
        </w:rPr>
        <w:t xml:space="preserve"> ОМО.</w:t>
      </w:r>
    </w:p>
    <w:p w14:paraId="0F6CD5E2" w14:textId="77777777" w:rsidR="00531018" w:rsidRPr="002A4A38" w:rsidRDefault="00000000">
      <w:pPr>
        <w:spacing w:before="160" w:after="20" w:line="240" w:lineRule="auto"/>
        <w:rPr>
          <w:color w:val="000000" w:themeColor="text1"/>
          <w:lang w:val="ru-RU"/>
        </w:rPr>
      </w:pPr>
      <w:r w:rsidRPr="00653D06">
        <w:rPr>
          <w:rFonts w:cs="Times New Roman"/>
          <w:lang w:val="ru-RU"/>
        </w:rPr>
        <w:t xml:space="preserve">8. Контроль за </w:t>
      </w:r>
      <w:proofErr w:type="spellStart"/>
      <w:r w:rsidRPr="00653D06">
        <w:rPr>
          <w:rFonts w:cs="Times New Roman"/>
          <w:lang w:val="ru-RU"/>
        </w:rPr>
        <w:t>виконанням</w:t>
      </w:r>
      <w:proofErr w:type="spellEnd"/>
      <w:r w:rsidRPr="00653D06">
        <w:rPr>
          <w:rFonts w:cs="Times New Roman"/>
          <w:lang w:val="ru-RU"/>
        </w:rPr>
        <w:t xml:space="preserve"> </w:t>
      </w:r>
      <w:proofErr w:type="spellStart"/>
      <w:r w:rsidRPr="00653D06">
        <w:rPr>
          <w:rFonts w:cs="Times New Roman"/>
          <w:lang w:val="ru-RU"/>
        </w:rPr>
        <w:t>цього</w:t>
      </w:r>
      <w:proofErr w:type="spellEnd"/>
      <w:r w:rsidRPr="00653D06">
        <w:rPr>
          <w:rFonts w:cs="Times New Roman"/>
          <w:lang w:val="ru-RU"/>
        </w:rPr>
        <w:t xml:space="preserve"> наказу </w:t>
      </w:r>
      <w:proofErr w:type="spellStart"/>
      <w:r w:rsidRPr="00653D06">
        <w:rPr>
          <w:rFonts w:cs="Times New Roman"/>
          <w:lang w:val="ru-RU"/>
        </w:rPr>
        <w:t>залишаю</w:t>
      </w:r>
      <w:proofErr w:type="spellEnd"/>
      <w:r w:rsidRPr="00653D06">
        <w:rPr>
          <w:rFonts w:cs="Times New Roman"/>
          <w:lang w:val="ru-RU"/>
        </w:rPr>
        <w:t xml:space="preserve"> за собою.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75"/>
        <w:gridCol w:w="3175"/>
        <w:gridCol w:w="3175"/>
      </w:tblGrid>
      <w:tr w:rsidR="00531018" w:rsidRPr="002A4A38" w14:paraId="49B71351" w14:textId="77777777" w:rsidTr="00CA6C2E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0485602" w14:textId="77777777" w:rsidR="00531018" w:rsidRPr="002A4A38" w:rsidRDefault="00000000">
            <w:pPr>
              <w:spacing w:after="0" w:line="240" w:lineRule="auto"/>
              <w:rPr>
                <w:color w:val="000000" w:themeColor="text1"/>
              </w:rPr>
            </w:pPr>
            <w:proofErr w:type="spellStart"/>
            <w:r w:rsidRPr="002A4A38">
              <w:rPr>
                <w:rFonts w:eastAsia="Times New Roman" w:cs="Times New Roman"/>
                <w:color w:val="000000" w:themeColor="text1"/>
                <w:sz w:val="20"/>
              </w:rPr>
              <w:t>Директор</w:t>
            </w:r>
            <w:proofErr w:type="spellEnd"/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184553" w14:textId="77777777" w:rsidR="00531018" w:rsidRPr="002A4A38" w:rsidRDefault="00000000">
            <w:pPr>
              <w:spacing w:after="0" w:line="240" w:lineRule="auto"/>
              <w:rPr>
                <w:color w:val="000000" w:themeColor="text1"/>
              </w:rPr>
            </w:pPr>
            <w:r w:rsidRPr="002A4A38">
              <w:rPr>
                <w:rFonts w:eastAsia="Times New Roman" w:cs="Times New Roman"/>
                <w:color w:val="000000" w:themeColor="text1"/>
                <w:sz w:val="20"/>
              </w:rPr>
              <w:t>____________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283647" w14:textId="77777777" w:rsidR="00531018" w:rsidRPr="002A4A38" w:rsidRDefault="00000000">
            <w:pPr>
              <w:spacing w:after="0" w:line="240" w:lineRule="auto"/>
              <w:rPr>
                <w:color w:val="000000" w:themeColor="text1"/>
              </w:rPr>
            </w:pPr>
            <w:proofErr w:type="spellStart"/>
            <w:r w:rsidRPr="002A4A38">
              <w:rPr>
                <w:rFonts w:eastAsia="Times New Roman" w:cs="Times New Roman"/>
                <w:color w:val="000000" w:themeColor="text1"/>
                <w:sz w:val="20"/>
              </w:rPr>
              <w:t>Орест</w:t>
            </w:r>
            <w:proofErr w:type="spellEnd"/>
            <w:r w:rsidRPr="002A4A38">
              <w:rPr>
                <w:rFonts w:eastAsia="Times New Roman" w:cs="Times New Roman"/>
                <w:color w:val="000000" w:themeColor="text1"/>
                <w:sz w:val="20"/>
              </w:rPr>
              <w:t xml:space="preserve"> ХОРОБРИЙ</w:t>
            </w:r>
          </w:p>
        </w:tc>
      </w:tr>
    </w:tbl>
    <w:p w14:paraId="58243C39" w14:textId="77777777" w:rsidR="00DD353B" w:rsidRDefault="00DD353B"/>
    <w:sectPr w:rsidR="00DD353B" w:rsidSect="00034616">
      <w:footerReference w:type="default" r:id="rId8"/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272ED" w14:textId="77777777" w:rsidR="00DD353B" w:rsidRDefault="00DD353B">
      <w:pPr>
        <w:spacing w:after="0" w:line="240" w:lineRule="auto"/>
      </w:pPr>
      <w:r>
        <w:separator/>
      </w:r>
    </w:p>
  </w:endnote>
  <w:endnote w:type="continuationSeparator" w:id="0">
    <w:p w14:paraId="11E3B686" w14:textId="77777777" w:rsidR="00DD353B" w:rsidRDefault="00DD3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03AB4" w14:textId="77777777" w:rsidR="00531018" w:rsidRDefault="0053101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BB1FA" w14:textId="77777777" w:rsidR="00DD353B" w:rsidRDefault="00DD353B">
      <w:pPr>
        <w:spacing w:after="0" w:line="240" w:lineRule="auto"/>
      </w:pPr>
      <w:r>
        <w:separator/>
      </w:r>
    </w:p>
  </w:footnote>
  <w:footnote w:type="continuationSeparator" w:id="0">
    <w:p w14:paraId="3D6646F4" w14:textId="77777777" w:rsidR="00DD353B" w:rsidRDefault="00DD35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8812803">
    <w:abstractNumId w:val="8"/>
  </w:num>
  <w:num w:numId="2" w16cid:durableId="2066642246">
    <w:abstractNumId w:val="6"/>
  </w:num>
  <w:num w:numId="3" w16cid:durableId="699748798">
    <w:abstractNumId w:val="5"/>
  </w:num>
  <w:num w:numId="4" w16cid:durableId="1014766217">
    <w:abstractNumId w:val="4"/>
  </w:num>
  <w:num w:numId="5" w16cid:durableId="189803526">
    <w:abstractNumId w:val="7"/>
  </w:num>
  <w:num w:numId="6" w16cid:durableId="310401651">
    <w:abstractNumId w:val="3"/>
  </w:num>
  <w:num w:numId="7" w16cid:durableId="1538162438">
    <w:abstractNumId w:val="2"/>
  </w:num>
  <w:num w:numId="8" w16cid:durableId="314335797">
    <w:abstractNumId w:val="1"/>
  </w:num>
  <w:num w:numId="9" w16cid:durableId="1064530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4A38"/>
    <w:rsid w:val="00326F90"/>
    <w:rsid w:val="00450C47"/>
    <w:rsid w:val="00531018"/>
    <w:rsid w:val="00653D06"/>
    <w:rsid w:val="00902453"/>
    <w:rsid w:val="00AA1D8D"/>
    <w:rsid w:val="00B30044"/>
    <w:rsid w:val="00B47730"/>
    <w:rsid w:val="00CA6C2E"/>
    <w:rsid w:val="00CB0664"/>
    <w:rsid w:val="00DD353B"/>
    <w:rsid w:val="00DE4073"/>
    <w:rsid w:val="00EA445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075BC"/>
  <w14:defaultImageDpi w14:val="300"/>
  <w15:docId w15:val="{63722DC9-93AE-467A-BEF3-24F0F4537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Debet-Kredit</dc:creator>
  <cp:keywords/>
  <cp:lastModifiedBy>Debet-Kredit</cp:lastModifiedBy>
  <dcterms:created xsi:type="dcterms:W3CDTF">2026-10-23T11:05:00Z</dcterms:created>
  <dcterms:modified xsi:type="dcterms:W3CDTF">2026-10-23T11:05:00Z</dcterms:modified>
  <cp:category/>
</cp:coreProperties>
</file>