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BC0F5F" w14:textId="77777777" w:rsidR="00CE0208" w:rsidRPr="00EB071F" w:rsidRDefault="00BA1946">
      <w:pPr>
        <w:keepNext/>
        <w:jc w:val="center"/>
        <w:rPr>
          <w:lang w:val="ru-RU"/>
        </w:rPr>
      </w:pPr>
      <w:r w:rsidRPr="00EB071F">
        <w:rPr>
          <w:b/>
          <w:lang w:val="ru-RU"/>
        </w:rPr>
        <w:t>ТОВАРИСТВО З ОБМЕЖЕНОЮ ВІДПОВІДАЛЬНІСТЮ «ГАЛКОС»</w:t>
      </w:r>
    </w:p>
    <w:p w14:paraId="7EA6891F" w14:textId="77777777" w:rsidR="00CE0208" w:rsidRDefault="00BA1946">
      <w:pPr>
        <w:keepNext/>
        <w:jc w:val="center"/>
      </w:pPr>
      <w:r>
        <w:t>ТОВ «</w:t>
      </w:r>
      <w:proofErr w:type="spellStart"/>
      <w:r>
        <w:t>Галкос</w:t>
      </w:r>
      <w:proofErr w:type="spellEnd"/>
      <w:r>
        <w:t>»</w:t>
      </w:r>
    </w:p>
    <w:p w14:paraId="55E773C1" w14:textId="77777777" w:rsidR="00CE0208" w:rsidRDefault="00BA1946">
      <w:pPr>
        <w:keepNext/>
        <w:spacing w:after="80"/>
        <w:jc w:val="center"/>
      </w:pPr>
      <w:r>
        <w:rPr>
          <w:sz w:val="22"/>
        </w:rPr>
        <w:t>Код ЄДРПОУ 12345678</w:t>
      </w:r>
    </w:p>
    <w:p w14:paraId="2B5098F1" w14:textId="77777777" w:rsidR="00CE0208" w:rsidRDefault="00BA1946">
      <w:pPr>
        <w:keepNext/>
        <w:spacing w:before="40" w:after="80"/>
        <w:jc w:val="center"/>
      </w:pPr>
      <w:r>
        <w:rPr>
          <w:b/>
          <w:sz w:val="28"/>
        </w:rPr>
        <w:t>АКТ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2948"/>
        <w:gridCol w:w="2948"/>
        <w:gridCol w:w="2948"/>
      </w:tblGrid>
      <w:tr w:rsidR="00CE0208" w14:paraId="02D428F2" w14:textId="77777777">
        <w:trPr>
          <w:jc w:val="center"/>
        </w:trPr>
        <w:tc>
          <w:tcPr>
            <w:tcW w:w="2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08299F" w14:textId="3C152532" w:rsidR="00CE0208" w:rsidRDefault="00BA1946">
            <w:r>
              <w:t>18.</w:t>
            </w:r>
            <w:r w:rsidR="00EB071F">
              <w:rPr>
                <w:lang w:val="uk-UA"/>
              </w:rPr>
              <w:t>10</w:t>
            </w:r>
            <w:r>
              <w:t>.2026</w:t>
            </w:r>
          </w:p>
        </w:tc>
        <w:tc>
          <w:tcPr>
            <w:tcW w:w="2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318AF6" w14:textId="77777777" w:rsidR="00CE0208" w:rsidRDefault="00BA1946">
            <w:pPr>
              <w:jc w:val="center"/>
            </w:pPr>
            <w:r>
              <w:t>Київ</w:t>
            </w:r>
          </w:p>
        </w:tc>
        <w:tc>
          <w:tcPr>
            <w:tcW w:w="2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ACBCCF" w14:textId="77777777" w:rsidR="00CE0208" w:rsidRDefault="00BA1946">
            <w:pPr>
              <w:jc w:val="right"/>
            </w:pPr>
            <w:r>
              <w:t>№ 11</w:t>
            </w:r>
          </w:p>
        </w:tc>
      </w:tr>
    </w:tbl>
    <w:p w14:paraId="203373EE" w14:textId="77777777" w:rsidR="00CE0208" w:rsidRPr="00EB071F" w:rsidRDefault="00BA1946">
      <w:pPr>
        <w:keepNext/>
        <w:spacing w:before="200" w:after="160"/>
        <w:rPr>
          <w:lang w:val="ru-RU"/>
        </w:rPr>
      </w:pPr>
      <w:r w:rsidRPr="00EB071F">
        <w:rPr>
          <w:b/>
          <w:lang w:val="ru-RU"/>
        </w:rPr>
        <w:t xml:space="preserve">Про </w:t>
      </w:r>
      <w:proofErr w:type="spellStart"/>
      <w:r w:rsidRPr="00EB071F">
        <w:rPr>
          <w:b/>
          <w:lang w:val="ru-RU"/>
        </w:rPr>
        <w:t>відсутність</w:t>
      </w:r>
      <w:proofErr w:type="spellEnd"/>
      <w:r w:rsidRPr="00EB071F">
        <w:rPr>
          <w:b/>
          <w:lang w:val="ru-RU"/>
        </w:rPr>
        <w:t xml:space="preserve"> на </w:t>
      </w:r>
      <w:proofErr w:type="spellStart"/>
      <w:r w:rsidRPr="00EB071F">
        <w:rPr>
          <w:b/>
          <w:lang w:val="ru-RU"/>
        </w:rPr>
        <w:t>роботі</w:t>
      </w:r>
      <w:proofErr w:type="spellEnd"/>
      <w:r w:rsidRPr="00EB071F">
        <w:rPr>
          <w:b/>
          <w:lang w:val="ru-RU"/>
        </w:rPr>
        <w:t xml:space="preserve"> та </w:t>
      </w:r>
      <w:proofErr w:type="spellStart"/>
      <w:r w:rsidRPr="00EB071F">
        <w:rPr>
          <w:b/>
          <w:lang w:val="ru-RU"/>
        </w:rPr>
        <w:t>інформації</w:t>
      </w:r>
      <w:proofErr w:type="spellEnd"/>
      <w:r w:rsidRPr="00EB071F">
        <w:rPr>
          <w:b/>
          <w:lang w:val="ru-RU"/>
        </w:rPr>
        <w:t xml:space="preserve"> про причини </w:t>
      </w:r>
      <w:proofErr w:type="spellStart"/>
      <w:r w:rsidRPr="00EB071F">
        <w:rPr>
          <w:b/>
          <w:lang w:val="ru-RU"/>
        </w:rPr>
        <w:t>такої</w:t>
      </w:r>
      <w:proofErr w:type="spellEnd"/>
      <w:r w:rsidRPr="00EB071F">
        <w:rPr>
          <w:b/>
          <w:lang w:val="ru-RU"/>
        </w:rPr>
        <w:t xml:space="preserve"> </w:t>
      </w:r>
      <w:proofErr w:type="spellStart"/>
      <w:r w:rsidRPr="00EB071F">
        <w:rPr>
          <w:b/>
          <w:lang w:val="ru-RU"/>
        </w:rPr>
        <w:t>відсутності</w:t>
      </w:r>
      <w:proofErr w:type="spellEnd"/>
    </w:p>
    <w:p w14:paraId="70F324C9" w14:textId="77777777" w:rsidR="00CE0208" w:rsidRPr="00EB071F" w:rsidRDefault="00BA1946">
      <w:pPr>
        <w:ind w:firstLine="709"/>
        <w:rPr>
          <w:lang w:val="ru-RU"/>
        </w:rPr>
      </w:pPr>
      <w:r w:rsidRPr="00EB071F">
        <w:rPr>
          <w:lang w:val="ru-RU"/>
        </w:rPr>
        <w:t xml:space="preserve">Ми, </w:t>
      </w:r>
      <w:proofErr w:type="spellStart"/>
      <w:r w:rsidRPr="00EB071F">
        <w:rPr>
          <w:lang w:val="ru-RU"/>
        </w:rPr>
        <w:t>що</w:t>
      </w:r>
      <w:proofErr w:type="spellEnd"/>
      <w:r w:rsidRPr="00EB071F">
        <w:rPr>
          <w:lang w:val="ru-RU"/>
        </w:rPr>
        <w:t xml:space="preserve"> </w:t>
      </w:r>
      <w:proofErr w:type="spellStart"/>
      <w:r w:rsidRPr="00EB071F">
        <w:rPr>
          <w:lang w:val="ru-RU"/>
        </w:rPr>
        <w:t>нижче</w:t>
      </w:r>
      <w:proofErr w:type="spellEnd"/>
      <w:r w:rsidRPr="00EB071F">
        <w:rPr>
          <w:lang w:val="ru-RU"/>
        </w:rPr>
        <w:t xml:space="preserve"> </w:t>
      </w:r>
      <w:proofErr w:type="spellStart"/>
      <w:r w:rsidRPr="00EB071F">
        <w:rPr>
          <w:lang w:val="ru-RU"/>
        </w:rPr>
        <w:t>підписалися</w:t>
      </w:r>
      <w:proofErr w:type="spellEnd"/>
      <w:r w:rsidRPr="00EB071F">
        <w:rPr>
          <w:lang w:val="ru-RU"/>
        </w:rPr>
        <w:t xml:space="preserve">: начальник </w:t>
      </w:r>
      <w:proofErr w:type="spellStart"/>
      <w:r w:rsidRPr="00EB071F">
        <w:rPr>
          <w:lang w:val="ru-RU"/>
        </w:rPr>
        <w:t>відділу</w:t>
      </w:r>
      <w:proofErr w:type="spellEnd"/>
      <w:r w:rsidRPr="00EB071F">
        <w:rPr>
          <w:lang w:val="ru-RU"/>
        </w:rPr>
        <w:t xml:space="preserve"> </w:t>
      </w:r>
      <w:proofErr w:type="spellStart"/>
      <w:r w:rsidRPr="00EB071F">
        <w:rPr>
          <w:lang w:val="ru-RU"/>
        </w:rPr>
        <w:t>кадрів</w:t>
      </w:r>
      <w:proofErr w:type="spellEnd"/>
      <w:r w:rsidRPr="00EB071F">
        <w:rPr>
          <w:lang w:val="ru-RU"/>
        </w:rPr>
        <w:t xml:space="preserve"> </w:t>
      </w:r>
      <w:proofErr w:type="spellStart"/>
      <w:r w:rsidRPr="00EB071F">
        <w:rPr>
          <w:lang w:val="ru-RU"/>
        </w:rPr>
        <w:t>Олена</w:t>
      </w:r>
      <w:proofErr w:type="spellEnd"/>
      <w:r w:rsidRPr="00EB071F">
        <w:rPr>
          <w:lang w:val="ru-RU"/>
        </w:rPr>
        <w:t xml:space="preserve"> ТКАЧЕНКО, </w:t>
      </w:r>
      <w:proofErr w:type="spellStart"/>
      <w:r w:rsidRPr="00EB071F">
        <w:rPr>
          <w:lang w:val="ru-RU"/>
        </w:rPr>
        <w:t>керівник</w:t>
      </w:r>
      <w:proofErr w:type="spellEnd"/>
      <w:r w:rsidRPr="00EB071F">
        <w:rPr>
          <w:lang w:val="ru-RU"/>
        </w:rPr>
        <w:t xml:space="preserve"> Контакт-центру Тарас РОМАНЕНКО та юрисконсульт </w:t>
      </w:r>
      <w:proofErr w:type="spellStart"/>
      <w:r w:rsidRPr="00EB071F">
        <w:rPr>
          <w:lang w:val="ru-RU"/>
        </w:rPr>
        <w:t>Дмитро</w:t>
      </w:r>
      <w:proofErr w:type="spellEnd"/>
      <w:r w:rsidRPr="00EB071F">
        <w:rPr>
          <w:lang w:val="ru-RU"/>
        </w:rPr>
        <w:t xml:space="preserve"> БІЛИК, </w:t>
      </w:r>
      <w:proofErr w:type="spellStart"/>
      <w:r w:rsidRPr="00EB071F">
        <w:rPr>
          <w:lang w:val="ru-RU"/>
        </w:rPr>
        <w:t>склали</w:t>
      </w:r>
      <w:proofErr w:type="spellEnd"/>
      <w:r w:rsidRPr="00EB071F">
        <w:rPr>
          <w:lang w:val="ru-RU"/>
        </w:rPr>
        <w:t xml:space="preserve"> </w:t>
      </w:r>
      <w:proofErr w:type="spellStart"/>
      <w:r w:rsidRPr="00EB071F">
        <w:rPr>
          <w:lang w:val="ru-RU"/>
        </w:rPr>
        <w:t>цей</w:t>
      </w:r>
      <w:proofErr w:type="spellEnd"/>
      <w:r w:rsidRPr="00EB071F">
        <w:rPr>
          <w:lang w:val="ru-RU"/>
        </w:rPr>
        <w:t xml:space="preserve"> акт про </w:t>
      </w:r>
      <w:proofErr w:type="spellStart"/>
      <w:r w:rsidRPr="00EB071F">
        <w:rPr>
          <w:lang w:val="ru-RU"/>
        </w:rPr>
        <w:t>таке</w:t>
      </w:r>
      <w:proofErr w:type="spellEnd"/>
      <w:r w:rsidRPr="00EB071F">
        <w:rPr>
          <w:lang w:val="ru-RU"/>
        </w:rPr>
        <w:t>.</w:t>
      </w:r>
    </w:p>
    <w:p w14:paraId="3AD7341F" w14:textId="1F85F164" w:rsidR="00CE0208" w:rsidRPr="00EB071F" w:rsidRDefault="00BA1946">
      <w:pPr>
        <w:spacing w:before="80"/>
        <w:ind w:firstLine="709"/>
        <w:rPr>
          <w:lang w:val="ru-RU"/>
        </w:rPr>
      </w:pPr>
      <w:r w:rsidRPr="00EB071F">
        <w:rPr>
          <w:lang w:val="ru-RU"/>
        </w:rPr>
        <w:t>18.</w:t>
      </w:r>
      <w:r w:rsidR="00EB071F">
        <w:rPr>
          <w:lang w:val="ru-RU"/>
        </w:rPr>
        <w:t>10</w:t>
      </w:r>
      <w:r w:rsidRPr="00EB071F">
        <w:rPr>
          <w:lang w:val="ru-RU"/>
        </w:rPr>
        <w:t xml:space="preserve">.2026 оператор </w:t>
      </w:r>
      <w:proofErr w:type="spellStart"/>
      <w:r w:rsidRPr="00EB071F">
        <w:rPr>
          <w:lang w:val="ru-RU"/>
        </w:rPr>
        <w:t>електронно-комунікаційних</w:t>
      </w:r>
      <w:proofErr w:type="spellEnd"/>
      <w:r w:rsidRPr="00EB071F">
        <w:rPr>
          <w:lang w:val="ru-RU"/>
        </w:rPr>
        <w:t xml:space="preserve"> </w:t>
      </w:r>
      <w:proofErr w:type="spellStart"/>
      <w:r w:rsidRPr="00EB071F">
        <w:rPr>
          <w:lang w:val="ru-RU"/>
        </w:rPr>
        <w:t>послуг</w:t>
      </w:r>
      <w:proofErr w:type="spellEnd"/>
      <w:r w:rsidRPr="00EB071F">
        <w:rPr>
          <w:lang w:val="ru-RU"/>
        </w:rPr>
        <w:t xml:space="preserve"> Контакт-центру ЛЕВЧЕНКО Максим Олегович </w:t>
      </w:r>
      <w:proofErr w:type="spellStart"/>
      <w:r w:rsidRPr="00EB071F">
        <w:rPr>
          <w:lang w:val="ru-RU"/>
        </w:rPr>
        <w:t>був</w:t>
      </w:r>
      <w:proofErr w:type="spellEnd"/>
      <w:r w:rsidRPr="00EB071F">
        <w:rPr>
          <w:lang w:val="ru-RU"/>
        </w:rPr>
        <w:t xml:space="preserve"> </w:t>
      </w:r>
      <w:proofErr w:type="spellStart"/>
      <w:r w:rsidRPr="00EB071F">
        <w:rPr>
          <w:lang w:val="ru-RU"/>
        </w:rPr>
        <w:t>відсутній</w:t>
      </w:r>
      <w:proofErr w:type="spellEnd"/>
      <w:r w:rsidRPr="00EB071F">
        <w:rPr>
          <w:lang w:val="ru-RU"/>
        </w:rPr>
        <w:t xml:space="preserve"> на </w:t>
      </w:r>
      <w:proofErr w:type="spellStart"/>
      <w:r w:rsidRPr="00EB071F">
        <w:rPr>
          <w:lang w:val="ru-RU"/>
        </w:rPr>
        <w:t>роботі</w:t>
      </w:r>
      <w:proofErr w:type="spellEnd"/>
      <w:r w:rsidRPr="00EB071F">
        <w:rPr>
          <w:lang w:val="ru-RU"/>
        </w:rPr>
        <w:t xml:space="preserve"> </w:t>
      </w:r>
      <w:proofErr w:type="spellStart"/>
      <w:r w:rsidRPr="00EB071F">
        <w:rPr>
          <w:lang w:val="ru-RU"/>
        </w:rPr>
        <w:t>протягом</w:t>
      </w:r>
      <w:proofErr w:type="spellEnd"/>
      <w:r w:rsidRPr="00EB071F">
        <w:rPr>
          <w:lang w:val="ru-RU"/>
        </w:rPr>
        <w:t xml:space="preserve"> </w:t>
      </w:r>
      <w:proofErr w:type="spellStart"/>
      <w:r w:rsidRPr="00EB071F">
        <w:rPr>
          <w:lang w:val="ru-RU"/>
        </w:rPr>
        <w:t>усього</w:t>
      </w:r>
      <w:proofErr w:type="spellEnd"/>
      <w:r w:rsidRPr="00EB071F">
        <w:rPr>
          <w:lang w:val="ru-RU"/>
        </w:rPr>
        <w:t xml:space="preserve"> </w:t>
      </w:r>
      <w:proofErr w:type="spellStart"/>
      <w:r w:rsidRPr="00EB071F">
        <w:rPr>
          <w:lang w:val="ru-RU"/>
        </w:rPr>
        <w:t>встановленого</w:t>
      </w:r>
      <w:proofErr w:type="spellEnd"/>
      <w:r w:rsidRPr="00EB071F">
        <w:rPr>
          <w:lang w:val="ru-RU"/>
        </w:rPr>
        <w:t xml:space="preserve"> для </w:t>
      </w:r>
      <w:proofErr w:type="spellStart"/>
      <w:r w:rsidRPr="00EB071F">
        <w:rPr>
          <w:lang w:val="ru-RU"/>
        </w:rPr>
        <w:t>нього</w:t>
      </w:r>
      <w:proofErr w:type="spellEnd"/>
      <w:r w:rsidRPr="00EB071F">
        <w:rPr>
          <w:lang w:val="ru-RU"/>
        </w:rPr>
        <w:t xml:space="preserve"> </w:t>
      </w:r>
      <w:proofErr w:type="spellStart"/>
      <w:r w:rsidRPr="00EB071F">
        <w:rPr>
          <w:lang w:val="ru-RU"/>
        </w:rPr>
        <w:t>робочого</w:t>
      </w:r>
      <w:proofErr w:type="spellEnd"/>
      <w:r w:rsidRPr="00EB071F">
        <w:rPr>
          <w:lang w:val="ru-RU"/>
        </w:rPr>
        <w:t xml:space="preserve"> дня — з 09:00 до 18:00.</w:t>
      </w:r>
      <w:r w:rsidR="000605CC">
        <w:rPr>
          <w:lang w:val="ru-RU"/>
        </w:rPr>
        <w:t xml:space="preserve"> </w:t>
      </w:r>
    </w:p>
    <w:p w14:paraId="6CF761E6" w14:textId="77777777" w:rsidR="00CE0208" w:rsidRPr="00EB071F" w:rsidRDefault="00BA1946">
      <w:pPr>
        <w:spacing w:before="80"/>
        <w:ind w:firstLine="709"/>
        <w:rPr>
          <w:lang w:val="ru-RU"/>
        </w:rPr>
      </w:pPr>
      <w:r w:rsidRPr="00EB071F">
        <w:rPr>
          <w:lang w:val="ru-RU"/>
        </w:rPr>
        <w:t xml:space="preserve">Для </w:t>
      </w:r>
      <w:proofErr w:type="spellStart"/>
      <w:r w:rsidRPr="00EB071F">
        <w:rPr>
          <w:lang w:val="ru-RU"/>
        </w:rPr>
        <w:t>з’ясування</w:t>
      </w:r>
      <w:proofErr w:type="spellEnd"/>
      <w:r w:rsidRPr="00EB071F">
        <w:rPr>
          <w:lang w:val="ru-RU"/>
        </w:rPr>
        <w:t xml:space="preserve"> причин </w:t>
      </w:r>
      <w:proofErr w:type="spellStart"/>
      <w:r w:rsidRPr="00EB071F">
        <w:rPr>
          <w:lang w:val="ru-RU"/>
        </w:rPr>
        <w:t>відсутності</w:t>
      </w:r>
      <w:proofErr w:type="spellEnd"/>
      <w:r w:rsidRPr="00EB071F">
        <w:rPr>
          <w:lang w:val="ru-RU"/>
        </w:rPr>
        <w:t xml:space="preserve"> на номер телефону +380 50 345 67 89 </w:t>
      </w:r>
      <w:proofErr w:type="spellStart"/>
      <w:r w:rsidRPr="00EB071F">
        <w:rPr>
          <w:lang w:val="ru-RU"/>
        </w:rPr>
        <w:t>здійснено</w:t>
      </w:r>
      <w:proofErr w:type="spellEnd"/>
      <w:r w:rsidRPr="00EB071F">
        <w:rPr>
          <w:lang w:val="ru-RU"/>
        </w:rPr>
        <w:t xml:space="preserve"> </w:t>
      </w:r>
      <w:proofErr w:type="spellStart"/>
      <w:r w:rsidRPr="00EB071F">
        <w:rPr>
          <w:lang w:val="ru-RU"/>
        </w:rPr>
        <w:t>дзвінки</w:t>
      </w:r>
      <w:proofErr w:type="spellEnd"/>
      <w:r w:rsidRPr="00EB071F">
        <w:rPr>
          <w:lang w:val="ru-RU"/>
        </w:rPr>
        <w:t xml:space="preserve"> о 09:15, 12:30 та 16:45. </w:t>
      </w:r>
      <w:proofErr w:type="spellStart"/>
      <w:r w:rsidRPr="00EB071F">
        <w:rPr>
          <w:lang w:val="ru-RU"/>
        </w:rPr>
        <w:t>Працівник</w:t>
      </w:r>
      <w:proofErr w:type="spellEnd"/>
      <w:r w:rsidRPr="00EB071F">
        <w:rPr>
          <w:lang w:val="ru-RU"/>
        </w:rPr>
        <w:t xml:space="preserve"> на </w:t>
      </w:r>
      <w:proofErr w:type="spellStart"/>
      <w:r w:rsidRPr="00EB071F">
        <w:rPr>
          <w:lang w:val="ru-RU"/>
        </w:rPr>
        <w:t>дзвінки</w:t>
      </w:r>
      <w:proofErr w:type="spellEnd"/>
      <w:r w:rsidRPr="00EB071F">
        <w:rPr>
          <w:lang w:val="ru-RU"/>
        </w:rPr>
        <w:t xml:space="preserve"> не </w:t>
      </w:r>
      <w:proofErr w:type="spellStart"/>
      <w:r w:rsidRPr="00EB071F">
        <w:rPr>
          <w:lang w:val="ru-RU"/>
        </w:rPr>
        <w:t>відповів</w:t>
      </w:r>
      <w:proofErr w:type="spellEnd"/>
      <w:r w:rsidRPr="00EB071F">
        <w:rPr>
          <w:lang w:val="ru-RU"/>
        </w:rPr>
        <w:t xml:space="preserve">. </w:t>
      </w:r>
      <w:proofErr w:type="spellStart"/>
      <w:r w:rsidRPr="00EB071F">
        <w:rPr>
          <w:lang w:val="ru-RU"/>
        </w:rPr>
        <w:t>Повідомлень</w:t>
      </w:r>
      <w:proofErr w:type="spellEnd"/>
      <w:r w:rsidRPr="00EB071F">
        <w:rPr>
          <w:lang w:val="ru-RU"/>
        </w:rPr>
        <w:t xml:space="preserve"> </w:t>
      </w:r>
      <w:proofErr w:type="spellStart"/>
      <w:r w:rsidRPr="00EB071F">
        <w:rPr>
          <w:lang w:val="ru-RU"/>
        </w:rPr>
        <w:t>від</w:t>
      </w:r>
      <w:proofErr w:type="spellEnd"/>
      <w:r w:rsidRPr="00EB071F">
        <w:rPr>
          <w:lang w:val="ru-RU"/>
        </w:rPr>
        <w:t xml:space="preserve"> </w:t>
      </w:r>
      <w:proofErr w:type="spellStart"/>
      <w:r w:rsidRPr="00EB071F">
        <w:rPr>
          <w:lang w:val="ru-RU"/>
        </w:rPr>
        <w:t>працівника</w:t>
      </w:r>
      <w:proofErr w:type="spellEnd"/>
      <w:r w:rsidRPr="00EB071F">
        <w:rPr>
          <w:lang w:val="ru-RU"/>
        </w:rPr>
        <w:t xml:space="preserve"> про причини </w:t>
      </w:r>
      <w:proofErr w:type="spellStart"/>
      <w:r w:rsidRPr="00EB071F">
        <w:rPr>
          <w:lang w:val="ru-RU"/>
        </w:rPr>
        <w:t>відсутності</w:t>
      </w:r>
      <w:proofErr w:type="spellEnd"/>
      <w:r w:rsidRPr="00EB071F">
        <w:rPr>
          <w:lang w:val="ru-RU"/>
        </w:rPr>
        <w:t xml:space="preserve"> станом на 18:00 </w:t>
      </w:r>
      <w:proofErr w:type="spellStart"/>
      <w:r w:rsidRPr="00EB071F">
        <w:rPr>
          <w:lang w:val="ru-RU"/>
        </w:rPr>
        <w:t>роботодавець</w:t>
      </w:r>
      <w:proofErr w:type="spellEnd"/>
      <w:r w:rsidRPr="00EB071F">
        <w:rPr>
          <w:lang w:val="ru-RU"/>
        </w:rPr>
        <w:t xml:space="preserve"> не </w:t>
      </w:r>
      <w:proofErr w:type="spellStart"/>
      <w:r w:rsidRPr="00EB071F">
        <w:rPr>
          <w:lang w:val="ru-RU"/>
        </w:rPr>
        <w:t>отримав</w:t>
      </w:r>
      <w:proofErr w:type="spellEnd"/>
      <w:r w:rsidRPr="00EB071F">
        <w:rPr>
          <w:lang w:val="ru-RU"/>
        </w:rPr>
        <w:t>.</w:t>
      </w:r>
    </w:p>
    <w:p w14:paraId="6973B02F" w14:textId="77777777" w:rsidR="00CE0208" w:rsidRPr="00EB071F" w:rsidRDefault="00BA1946">
      <w:pPr>
        <w:spacing w:before="80"/>
        <w:ind w:firstLine="709"/>
        <w:rPr>
          <w:lang w:val="ru-RU"/>
        </w:rPr>
      </w:pPr>
      <w:proofErr w:type="spellStart"/>
      <w:r w:rsidRPr="00EB071F">
        <w:rPr>
          <w:lang w:val="ru-RU"/>
        </w:rPr>
        <w:t>Цей</w:t>
      </w:r>
      <w:proofErr w:type="spellEnd"/>
      <w:r w:rsidRPr="00EB071F">
        <w:rPr>
          <w:lang w:val="ru-RU"/>
        </w:rPr>
        <w:t xml:space="preserve"> акт </w:t>
      </w:r>
      <w:proofErr w:type="spellStart"/>
      <w:r w:rsidRPr="00EB071F">
        <w:rPr>
          <w:lang w:val="ru-RU"/>
        </w:rPr>
        <w:t>засвідчує</w:t>
      </w:r>
      <w:proofErr w:type="spellEnd"/>
      <w:r w:rsidRPr="00EB071F">
        <w:rPr>
          <w:lang w:val="ru-RU"/>
        </w:rPr>
        <w:t xml:space="preserve"> </w:t>
      </w:r>
      <w:proofErr w:type="spellStart"/>
      <w:r w:rsidRPr="00EB071F">
        <w:rPr>
          <w:lang w:val="ru-RU"/>
        </w:rPr>
        <w:t>лише</w:t>
      </w:r>
      <w:proofErr w:type="spellEnd"/>
      <w:r w:rsidRPr="00EB071F">
        <w:rPr>
          <w:lang w:val="ru-RU"/>
        </w:rPr>
        <w:t xml:space="preserve"> </w:t>
      </w:r>
      <w:proofErr w:type="spellStart"/>
      <w:r w:rsidRPr="00EB071F">
        <w:rPr>
          <w:lang w:val="ru-RU"/>
        </w:rPr>
        <w:t>встановлені</w:t>
      </w:r>
      <w:proofErr w:type="spellEnd"/>
      <w:r w:rsidRPr="00EB071F">
        <w:rPr>
          <w:lang w:val="ru-RU"/>
        </w:rPr>
        <w:t xml:space="preserve"> </w:t>
      </w:r>
      <w:proofErr w:type="spellStart"/>
      <w:r w:rsidRPr="00EB071F">
        <w:rPr>
          <w:lang w:val="ru-RU"/>
        </w:rPr>
        <w:t>фактичні</w:t>
      </w:r>
      <w:proofErr w:type="spellEnd"/>
      <w:r w:rsidRPr="00EB071F">
        <w:rPr>
          <w:lang w:val="ru-RU"/>
        </w:rPr>
        <w:t xml:space="preserve"> </w:t>
      </w:r>
      <w:proofErr w:type="spellStart"/>
      <w:r w:rsidRPr="00EB071F">
        <w:rPr>
          <w:lang w:val="ru-RU"/>
        </w:rPr>
        <w:t>обставини</w:t>
      </w:r>
      <w:proofErr w:type="spellEnd"/>
      <w:r w:rsidRPr="00EB071F">
        <w:rPr>
          <w:lang w:val="ru-RU"/>
        </w:rPr>
        <w:t xml:space="preserve"> </w:t>
      </w:r>
      <w:proofErr w:type="spellStart"/>
      <w:r w:rsidRPr="00EB071F">
        <w:rPr>
          <w:lang w:val="ru-RU"/>
        </w:rPr>
        <w:t>відсутності</w:t>
      </w:r>
      <w:proofErr w:type="spellEnd"/>
      <w:r w:rsidRPr="00EB071F">
        <w:rPr>
          <w:lang w:val="ru-RU"/>
        </w:rPr>
        <w:t xml:space="preserve"> </w:t>
      </w:r>
      <w:proofErr w:type="spellStart"/>
      <w:r w:rsidRPr="00EB071F">
        <w:rPr>
          <w:lang w:val="ru-RU"/>
        </w:rPr>
        <w:t>працівника</w:t>
      </w:r>
      <w:proofErr w:type="spellEnd"/>
      <w:r w:rsidRPr="00EB071F">
        <w:rPr>
          <w:lang w:val="ru-RU"/>
        </w:rPr>
        <w:t xml:space="preserve"> та </w:t>
      </w:r>
      <w:proofErr w:type="spellStart"/>
      <w:r w:rsidRPr="00EB071F">
        <w:rPr>
          <w:lang w:val="ru-RU"/>
        </w:rPr>
        <w:t>відсутність</w:t>
      </w:r>
      <w:proofErr w:type="spellEnd"/>
      <w:r w:rsidRPr="00EB071F">
        <w:rPr>
          <w:lang w:val="ru-RU"/>
        </w:rPr>
        <w:t xml:space="preserve"> </w:t>
      </w:r>
      <w:proofErr w:type="spellStart"/>
      <w:r w:rsidRPr="00EB071F">
        <w:rPr>
          <w:lang w:val="ru-RU"/>
        </w:rPr>
        <w:t>інформації</w:t>
      </w:r>
      <w:proofErr w:type="spellEnd"/>
      <w:r w:rsidRPr="00EB071F">
        <w:rPr>
          <w:lang w:val="ru-RU"/>
        </w:rPr>
        <w:t xml:space="preserve"> про </w:t>
      </w:r>
      <w:proofErr w:type="spellStart"/>
      <w:r w:rsidRPr="00EB071F">
        <w:rPr>
          <w:lang w:val="ru-RU"/>
        </w:rPr>
        <w:t>її</w:t>
      </w:r>
      <w:proofErr w:type="spellEnd"/>
      <w:r w:rsidRPr="00EB071F">
        <w:rPr>
          <w:lang w:val="ru-RU"/>
        </w:rPr>
        <w:t xml:space="preserve"> причини на момент </w:t>
      </w:r>
      <w:proofErr w:type="spellStart"/>
      <w:r w:rsidRPr="00EB071F">
        <w:rPr>
          <w:lang w:val="ru-RU"/>
        </w:rPr>
        <w:t>складення</w:t>
      </w:r>
      <w:proofErr w:type="spellEnd"/>
      <w:r w:rsidRPr="00EB071F">
        <w:rPr>
          <w:lang w:val="ru-RU"/>
        </w:rPr>
        <w:t xml:space="preserve"> акта.</w:t>
      </w:r>
    </w:p>
    <w:p w14:paraId="163AF031" w14:textId="77777777" w:rsidR="00CE0208" w:rsidRPr="00EB071F" w:rsidRDefault="00BA1946">
      <w:pPr>
        <w:tabs>
          <w:tab w:val="left" w:pos="4762"/>
          <w:tab w:val="left" w:pos="7030"/>
        </w:tabs>
        <w:spacing w:before="140"/>
        <w:rPr>
          <w:lang w:val="ru-RU"/>
        </w:rPr>
      </w:pPr>
      <w:r w:rsidRPr="00EB071F">
        <w:rPr>
          <w:sz w:val="22"/>
          <w:lang w:val="ru-RU"/>
        </w:rPr>
        <w:t xml:space="preserve">Начальник </w:t>
      </w:r>
      <w:proofErr w:type="spellStart"/>
      <w:r w:rsidRPr="00EB071F">
        <w:rPr>
          <w:sz w:val="22"/>
          <w:lang w:val="ru-RU"/>
        </w:rPr>
        <w:t>відділу</w:t>
      </w:r>
      <w:proofErr w:type="spellEnd"/>
      <w:r w:rsidRPr="00EB071F">
        <w:rPr>
          <w:sz w:val="22"/>
          <w:lang w:val="ru-RU"/>
        </w:rPr>
        <w:t xml:space="preserve"> </w:t>
      </w:r>
      <w:proofErr w:type="spellStart"/>
      <w:r w:rsidRPr="00EB071F">
        <w:rPr>
          <w:sz w:val="22"/>
          <w:lang w:val="ru-RU"/>
        </w:rPr>
        <w:t>кадрів</w:t>
      </w:r>
      <w:proofErr w:type="spellEnd"/>
      <w:r w:rsidRPr="00EB071F">
        <w:rPr>
          <w:sz w:val="22"/>
          <w:lang w:val="ru-RU"/>
        </w:rPr>
        <w:tab/>
        <w:t>______________</w:t>
      </w:r>
      <w:r w:rsidRPr="00EB071F">
        <w:rPr>
          <w:sz w:val="22"/>
          <w:lang w:val="ru-RU"/>
        </w:rPr>
        <w:tab/>
      </w:r>
      <w:proofErr w:type="spellStart"/>
      <w:r w:rsidRPr="00EB071F">
        <w:rPr>
          <w:sz w:val="22"/>
          <w:lang w:val="ru-RU"/>
        </w:rPr>
        <w:t>Олена</w:t>
      </w:r>
      <w:proofErr w:type="spellEnd"/>
      <w:r w:rsidRPr="00EB071F">
        <w:rPr>
          <w:sz w:val="22"/>
          <w:lang w:val="ru-RU"/>
        </w:rPr>
        <w:t xml:space="preserve"> ТКАЧЕНКО</w:t>
      </w:r>
    </w:p>
    <w:p w14:paraId="6E1D379A" w14:textId="77777777" w:rsidR="00CE0208" w:rsidRPr="00EB071F" w:rsidRDefault="00BA1946">
      <w:pPr>
        <w:tabs>
          <w:tab w:val="left" w:pos="4762"/>
          <w:tab w:val="left" w:pos="7030"/>
        </w:tabs>
        <w:spacing w:before="140"/>
        <w:rPr>
          <w:lang w:val="ru-RU"/>
        </w:rPr>
      </w:pPr>
      <w:proofErr w:type="spellStart"/>
      <w:r w:rsidRPr="00EB071F">
        <w:rPr>
          <w:sz w:val="22"/>
          <w:lang w:val="ru-RU"/>
        </w:rPr>
        <w:t>Керівник</w:t>
      </w:r>
      <w:proofErr w:type="spellEnd"/>
      <w:r w:rsidRPr="00EB071F">
        <w:rPr>
          <w:sz w:val="22"/>
          <w:lang w:val="ru-RU"/>
        </w:rPr>
        <w:t xml:space="preserve"> Контакт-центру</w:t>
      </w:r>
      <w:r w:rsidRPr="00EB071F">
        <w:rPr>
          <w:sz w:val="22"/>
          <w:lang w:val="ru-RU"/>
        </w:rPr>
        <w:tab/>
        <w:t>______________</w:t>
      </w:r>
      <w:r w:rsidRPr="00EB071F">
        <w:rPr>
          <w:sz w:val="22"/>
          <w:lang w:val="ru-RU"/>
        </w:rPr>
        <w:tab/>
        <w:t>Тарас РОМАНЕНКО</w:t>
      </w:r>
    </w:p>
    <w:p w14:paraId="71EB0ACD" w14:textId="77777777" w:rsidR="00CE0208" w:rsidRDefault="00BA1946">
      <w:pPr>
        <w:tabs>
          <w:tab w:val="left" w:pos="4762"/>
          <w:tab w:val="left" w:pos="7030"/>
        </w:tabs>
        <w:spacing w:before="140"/>
      </w:pPr>
      <w:proofErr w:type="spellStart"/>
      <w:r>
        <w:rPr>
          <w:sz w:val="22"/>
        </w:rPr>
        <w:t>Юрисконсульт</w:t>
      </w:r>
      <w:proofErr w:type="spellEnd"/>
      <w:r>
        <w:rPr>
          <w:sz w:val="22"/>
        </w:rPr>
        <w:tab/>
        <w:t>______________</w:t>
      </w:r>
      <w:r>
        <w:rPr>
          <w:sz w:val="22"/>
        </w:rPr>
        <w:tab/>
      </w:r>
      <w:proofErr w:type="spellStart"/>
      <w:r>
        <w:rPr>
          <w:sz w:val="22"/>
        </w:rPr>
        <w:t>Дмитро</w:t>
      </w:r>
      <w:proofErr w:type="spellEnd"/>
      <w:r>
        <w:rPr>
          <w:sz w:val="22"/>
        </w:rPr>
        <w:t xml:space="preserve"> БІЛИК</w:t>
      </w:r>
    </w:p>
    <w:sectPr w:rsidR="00CE0208" w:rsidSect="00034616">
      <w:pgSz w:w="12240" w:h="15840"/>
      <w:pgMar w:top="1134" w:right="567" w:bottom="1134" w:left="170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5CC"/>
    <w:rsid w:val="0006063C"/>
    <w:rsid w:val="0015074B"/>
    <w:rsid w:val="00267823"/>
    <w:rsid w:val="0029639D"/>
    <w:rsid w:val="00326F90"/>
    <w:rsid w:val="00AA1D8D"/>
    <w:rsid w:val="00B47730"/>
    <w:rsid w:val="00BA1946"/>
    <w:rsid w:val="00CB0664"/>
    <w:rsid w:val="00CE0208"/>
    <w:rsid w:val="00EB071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27F446"/>
  <w14:defaultImageDpi w14:val="300"/>
  <w15:docId w15:val="{DDD98FC3-4E56-4316-BF3C-610A63623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Debet-Kredit</dc:creator>
  <cp:keywords/>
  <cp:lastModifiedBy>Debet-Kredit</cp:lastModifiedBy>
  <dcterms:created xsi:type="dcterms:W3CDTF">2026-10-13T15:20:00Z</dcterms:created>
  <dcterms:modified xsi:type="dcterms:W3CDTF">2026-10-13T16:15:00Z</dcterms:modified>
  <cp:category/>
</cp:coreProperties>
</file>