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75A02" w14:textId="77777777" w:rsidR="00531018" w:rsidRPr="009D1ACC" w:rsidRDefault="00C52941">
      <w:pPr>
        <w:spacing w:after="60" w:line="240" w:lineRule="auto"/>
        <w:jc w:val="right"/>
        <w:rPr>
          <w:color w:val="000000" w:themeColor="text1"/>
          <w:lang w:val="ru-RU"/>
        </w:rPr>
      </w:pPr>
      <w:proofErr w:type="spellStart"/>
      <w:r w:rsidRPr="00DE64FB">
        <w:rPr>
          <w:rFonts w:cs="Times New Roman"/>
          <w:color w:val="000000"/>
          <w:sz w:val="16"/>
          <w:lang w:val="ru-RU"/>
        </w:rPr>
        <w:t>Додаток</w:t>
      </w:r>
      <w:proofErr w:type="spellEnd"/>
      <w:r w:rsidRPr="00DE64FB">
        <w:rPr>
          <w:rFonts w:cs="Times New Roman"/>
          <w:color w:val="000000"/>
          <w:sz w:val="16"/>
          <w:lang w:val="ru-RU"/>
        </w:rPr>
        <w:t xml:space="preserve"> 3</w:t>
      </w:r>
      <w:r w:rsidRPr="00DE64FB">
        <w:rPr>
          <w:rFonts w:cs="Times New Roman"/>
          <w:color w:val="000000"/>
          <w:sz w:val="16"/>
          <w:lang w:val="ru-RU"/>
        </w:rPr>
        <w:br/>
        <w:t xml:space="preserve">до Порядку </w:t>
      </w:r>
      <w:proofErr w:type="spellStart"/>
      <w:r w:rsidRPr="00DE64FB">
        <w:rPr>
          <w:rFonts w:cs="Times New Roman"/>
          <w:color w:val="000000"/>
          <w:sz w:val="16"/>
          <w:lang w:val="ru-RU"/>
        </w:rPr>
        <w:t>організації</w:t>
      </w:r>
      <w:proofErr w:type="spellEnd"/>
      <w:r w:rsidRPr="00DE64FB">
        <w:rPr>
          <w:rFonts w:cs="Times New Roman"/>
          <w:color w:val="000000"/>
          <w:sz w:val="16"/>
          <w:lang w:val="ru-RU"/>
        </w:rPr>
        <w:t xml:space="preserve"> та </w:t>
      </w:r>
      <w:proofErr w:type="spellStart"/>
      <w:r w:rsidRPr="00DE64FB">
        <w:rPr>
          <w:rFonts w:cs="Times New Roman"/>
          <w:color w:val="000000"/>
          <w:sz w:val="16"/>
          <w:lang w:val="ru-RU"/>
        </w:rPr>
        <w:t>проведення</w:t>
      </w:r>
      <w:proofErr w:type="spellEnd"/>
      <w:r w:rsidRPr="00DE64FB">
        <w:rPr>
          <w:rFonts w:cs="Times New Roman"/>
          <w:color w:val="000000"/>
          <w:sz w:val="16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sz w:val="16"/>
          <w:lang w:val="ru-RU"/>
        </w:rPr>
        <w:t>обов’язкових</w:t>
      </w:r>
      <w:proofErr w:type="spellEnd"/>
      <w:r w:rsidRPr="00DE64FB">
        <w:rPr>
          <w:rFonts w:cs="Times New Roman"/>
          <w:color w:val="000000"/>
          <w:sz w:val="16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sz w:val="16"/>
          <w:lang w:val="ru-RU"/>
        </w:rPr>
        <w:t>медичних</w:t>
      </w:r>
      <w:proofErr w:type="spellEnd"/>
      <w:r w:rsidRPr="00DE64FB">
        <w:rPr>
          <w:rFonts w:cs="Times New Roman"/>
          <w:color w:val="000000"/>
          <w:sz w:val="16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sz w:val="16"/>
          <w:lang w:val="ru-RU"/>
        </w:rPr>
        <w:t>оглядів</w:t>
      </w:r>
      <w:proofErr w:type="spellEnd"/>
      <w:r w:rsidRPr="00DE64FB">
        <w:rPr>
          <w:rFonts w:cs="Times New Roman"/>
          <w:color w:val="000000"/>
          <w:sz w:val="16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sz w:val="16"/>
          <w:lang w:val="ru-RU"/>
        </w:rPr>
        <w:t>працівників</w:t>
      </w:r>
      <w:proofErr w:type="spellEnd"/>
      <w:r w:rsidRPr="00DE64FB">
        <w:rPr>
          <w:rFonts w:cs="Times New Roman"/>
          <w:color w:val="000000"/>
          <w:sz w:val="16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sz w:val="16"/>
          <w:lang w:val="ru-RU"/>
        </w:rPr>
        <w:t>певних</w:t>
      </w:r>
      <w:proofErr w:type="spellEnd"/>
      <w:r w:rsidRPr="00DE64FB">
        <w:rPr>
          <w:rFonts w:cs="Times New Roman"/>
          <w:color w:val="000000"/>
          <w:sz w:val="16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sz w:val="16"/>
          <w:lang w:val="ru-RU"/>
        </w:rPr>
        <w:t>категорій</w:t>
      </w:r>
      <w:proofErr w:type="spellEnd"/>
      <w:r w:rsidRPr="00DE64FB">
        <w:rPr>
          <w:rFonts w:cs="Times New Roman"/>
          <w:color w:val="000000"/>
          <w:sz w:val="16"/>
          <w:lang w:val="ru-RU"/>
        </w:rPr>
        <w:br/>
        <w:t xml:space="preserve">(пункт 11 </w:t>
      </w:r>
      <w:proofErr w:type="spellStart"/>
      <w:r w:rsidRPr="00DE64FB">
        <w:rPr>
          <w:rFonts w:cs="Times New Roman"/>
          <w:color w:val="000000"/>
          <w:sz w:val="16"/>
          <w:lang w:val="ru-RU"/>
        </w:rPr>
        <w:t>розділу</w:t>
      </w:r>
      <w:proofErr w:type="spellEnd"/>
      <w:r w:rsidRPr="00DE64FB">
        <w:rPr>
          <w:rFonts w:cs="Times New Roman"/>
          <w:color w:val="000000"/>
          <w:sz w:val="16"/>
          <w:lang w:val="ru-RU"/>
        </w:rPr>
        <w:t xml:space="preserve"> </w:t>
      </w:r>
      <w:r>
        <w:rPr>
          <w:rFonts w:cs="Times New Roman"/>
          <w:color w:val="000000"/>
          <w:sz w:val="16"/>
        </w:rPr>
        <w:t>III</w:t>
      </w:r>
      <w:r w:rsidRPr="00DE64FB">
        <w:rPr>
          <w:rFonts w:cs="Times New Roman"/>
          <w:color w:val="000000"/>
          <w:sz w:val="16"/>
          <w:lang w:val="ru-RU"/>
        </w:rPr>
        <w:t>)</w:t>
      </w:r>
    </w:p>
    <w:p w14:paraId="1EE4CEAD" w14:textId="77777777" w:rsidR="00531018" w:rsidRPr="009D1ACC" w:rsidRDefault="00C52941">
      <w:pPr>
        <w:spacing w:before="100" w:after="100" w:line="240" w:lineRule="auto"/>
        <w:jc w:val="center"/>
        <w:rPr>
          <w:color w:val="000000" w:themeColor="text1"/>
          <w:lang w:val="ru-RU"/>
        </w:rPr>
      </w:pPr>
      <w:proofErr w:type="spellStart"/>
      <w:r w:rsidRPr="00DE64FB">
        <w:rPr>
          <w:rFonts w:cs="Times New Roman"/>
          <w:b/>
          <w:color w:val="000000"/>
          <w:sz w:val="24"/>
          <w:lang w:val="ru-RU"/>
        </w:rPr>
        <w:t>Направлення</w:t>
      </w:r>
      <w:proofErr w:type="spellEnd"/>
      <w:r w:rsidRPr="00DE64FB">
        <w:rPr>
          <w:rFonts w:cs="Times New Roman"/>
          <w:b/>
          <w:color w:val="000000"/>
          <w:sz w:val="24"/>
          <w:lang w:val="ru-RU"/>
        </w:rPr>
        <w:t xml:space="preserve"> на ОМО</w:t>
      </w:r>
    </w:p>
    <w:p w14:paraId="4AD9956B" w14:textId="77777777" w:rsidR="00531018" w:rsidRPr="009D1ACC" w:rsidRDefault="00C52941">
      <w:pPr>
        <w:spacing w:after="80" w:line="240" w:lineRule="auto"/>
        <w:rPr>
          <w:color w:val="000000" w:themeColor="text1"/>
          <w:lang w:val="ru-RU"/>
        </w:rPr>
      </w:pPr>
      <w:r w:rsidRPr="00DE64FB">
        <w:rPr>
          <w:rFonts w:cs="Times New Roman"/>
          <w:color w:val="000000"/>
          <w:sz w:val="20"/>
          <w:lang w:val="ru-RU"/>
        </w:rPr>
        <w:t xml:space="preserve">Вид ОМО: </w:t>
      </w:r>
      <w:proofErr w:type="spellStart"/>
      <w:r w:rsidRPr="00DE64FB">
        <w:rPr>
          <w:rFonts w:cs="Times New Roman"/>
          <w:color w:val="000000"/>
          <w:sz w:val="20"/>
          <w:u w:val="single"/>
          <w:lang w:val="ru-RU"/>
        </w:rPr>
        <w:t>попередній</w:t>
      </w:r>
      <w:proofErr w:type="spellEnd"/>
      <w:r w:rsidRPr="00DE64FB">
        <w:rPr>
          <w:rFonts w:cs="Times New Roman"/>
          <w:color w:val="000000"/>
          <w:sz w:val="20"/>
          <w:lang w:val="ru-RU"/>
        </w:rPr>
        <w:t xml:space="preserve">, </w:t>
      </w:r>
      <w:proofErr w:type="spellStart"/>
      <w:r w:rsidRPr="00DE64FB">
        <w:rPr>
          <w:rFonts w:cs="Times New Roman"/>
          <w:color w:val="000000"/>
          <w:sz w:val="20"/>
          <w:lang w:val="ru-RU"/>
        </w:rPr>
        <w:t>періодичний</w:t>
      </w:r>
      <w:proofErr w:type="spellEnd"/>
      <w:r w:rsidRPr="00DE64FB">
        <w:rPr>
          <w:rFonts w:cs="Times New Roman"/>
          <w:color w:val="000000"/>
          <w:sz w:val="20"/>
          <w:lang w:val="ru-RU"/>
        </w:rPr>
        <w:t xml:space="preserve">, </w:t>
      </w:r>
      <w:proofErr w:type="spellStart"/>
      <w:r w:rsidRPr="00DE64FB">
        <w:rPr>
          <w:rFonts w:cs="Times New Roman"/>
          <w:color w:val="000000"/>
          <w:sz w:val="20"/>
          <w:lang w:val="ru-RU"/>
        </w:rPr>
        <w:t>позачерговий</w:t>
      </w:r>
      <w:proofErr w:type="spellEnd"/>
      <w:r w:rsidRPr="00DE64FB">
        <w:rPr>
          <w:rFonts w:cs="Times New Roman"/>
          <w:color w:val="000000"/>
          <w:sz w:val="20"/>
          <w:lang w:val="ru-RU"/>
        </w:rPr>
        <w:t xml:space="preserve"> (</w:t>
      </w:r>
      <w:proofErr w:type="spellStart"/>
      <w:r w:rsidRPr="00DE64FB">
        <w:rPr>
          <w:rFonts w:cs="Times New Roman"/>
          <w:color w:val="000000"/>
          <w:sz w:val="20"/>
          <w:lang w:val="ru-RU"/>
        </w:rPr>
        <w:t>потрібне</w:t>
      </w:r>
      <w:proofErr w:type="spellEnd"/>
      <w:r w:rsidRPr="00DE64FB">
        <w:rPr>
          <w:rFonts w:cs="Times New Roman"/>
          <w:color w:val="000000"/>
          <w:sz w:val="2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sz w:val="20"/>
          <w:lang w:val="ru-RU"/>
        </w:rPr>
        <w:t>підкреслити</w:t>
      </w:r>
      <w:proofErr w:type="spellEnd"/>
      <w:r w:rsidRPr="00DE64FB">
        <w:rPr>
          <w:rFonts w:cs="Times New Roman"/>
          <w:color w:val="000000"/>
          <w:sz w:val="20"/>
          <w:lang w:val="ru-RU"/>
        </w:rPr>
        <w:t>)</w:t>
      </w:r>
    </w:p>
    <w:p w14:paraId="18460A28" w14:textId="77777777" w:rsidR="00531018" w:rsidRPr="009D1ACC" w:rsidRDefault="00C52941">
      <w:pPr>
        <w:spacing w:after="80" w:line="240" w:lineRule="auto"/>
        <w:rPr>
          <w:color w:val="000000" w:themeColor="text1"/>
          <w:lang w:val="ru-RU"/>
        </w:rPr>
      </w:pP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Прізвище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БРОМАРЕЦЬКИЙ</w:t>
      </w:r>
    </w:p>
    <w:p w14:paraId="520063AB" w14:textId="77777777" w:rsidR="00531018" w:rsidRPr="009D1ACC" w:rsidRDefault="00C52941">
      <w:pPr>
        <w:spacing w:after="80" w:line="240" w:lineRule="auto"/>
        <w:rPr>
          <w:color w:val="000000" w:themeColor="text1"/>
          <w:lang w:val="ru-RU"/>
        </w:rPr>
      </w:pP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Власне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ім’я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Олег</w:t>
      </w:r>
    </w:p>
    <w:p w14:paraId="73FC675E" w14:textId="77777777" w:rsidR="00531018" w:rsidRPr="009D1ACC" w:rsidRDefault="00C52941">
      <w:pPr>
        <w:spacing w:after="80" w:line="240" w:lineRule="auto"/>
        <w:rPr>
          <w:color w:val="000000" w:themeColor="text1"/>
          <w:lang w:val="ru-RU"/>
        </w:rPr>
      </w:pPr>
      <w:r w:rsidRPr="009D1ACC">
        <w:rPr>
          <w:rFonts w:eastAsia="Times New Roman" w:cs="Times New Roman"/>
          <w:color w:val="000000"/>
          <w:sz w:val="20"/>
          <w:lang w:val="ru-RU"/>
        </w:rPr>
        <w:t xml:space="preserve">По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батькові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(за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наявності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>) Филимонович</w:t>
      </w:r>
    </w:p>
    <w:p w14:paraId="35166F98" w14:textId="77777777" w:rsidR="00531018" w:rsidRPr="009D1ACC" w:rsidRDefault="00C52941">
      <w:pPr>
        <w:spacing w:after="80" w:line="240" w:lineRule="auto"/>
        <w:rPr>
          <w:color w:val="000000" w:themeColor="text1"/>
          <w:lang w:val="ru-RU"/>
        </w:rPr>
      </w:pPr>
      <w:r w:rsidRPr="009D1ACC">
        <w:rPr>
          <w:rFonts w:eastAsia="Times New Roman" w:cs="Times New Roman"/>
          <w:color w:val="000000"/>
          <w:sz w:val="20"/>
          <w:lang w:val="ru-RU"/>
        </w:rPr>
        <w:t xml:space="preserve">Дата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народження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18.09.1989</w:t>
      </w:r>
    </w:p>
    <w:p w14:paraId="38C3EA2B" w14:textId="77777777" w:rsidR="00531018" w:rsidRPr="009D1ACC" w:rsidRDefault="00C52941">
      <w:pPr>
        <w:spacing w:after="80" w:line="240" w:lineRule="auto"/>
        <w:rPr>
          <w:color w:val="000000" w:themeColor="text1"/>
          <w:lang w:val="ru-RU"/>
        </w:rPr>
      </w:pP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Реквізити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документа,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що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посвідчує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особу [____________________________]</w:t>
      </w:r>
    </w:p>
    <w:p w14:paraId="4EFB4631" w14:textId="77777777" w:rsidR="00531018" w:rsidRPr="009D1ACC" w:rsidRDefault="00C52941">
      <w:pPr>
        <w:spacing w:after="80" w:line="240" w:lineRule="auto"/>
        <w:rPr>
          <w:color w:val="000000" w:themeColor="text1"/>
          <w:lang w:val="ru-RU"/>
        </w:rPr>
      </w:pPr>
      <w:r w:rsidRPr="009D1ACC">
        <w:rPr>
          <w:rFonts w:eastAsia="Times New Roman" w:cs="Times New Roman"/>
          <w:color w:val="000000"/>
          <w:sz w:val="20"/>
          <w:lang w:val="ru-RU"/>
        </w:rPr>
        <w:t xml:space="preserve">Стаж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роботи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загальний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[__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років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__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місяців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>]</w:t>
      </w:r>
    </w:p>
    <w:p w14:paraId="18C0A616" w14:textId="77777777" w:rsidR="00531018" w:rsidRPr="009D1ACC" w:rsidRDefault="00C52941">
      <w:pPr>
        <w:spacing w:after="80" w:line="240" w:lineRule="auto"/>
        <w:rPr>
          <w:color w:val="000000" w:themeColor="text1"/>
          <w:lang w:val="ru-RU"/>
        </w:rPr>
      </w:pPr>
      <w:r w:rsidRPr="009D1ACC">
        <w:rPr>
          <w:rFonts w:eastAsia="Times New Roman" w:cs="Times New Roman"/>
          <w:color w:val="000000"/>
          <w:sz w:val="20"/>
          <w:lang w:val="ru-RU"/>
        </w:rPr>
        <w:t xml:space="preserve">за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обраною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професією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[__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років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 xml:space="preserve"> __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місяців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>]</w:t>
      </w:r>
    </w:p>
    <w:p w14:paraId="31B05D21" w14:textId="360C03B4" w:rsidR="00531018" w:rsidRPr="009D1ACC" w:rsidRDefault="00C52941">
      <w:pPr>
        <w:spacing w:after="80" w:line="240" w:lineRule="auto"/>
        <w:rPr>
          <w:color w:val="000000" w:themeColor="text1"/>
          <w:lang w:val="ru-RU"/>
        </w:rPr>
      </w:pPr>
      <w:proofErr w:type="spellStart"/>
      <w:r w:rsidRPr="00DE64FB">
        <w:rPr>
          <w:rFonts w:cs="Times New Roman"/>
          <w:color w:val="000000"/>
          <w:lang w:val="ru-RU"/>
        </w:rPr>
        <w:t>Обрана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професія</w:t>
      </w:r>
      <w:proofErr w:type="spellEnd"/>
      <w:r w:rsidRPr="00DE64FB">
        <w:rPr>
          <w:rFonts w:cs="Times New Roman"/>
          <w:color w:val="000000"/>
          <w:lang w:val="ru-RU"/>
        </w:rPr>
        <w:t xml:space="preserve"> (посада) за ДК 003:2010* </w:t>
      </w:r>
      <w:r w:rsidR="00DE64FB">
        <w:rPr>
          <w:rFonts w:cs="Times New Roman"/>
          <w:color w:val="000000"/>
          <w:lang w:val="uk-UA"/>
        </w:rPr>
        <w:t>Кочегар</w:t>
      </w:r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котельні</w:t>
      </w:r>
      <w:proofErr w:type="spellEnd"/>
      <w:r w:rsidRPr="00DE64FB">
        <w:rPr>
          <w:rFonts w:cs="Times New Roman"/>
          <w:color w:val="000000"/>
          <w:lang w:val="ru-RU"/>
        </w:rPr>
        <w:t xml:space="preserve"> (код КП 8162)</w:t>
      </w:r>
    </w:p>
    <w:p w14:paraId="55F18B3C" w14:textId="77777777" w:rsidR="00531018" w:rsidRPr="009D1ACC" w:rsidRDefault="00C52941">
      <w:pPr>
        <w:spacing w:after="80" w:line="240" w:lineRule="auto"/>
        <w:rPr>
          <w:color w:val="000000" w:themeColor="text1"/>
          <w:lang w:val="ru-RU"/>
        </w:rPr>
      </w:pPr>
      <w:r w:rsidRPr="009D1ACC">
        <w:rPr>
          <w:rFonts w:eastAsia="Times New Roman" w:cs="Times New Roman"/>
          <w:color w:val="000000"/>
          <w:sz w:val="20"/>
          <w:lang w:val="ru-RU"/>
        </w:rPr>
        <w:t xml:space="preserve">Характеристика умов </w:t>
      </w:r>
      <w:proofErr w:type="spellStart"/>
      <w:r w:rsidRPr="009D1ACC">
        <w:rPr>
          <w:rFonts w:eastAsia="Times New Roman" w:cs="Times New Roman"/>
          <w:color w:val="000000"/>
          <w:sz w:val="20"/>
          <w:lang w:val="ru-RU"/>
        </w:rPr>
        <w:t>праці</w:t>
      </w:r>
      <w:proofErr w:type="spellEnd"/>
      <w:r w:rsidRPr="009D1ACC">
        <w:rPr>
          <w:rFonts w:eastAsia="Times New Roman" w:cs="Times New Roman"/>
          <w:color w:val="000000"/>
          <w:sz w:val="20"/>
          <w:lang w:val="ru-RU"/>
        </w:rPr>
        <w:t>: [____________________________________________]</w:t>
      </w:r>
    </w:p>
    <w:p w14:paraId="2E776B3E" w14:textId="77777777" w:rsidR="00531018" w:rsidRPr="009D1ACC" w:rsidRDefault="00C52941">
      <w:pPr>
        <w:spacing w:before="60" w:after="60" w:line="264" w:lineRule="auto"/>
        <w:rPr>
          <w:color w:val="000000" w:themeColor="text1"/>
          <w:lang w:val="ru-RU"/>
        </w:rPr>
      </w:pPr>
      <w:proofErr w:type="spellStart"/>
      <w:r w:rsidRPr="00DE64FB">
        <w:rPr>
          <w:rFonts w:cs="Times New Roman"/>
          <w:color w:val="000000"/>
          <w:lang w:val="ru-RU"/>
        </w:rPr>
        <w:t>Назва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шкідливих</w:t>
      </w:r>
      <w:proofErr w:type="spellEnd"/>
      <w:r w:rsidRPr="00DE64FB">
        <w:rPr>
          <w:rFonts w:cs="Times New Roman"/>
          <w:color w:val="000000"/>
          <w:lang w:val="ru-RU"/>
        </w:rPr>
        <w:t xml:space="preserve"> та </w:t>
      </w:r>
      <w:proofErr w:type="spellStart"/>
      <w:r w:rsidRPr="00DE64FB">
        <w:rPr>
          <w:rFonts w:cs="Times New Roman"/>
          <w:color w:val="000000"/>
          <w:lang w:val="ru-RU"/>
        </w:rPr>
        <w:t>небезпечних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виробничих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факторів</w:t>
      </w:r>
      <w:proofErr w:type="spellEnd"/>
      <w:r w:rsidRPr="00DE64FB">
        <w:rPr>
          <w:rFonts w:cs="Times New Roman"/>
          <w:color w:val="000000"/>
          <w:lang w:val="ru-RU"/>
        </w:rPr>
        <w:t xml:space="preserve">, </w:t>
      </w:r>
      <w:proofErr w:type="spellStart"/>
      <w:r w:rsidRPr="00DE64FB">
        <w:rPr>
          <w:rFonts w:cs="Times New Roman"/>
          <w:color w:val="000000"/>
          <w:lang w:val="ru-RU"/>
        </w:rPr>
        <w:t>важкості</w:t>
      </w:r>
      <w:proofErr w:type="spellEnd"/>
      <w:r w:rsidRPr="00DE64FB">
        <w:rPr>
          <w:rFonts w:cs="Times New Roman"/>
          <w:color w:val="000000"/>
          <w:lang w:val="ru-RU"/>
        </w:rPr>
        <w:t xml:space="preserve"> та </w:t>
      </w:r>
      <w:proofErr w:type="spellStart"/>
      <w:r w:rsidRPr="00DE64FB">
        <w:rPr>
          <w:rFonts w:cs="Times New Roman"/>
          <w:color w:val="000000"/>
          <w:lang w:val="ru-RU"/>
        </w:rPr>
        <w:t>напруженості</w:t>
      </w:r>
      <w:proofErr w:type="spellEnd"/>
      <w:r w:rsidRPr="00DE64FB">
        <w:rPr>
          <w:rFonts w:cs="Times New Roman"/>
          <w:color w:val="000000"/>
          <w:lang w:val="ru-RU"/>
        </w:rPr>
        <w:t xml:space="preserve"> трудового </w:t>
      </w:r>
      <w:proofErr w:type="spellStart"/>
      <w:r w:rsidRPr="00DE64FB">
        <w:rPr>
          <w:rFonts w:cs="Times New Roman"/>
          <w:color w:val="000000"/>
          <w:lang w:val="ru-RU"/>
        </w:rPr>
        <w:t>процесу</w:t>
      </w:r>
      <w:proofErr w:type="spellEnd"/>
      <w:r w:rsidRPr="00DE64FB">
        <w:rPr>
          <w:rFonts w:cs="Times New Roman"/>
          <w:color w:val="000000"/>
          <w:lang w:val="ru-RU"/>
        </w:rPr>
        <w:t xml:space="preserve"> та номер </w:t>
      </w:r>
      <w:proofErr w:type="spellStart"/>
      <w:r w:rsidRPr="00DE64FB">
        <w:rPr>
          <w:rFonts w:cs="Times New Roman"/>
          <w:color w:val="000000"/>
          <w:lang w:val="ru-RU"/>
        </w:rPr>
        <w:t>рядків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таблиці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Переліку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шкідливих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чи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небезпечних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виробничих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факторів</w:t>
      </w:r>
      <w:proofErr w:type="spellEnd"/>
      <w:r w:rsidRPr="00DE64FB">
        <w:rPr>
          <w:rFonts w:cs="Times New Roman"/>
          <w:color w:val="000000"/>
          <w:lang w:val="ru-RU"/>
        </w:rPr>
        <w:t xml:space="preserve"> і </w:t>
      </w:r>
      <w:proofErr w:type="spellStart"/>
      <w:r w:rsidRPr="00DE64FB">
        <w:rPr>
          <w:rFonts w:cs="Times New Roman"/>
          <w:color w:val="000000"/>
          <w:lang w:val="ru-RU"/>
        </w:rPr>
        <w:t>факторів</w:t>
      </w:r>
      <w:proofErr w:type="spellEnd"/>
      <w:r w:rsidRPr="00DE64FB">
        <w:rPr>
          <w:rFonts w:cs="Times New Roman"/>
          <w:color w:val="000000"/>
          <w:lang w:val="ru-RU"/>
        </w:rPr>
        <w:t xml:space="preserve"> трудового </w:t>
      </w:r>
      <w:proofErr w:type="spellStart"/>
      <w:r w:rsidRPr="00DE64FB">
        <w:rPr>
          <w:rFonts w:cs="Times New Roman"/>
          <w:color w:val="000000"/>
          <w:lang w:val="ru-RU"/>
        </w:rPr>
        <w:t>процесу</w:t>
      </w:r>
      <w:proofErr w:type="spellEnd"/>
      <w:r w:rsidRPr="00DE64FB">
        <w:rPr>
          <w:rFonts w:cs="Times New Roman"/>
          <w:color w:val="000000"/>
          <w:lang w:val="ru-RU"/>
        </w:rPr>
        <w:t xml:space="preserve">, при </w:t>
      </w:r>
      <w:proofErr w:type="spellStart"/>
      <w:r w:rsidRPr="00DE64FB">
        <w:rPr>
          <w:rFonts w:cs="Times New Roman"/>
          <w:color w:val="000000"/>
          <w:lang w:val="ru-RU"/>
        </w:rPr>
        <w:t>роботі</w:t>
      </w:r>
      <w:proofErr w:type="spellEnd"/>
      <w:r w:rsidRPr="00DE64FB">
        <w:rPr>
          <w:rFonts w:cs="Times New Roman"/>
          <w:color w:val="000000"/>
          <w:lang w:val="ru-RU"/>
        </w:rPr>
        <w:t xml:space="preserve"> з </w:t>
      </w:r>
      <w:proofErr w:type="spellStart"/>
      <w:r w:rsidRPr="00DE64FB">
        <w:rPr>
          <w:rFonts w:cs="Times New Roman"/>
          <w:color w:val="000000"/>
          <w:lang w:val="ru-RU"/>
        </w:rPr>
        <w:t>якими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обов’язковий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попередній</w:t>
      </w:r>
      <w:proofErr w:type="spellEnd"/>
      <w:r w:rsidRPr="00DE64FB">
        <w:rPr>
          <w:rFonts w:cs="Times New Roman"/>
          <w:color w:val="000000"/>
          <w:lang w:val="ru-RU"/>
        </w:rPr>
        <w:t xml:space="preserve"> (</w:t>
      </w:r>
      <w:proofErr w:type="spellStart"/>
      <w:r w:rsidRPr="00DE64FB">
        <w:rPr>
          <w:rFonts w:cs="Times New Roman"/>
          <w:color w:val="000000"/>
          <w:lang w:val="ru-RU"/>
        </w:rPr>
        <w:t>періодичні</w:t>
      </w:r>
      <w:proofErr w:type="spellEnd"/>
      <w:r w:rsidRPr="00DE64FB">
        <w:rPr>
          <w:rFonts w:cs="Times New Roman"/>
          <w:color w:val="000000"/>
          <w:lang w:val="ru-RU"/>
        </w:rPr>
        <w:t xml:space="preserve">) </w:t>
      </w:r>
      <w:proofErr w:type="spellStart"/>
      <w:r w:rsidRPr="00DE64FB">
        <w:rPr>
          <w:rFonts w:cs="Times New Roman"/>
          <w:color w:val="000000"/>
          <w:lang w:val="ru-RU"/>
        </w:rPr>
        <w:t>медичний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огляд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працівників</w:t>
      </w:r>
      <w:proofErr w:type="spellEnd"/>
      <w:r w:rsidRPr="00DE64FB">
        <w:rPr>
          <w:rFonts w:cs="Times New Roman"/>
          <w:color w:val="000000"/>
          <w:lang w:val="ru-RU"/>
        </w:rPr>
        <w:t xml:space="preserve">, </w:t>
      </w:r>
      <w:proofErr w:type="spellStart"/>
      <w:r w:rsidRPr="00DE64FB">
        <w:rPr>
          <w:rFonts w:cs="Times New Roman"/>
          <w:color w:val="000000"/>
          <w:lang w:val="ru-RU"/>
        </w:rPr>
        <w:t>згідно</w:t>
      </w:r>
      <w:proofErr w:type="spellEnd"/>
      <w:r w:rsidRPr="00DE64FB">
        <w:rPr>
          <w:rFonts w:cs="Times New Roman"/>
          <w:color w:val="000000"/>
          <w:lang w:val="ru-RU"/>
        </w:rPr>
        <w:t xml:space="preserve"> з </w:t>
      </w:r>
      <w:proofErr w:type="spellStart"/>
      <w:r w:rsidRPr="00DE64FB">
        <w:rPr>
          <w:rFonts w:cs="Times New Roman"/>
          <w:color w:val="000000"/>
          <w:lang w:val="ru-RU"/>
        </w:rPr>
        <w:t>додатком</w:t>
      </w:r>
      <w:proofErr w:type="spellEnd"/>
      <w:r w:rsidRPr="00DE64FB">
        <w:rPr>
          <w:rFonts w:cs="Times New Roman"/>
          <w:color w:val="000000"/>
          <w:lang w:val="ru-RU"/>
        </w:rPr>
        <w:t xml:space="preserve"> 4 до </w:t>
      </w:r>
      <w:proofErr w:type="spellStart"/>
      <w:r w:rsidRPr="00DE64FB">
        <w:rPr>
          <w:rFonts w:cs="Times New Roman"/>
          <w:color w:val="000000"/>
          <w:lang w:val="ru-RU"/>
        </w:rPr>
        <w:t>цього</w:t>
      </w:r>
      <w:proofErr w:type="spellEnd"/>
      <w:r w:rsidRPr="00DE64FB">
        <w:rPr>
          <w:rFonts w:cs="Times New Roman"/>
          <w:color w:val="000000"/>
          <w:lang w:val="ru-RU"/>
        </w:rPr>
        <w:t xml:space="preserve"> Порядку та </w:t>
      </w:r>
      <w:proofErr w:type="spellStart"/>
      <w:r w:rsidRPr="00DE64FB">
        <w:rPr>
          <w:rFonts w:cs="Times New Roman"/>
          <w:color w:val="000000"/>
          <w:lang w:val="ru-RU"/>
        </w:rPr>
        <w:t>Переліку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робіт</w:t>
      </w:r>
      <w:proofErr w:type="spellEnd"/>
      <w:r w:rsidRPr="00DE64FB">
        <w:rPr>
          <w:rFonts w:cs="Times New Roman"/>
          <w:color w:val="000000"/>
          <w:lang w:val="ru-RU"/>
        </w:rPr>
        <w:t xml:space="preserve">, для </w:t>
      </w:r>
      <w:proofErr w:type="spellStart"/>
      <w:r w:rsidRPr="00DE64FB">
        <w:rPr>
          <w:rFonts w:cs="Times New Roman"/>
          <w:color w:val="000000"/>
          <w:lang w:val="ru-RU"/>
        </w:rPr>
        <w:t>виконання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яких</w:t>
      </w:r>
      <w:proofErr w:type="spellEnd"/>
      <w:r w:rsidRPr="00DE64FB">
        <w:rPr>
          <w:rFonts w:cs="Times New Roman"/>
          <w:color w:val="000000"/>
          <w:lang w:val="ru-RU"/>
        </w:rPr>
        <w:t xml:space="preserve"> є </w:t>
      </w:r>
      <w:proofErr w:type="spellStart"/>
      <w:r w:rsidRPr="00DE64FB">
        <w:rPr>
          <w:rFonts w:cs="Times New Roman"/>
          <w:color w:val="000000"/>
          <w:lang w:val="ru-RU"/>
        </w:rPr>
        <w:t>обов’язковим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попередній</w:t>
      </w:r>
      <w:proofErr w:type="spellEnd"/>
      <w:r w:rsidRPr="00DE64FB">
        <w:rPr>
          <w:rFonts w:cs="Times New Roman"/>
          <w:color w:val="000000"/>
          <w:lang w:val="ru-RU"/>
        </w:rPr>
        <w:t xml:space="preserve"> (</w:t>
      </w:r>
      <w:proofErr w:type="spellStart"/>
      <w:r w:rsidRPr="00DE64FB">
        <w:rPr>
          <w:rFonts w:cs="Times New Roman"/>
          <w:color w:val="000000"/>
          <w:lang w:val="ru-RU"/>
        </w:rPr>
        <w:t>періодичні</w:t>
      </w:r>
      <w:proofErr w:type="spellEnd"/>
      <w:r w:rsidRPr="00DE64FB">
        <w:rPr>
          <w:rFonts w:cs="Times New Roman"/>
          <w:color w:val="000000"/>
          <w:lang w:val="ru-RU"/>
        </w:rPr>
        <w:t xml:space="preserve">) </w:t>
      </w:r>
      <w:proofErr w:type="spellStart"/>
      <w:r w:rsidRPr="00DE64FB">
        <w:rPr>
          <w:rFonts w:cs="Times New Roman"/>
          <w:color w:val="000000"/>
          <w:lang w:val="ru-RU"/>
        </w:rPr>
        <w:t>медичний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огляд</w:t>
      </w:r>
      <w:proofErr w:type="spellEnd"/>
      <w:r w:rsidRPr="00DE64FB">
        <w:rPr>
          <w:rFonts w:cs="Times New Roman"/>
          <w:color w:val="000000"/>
          <w:lang w:val="ru-RU"/>
        </w:rPr>
        <w:t xml:space="preserve"> </w:t>
      </w:r>
      <w:proofErr w:type="spellStart"/>
      <w:r w:rsidRPr="00DE64FB">
        <w:rPr>
          <w:rFonts w:cs="Times New Roman"/>
          <w:color w:val="000000"/>
          <w:lang w:val="ru-RU"/>
        </w:rPr>
        <w:t>працівників</w:t>
      </w:r>
      <w:proofErr w:type="spellEnd"/>
      <w:r w:rsidRPr="00DE64FB">
        <w:rPr>
          <w:rFonts w:cs="Times New Roman"/>
          <w:color w:val="000000"/>
          <w:lang w:val="ru-RU"/>
        </w:rPr>
        <w:t xml:space="preserve">, </w:t>
      </w:r>
      <w:proofErr w:type="spellStart"/>
      <w:r w:rsidRPr="00DE64FB">
        <w:rPr>
          <w:rFonts w:cs="Times New Roman"/>
          <w:color w:val="000000"/>
          <w:lang w:val="ru-RU"/>
        </w:rPr>
        <w:t>згідно</w:t>
      </w:r>
      <w:proofErr w:type="spellEnd"/>
      <w:r w:rsidRPr="00DE64FB">
        <w:rPr>
          <w:rFonts w:cs="Times New Roman"/>
          <w:color w:val="000000"/>
          <w:lang w:val="ru-RU"/>
        </w:rPr>
        <w:t xml:space="preserve"> з </w:t>
      </w:r>
      <w:proofErr w:type="spellStart"/>
      <w:r w:rsidRPr="00DE64FB">
        <w:rPr>
          <w:rFonts w:cs="Times New Roman"/>
          <w:color w:val="000000"/>
          <w:lang w:val="ru-RU"/>
        </w:rPr>
        <w:t>додатком</w:t>
      </w:r>
      <w:proofErr w:type="spellEnd"/>
      <w:r w:rsidRPr="00DE64FB">
        <w:rPr>
          <w:rFonts w:cs="Times New Roman"/>
          <w:color w:val="000000"/>
          <w:lang w:val="ru-RU"/>
        </w:rPr>
        <w:t xml:space="preserve"> 5 до </w:t>
      </w:r>
      <w:proofErr w:type="spellStart"/>
      <w:r w:rsidRPr="00DE64FB">
        <w:rPr>
          <w:rFonts w:cs="Times New Roman"/>
          <w:color w:val="000000"/>
          <w:lang w:val="ru-RU"/>
        </w:rPr>
        <w:t>цього</w:t>
      </w:r>
      <w:proofErr w:type="spellEnd"/>
      <w:r w:rsidRPr="00DE64FB">
        <w:rPr>
          <w:rFonts w:cs="Times New Roman"/>
          <w:color w:val="000000"/>
          <w:lang w:val="ru-RU"/>
        </w:rPr>
        <w:t xml:space="preserve"> Порядку:</w:t>
      </w:r>
    </w:p>
    <w:p w14:paraId="3659F953" w14:textId="77777777" w:rsidR="00531018" w:rsidRPr="009D1ACC" w:rsidRDefault="00C52941">
      <w:pPr>
        <w:spacing w:after="240" w:line="240" w:lineRule="auto"/>
        <w:rPr>
          <w:color w:val="000000" w:themeColor="text1"/>
          <w:lang w:val="ru-RU"/>
        </w:rPr>
      </w:pPr>
      <w:r w:rsidRPr="00DE64FB">
        <w:rPr>
          <w:rFonts w:cs="Times New Roman"/>
          <w:color w:val="000000"/>
          <w:lang w:val="ru-RU"/>
        </w:rPr>
        <w:t xml:space="preserve">п. 5.3.1 Локальна </w:t>
      </w:r>
      <w:proofErr w:type="spellStart"/>
      <w:r w:rsidRPr="00DE64FB">
        <w:rPr>
          <w:rFonts w:cs="Times New Roman"/>
          <w:color w:val="000000"/>
          <w:lang w:val="ru-RU"/>
        </w:rPr>
        <w:t>вібрація</w:t>
      </w:r>
      <w:proofErr w:type="spellEnd"/>
      <w:r w:rsidRPr="00DE64FB">
        <w:rPr>
          <w:rFonts w:cs="Times New Roman"/>
          <w:color w:val="000000"/>
          <w:lang w:val="ru-RU"/>
        </w:rPr>
        <w:t xml:space="preserve">; п. 5.4 </w:t>
      </w:r>
      <w:proofErr w:type="spellStart"/>
      <w:r w:rsidRPr="00DE64FB">
        <w:rPr>
          <w:rFonts w:cs="Times New Roman"/>
          <w:color w:val="000000"/>
          <w:lang w:val="ru-RU"/>
        </w:rPr>
        <w:t>Виробничий</w:t>
      </w:r>
      <w:proofErr w:type="spellEnd"/>
      <w:r w:rsidRPr="00DE64FB">
        <w:rPr>
          <w:rFonts w:cs="Times New Roman"/>
          <w:color w:val="000000"/>
          <w:lang w:val="ru-RU"/>
        </w:rPr>
        <w:t xml:space="preserve"> шум — </w:t>
      </w:r>
      <w:proofErr w:type="spellStart"/>
      <w:r w:rsidRPr="00DE64FB">
        <w:rPr>
          <w:rFonts w:cs="Times New Roman"/>
          <w:color w:val="000000"/>
          <w:lang w:val="ru-RU"/>
        </w:rPr>
        <w:t>від</w:t>
      </w:r>
      <w:proofErr w:type="spellEnd"/>
      <w:r w:rsidRPr="00DE64FB">
        <w:rPr>
          <w:rFonts w:cs="Times New Roman"/>
          <w:color w:val="000000"/>
          <w:lang w:val="ru-RU"/>
        </w:rPr>
        <w:t xml:space="preserve"> 81 до 99 </w:t>
      </w:r>
      <w:proofErr w:type="spellStart"/>
      <w:r w:rsidRPr="00DE64FB">
        <w:rPr>
          <w:rFonts w:cs="Times New Roman"/>
          <w:color w:val="000000"/>
          <w:lang w:val="ru-RU"/>
        </w:rPr>
        <w:t>дБА</w:t>
      </w:r>
      <w:proofErr w:type="spellEnd"/>
      <w:r w:rsidRPr="00DE64FB">
        <w:rPr>
          <w:rFonts w:cs="Times New Roman"/>
          <w:color w:val="000000"/>
          <w:lang w:val="ru-RU"/>
        </w:rPr>
        <w:t xml:space="preserve">; п. 5.10 Теплове </w:t>
      </w:r>
      <w:proofErr w:type="spellStart"/>
      <w:r w:rsidRPr="00DE64FB">
        <w:rPr>
          <w:rFonts w:cs="Times New Roman"/>
          <w:color w:val="000000"/>
          <w:lang w:val="ru-RU"/>
        </w:rPr>
        <w:t>випромінювання</w:t>
      </w:r>
      <w:proofErr w:type="spellEnd"/>
      <w:r w:rsidRPr="00DE64FB">
        <w:rPr>
          <w:rFonts w:cs="Times New Roman"/>
          <w:color w:val="000000"/>
          <w:lang w:val="ru-RU"/>
        </w:rPr>
        <w:t xml:space="preserve">; п. 6 </w:t>
      </w:r>
      <w:proofErr w:type="spellStart"/>
      <w:r w:rsidRPr="00DE64FB">
        <w:rPr>
          <w:rFonts w:cs="Times New Roman"/>
          <w:color w:val="000000"/>
          <w:lang w:val="ru-RU"/>
        </w:rPr>
        <w:t>додатка</w:t>
      </w:r>
      <w:proofErr w:type="spellEnd"/>
      <w:r w:rsidRPr="00DE64FB">
        <w:rPr>
          <w:rFonts w:cs="Times New Roman"/>
          <w:color w:val="000000"/>
          <w:lang w:val="ru-RU"/>
        </w:rPr>
        <w:t xml:space="preserve"> 5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31018" w:rsidRPr="009D1ACC" w14:paraId="111ABD2E" w14:textId="77777777" w:rsidTr="00CA6C2E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F7970F" w14:textId="77777777" w:rsidR="00B82E60" w:rsidRPr="00DE64FB" w:rsidRDefault="00EE7C04">
            <w:pPr>
              <w:spacing w:after="0"/>
              <w:rPr>
                <w:lang w:val="ru-RU"/>
              </w:rPr>
            </w:pPr>
            <w:proofErr w:type="spellStart"/>
            <w:r w:rsidRPr="00DE64FB">
              <w:rPr>
                <w:rFonts w:cs="Times New Roman"/>
                <w:color w:val="000000"/>
                <w:sz w:val="16"/>
                <w:lang w:val="ru-RU"/>
              </w:rPr>
              <w:t>Роботодавець</w:t>
            </w:r>
            <w:proofErr w:type="spellEnd"/>
            <w:r w:rsidRPr="00DE64FB">
              <w:rPr>
                <w:rFonts w:cs="Times New Roman"/>
                <w:color w:val="000000"/>
                <w:sz w:val="16"/>
                <w:lang w:val="ru-RU"/>
              </w:rPr>
              <w:t xml:space="preserve"> / </w:t>
            </w:r>
            <w:proofErr w:type="spellStart"/>
            <w:r w:rsidRPr="00DE64FB">
              <w:rPr>
                <w:rFonts w:cs="Times New Roman"/>
                <w:color w:val="000000"/>
                <w:sz w:val="16"/>
                <w:lang w:val="ru-RU"/>
              </w:rPr>
              <w:t>представник</w:t>
            </w:r>
            <w:proofErr w:type="spellEnd"/>
            <w:r w:rsidRPr="00DE64FB">
              <w:rPr>
                <w:rFonts w:cs="Times New Roman"/>
                <w:color w:val="000000"/>
                <w:sz w:val="16"/>
                <w:lang w:val="ru-RU"/>
              </w:rPr>
              <w:t xml:space="preserve"> </w:t>
            </w:r>
            <w:proofErr w:type="spellStart"/>
            <w:r w:rsidRPr="00DE64FB">
              <w:rPr>
                <w:rFonts w:cs="Times New Roman"/>
                <w:color w:val="000000"/>
                <w:sz w:val="16"/>
                <w:lang w:val="ru-RU"/>
              </w:rPr>
              <w:t>кадрової</w:t>
            </w:r>
            <w:proofErr w:type="spellEnd"/>
            <w:r w:rsidRPr="00DE64FB">
              <w:rPr>
                <w:rFonts w:cs="Times New Roman"/>
                <w:color w:val="000000"/>
                <w:sz w:val="16"/>
                <w:lang w:val="ru-RU"/>
              </w:rPr>
              <w:t xml:space="preserve"> </w:t>
            </w:r>
            <w:proofErr w:type="spellStart"/>
            <w:r w:rsidRPr="00DE64FB">
              <w:rPr>
                <w:rFonts w:cs="Times New Roman"/>
                <w:color w:val="000000"/>
                <w:sz w:val="16"/>
                <w:lang w:val="ru-RU"/>
              </w:rPr>
              <w:t>служби</w:t>
            </w:r>
            <w:proofErr w:type="spellEnd"/>
            <w:r w:rsidRPr="00DE64FB">
              <w:rPr>
                <w:rFonts w:cs="Times New Roman"/>
                <w:color w:val="000000"/>
                <w:sz w:val="16"/>
                <w:lang w:val="ru-RU"/>
              </w:rPr>
              <w:br/>
              <w:t xml:space="preserve">М. П. (за </w:t>
            </w:r>
            <w:proofErr w:type="spellStart"/>
            <w:r w:rsidRPr="00DE64FB">
              <w:rPr>
                <w:rFonts w:cs="Times New Roman"/>
                <w:color w:val="000000"/>
                <w:sz w:val="16"/>
                <w:lang w:val="ru-RU"/>
              </w:rPr>
              <w:t>наявності</w:t>
            </w:r>
            <w:proofErr w:type="spellEnd"/>
            <w:r w:rsidRPr="00DE64FB">
              <w:rPr>
                <w:rFonts w:cs="Times New Roman"/>
                <w:color w:val="000000"/>
                <w:sz w:val="16"/>
                <w:lang w:val="ru-RU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6AF0C5" w14:textId="77777777" w:rsidR="00B82E60" w:rsidRDefault="00EE7C04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6"/>
              </w:rPr>
              <w:t>____________</w:t>
            </w:r>
            <w:r>
              <w:rPr>
                <w:rFonts w:cs="Times New Roman"/>
                <w:color w:val="000000"/>
                <w:sz w:val="16"/>
              </w:rPr>
              <w:br/>
              <w:t>(</w:t>
            </w:r>
            <w:proofErr w:type="spellStart"/>
            <w:r>
              <w:rPr>
                <w:rFonts w:cs="Times New Roman"/>
                <w:color w:val="000000"/>
                <w:sz w:val="16"/>
              </w:rPr>
              <w:t>підпис</w:t>
            </w:r>
            <w:proofErr w:type="spellEnd"/>
            <w:r>
              <w:rPr>
                <w:rFonts w:cs="Times New Roman"/>
                <w:color w:val="000000"/>
                <w:sz w:val="16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A372A1" w14:textId="77777777" w:rsidR="00B82E60" w:rsidRDefault="00EE7C04">
            <w:pPr>
              <w:spacing w:after="0"/>
              <w:jc w:val="center"/>
            </w:pPr>
            <w:proofErr w:type="spellStart"/>
            <w:r>
              <w:rPr>
                <w:rFonts w:cs="Times New Roman"/>
                <w:color w:val="000000"/>
                <w:sz w:val="16"/>
              </w:rPr>
              <w:t>Орест</w:t>
            </w:r>
            <w:proofErr w:type="spellEnd"/>
            <w:r>
              <w:rPr>
                <w:rFonts w:cs="Times New Roman"/>
                <w:color w:val="000000"/>
                <w:sz w:val="16"/>
              </w:rPr>
              <w:t xml:space="preserve"> ХОРОБРИЙ</w:t>
            </w:r>
          </w:p>
        </w:tc>
      </w:tr>
    </w:tbl>
    <w:p w14:paraId="49D858A4" w14:textId="77777777" w:rsidR="00531018" w:rsidRPr="009D1ACC" w:rsidRDefault="00C52941">
      <w:pPr>
        <w:spacing w:before="40" w:after="0" w:line="240" w:lineRule="auto"/>
        <w:rPr>
          <w:color w:val="000000" w:themeColor="text1"/>
        </w:rPr>
      </w:pPr>
      <w:proofErr w:type="spellStart"/>
      <w:r w:rsidRPr="009D1ACC">
        <w:rPr>
          <w:rFonts w:eastAsia="Times New Roman" w:cs="Times New Roman"/>
          <w:color w:val="000000"/>
          <w:sz w:val="20"/>
        </w:rPr>
        <w:t>Дата</w:t>
      </w:r>
      <w:proofErr w:type="spellEnd"/>
      <w:r w:rsidRPr="009D1ACC">
        <w:rPr>
          <w:rFonts w:eastAsia="Times New Roman" w:cs="Times New Roman"/>
          <w:color w:val="000000"/>
          <w:sz w:val="20"/>
        </w:rPr>
        <w:t xml:space="preserve"> [_</w:t>
      </w:r>
      <w:proofErr w:type="gramStart"/>
      <w:r w:rsidRPr="009D1ACC">
        <w:rPr>
          <w:rFonts w:eastAsia="Times New Roman" w:cs="Times New Roman"/>
          <w:color w:val="000000"/>
          <w:sz w:val="20"/>
        </w:rPr>
        <w:t>_._</w:t>
      </w:r>
      <w:proofErr w:type="gramEnd"/>
      <w:r w:rsidRPr="009D1ACC">
        <w:rPr>
          <w:rFonts w:eastAsia="Times New Roman" w:cs="Times New Roman"/>
          <w:color w:val="000000"/>
          <w:sz w:val="20"/>
        </w:rPr>
        <w:t>_.2027]</w:t>
      </w:r>
    </w:p>
    <w:p w14:paraId="0BCD57A2" w14:textId="77777777" w:rsidR="00531018" w:rsidRPr="009D1ACC" w:rsidRDefault="00531018">
      <w:pPr>
        <w:spacing w:before="160" w:after="0" w:line="240" w:lineRule="auto"/>
        <w:rPr>
          <w:color w:val="000000" w:themeColor="text1"/>
          <w:lang w:val="ru-RU"/>
        </w:rPr>
      </w:pPr>
    </w:p>
    <w:p w14:paraId="5FA7A356" w14:textId="77777777" w:rsidR="00531018" w:rsidRPr="009D1ACC" w:rsidRDefault="00C52941">
      <w:pPr>
        <w:rPr>
          <w:color w:val="000000" w:themeColor="text1"/>
          <w:lang w:val="ru-RU"/>
        </w:rPr>
      </w:pPr>
      <w:r w:rsidRPr="009D1ACC">
        <w:rPr>
          <w:rFonts w:cs="Times New Roman"/>
          <w:color w:val="000000"/>
          <w:lang w:val="ru-RU"/>
        </w:rPr>
        <w:br w:type="page"/>
      </w:r>
    </w:p>
    <w:p w14:paraId="3D321101" w14:textId="77777777" w:rsidR="00531018" w:rsidRPr="00CA6C2E" w:rsidRDefault="00C52941">
      <w:pPr>
        <w:spacing w:after="80" w:line="240" w:lineRule="auto"/>
        <w:jc w:val="center"/>
        <w:rPr>
          <w:lang w:val="ru-RU"/>
        </w:rPr>
      </w:pPr>
      <w:r w:rsidRPr="00FE244C">
        <w:rPr>
          <w:rFonts w:cs="Times New Roman"/>
          <w:color w:val="000000"/>
          <w:sz w:val="16"/>
          <w:lang w:val="ru-RU"/>
        </w:rPr>
        <w:lastRenderedPageBreak/>
        <w:t>(зворотний бік)</w:t>
      </w:r>
    </w:p>
    <w:p w14:paraId="44C32962" w14:textId="77777777" w:rsidR="00531018" w:rsidRPr="00CA6C2E" w:rsidRDefault="00C52941">
      <w:pPr>
        <w:spacing w:after="100" w:line="240" w:lineRule="auto"/>
        <w:rPr>
          <w:lang w:val="ru-RU"/>
        </w:rPr>
      </w:pP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Прізвище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БРОМАРЕЦЬКИЙ</w:t>
      </w:r>
    </w:p>
    <w:p w14:paraId="0E175C29" w14:textId="77777777" w:rsidR="00531018" w:rsidRPr="00CA6C2E" w:rsidRDefault="00C52941">
      <w:pPr>
        <w:spacing w:after="100" w:line="240" w:lineRule="auto"/>
        <w:rPr>
          <w:lang w:val="ru-RU"/>
        </w:rPr>
      </w:pP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Власне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ім’я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Олег</w:t>
      </w:r>
    </w:p>
    <w:p w14:paraId="31375648" w14:textId="77777777" w:rsidR="00531018" w:rsidRPr="00CA6C2E" w:rsidRDefault="00C52941">
      <w:pPr>
        <w:spacing w:after="100" w:line="240" w:lineRule="auto"/>
        <w:rPr>
          <w:lang w:val="ru-RU"/>
        </w:rPr>
      </w:pPr>
      <w:r w:rsidRPr="00CA6C2E">
        <w:rPr>
          <w:rFonts w:eastAsia="Times New Roman" w:cs="Times New Roman"/>
          <w:color w:val="000000"/>
          <w:sz w:val="20"/>
          <w:lang w:val="ru-RU"/>
        </w:rPr>
        <w:t xml:space="preserve">По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батькові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(за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наявності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>) Филимонович</w:t>
      </w:r>
    </w:p>
    <w:p w14:paraId="32F5C347" w14:textId="77777777" w:rsidR="00531018" w:rsidRPr="00CA6C2E" w:rsidRDefault="00C52941">
      <w:pPr>
        <w:spacing w:after="100" w:line="240" w:lineRule="auto"/>
        <w:rPr>
          <w:lang w:val="ru-RU"/>
        </w:rPr>
      </w:pPr>
      <w:r w:rsidRPr="00FE244C">
        <w:rPr>
          <w:rFonts w:cs="Times New Roman"/>
          <w:color w:val="000000"/>
          <w:lang w:val="ru-RU"/>
        </w:rPr>
        <w:t>Дата народження 18.09.1989</w:t>
      </w:r>
    </w:p>
    <w:p w14:paraId="19513A56" w14:textId="77777777" w:rsidR="00531018" w:rsidRPr="00CA6C2E" w:rsidRDefault="00C52941">
      <w:pPr>
        <w:spacing w:after="100" w:line="240" w:lineRule="auto"/>
        <w:rPr>
          <w:lang w:val="ru-RU"/>
        </w:rPr>
      </w:pPr>
      <w:proofErr w:type="spellStart"/>
      <w:r w:rsidRPr="00DE64FB">
        <w:rPr>
          <w:rFonts w:cs="Times New Roman"/>
          <w:color w:val="000000"/>
          <w:lang w:val="ru-RU"/>
        </w:rPr>
        <w:t>Працевлаштовується</w:t>
      </w:r>
      <w:proofErr w:type="spellEnd"/>
      <w:r w:rsidRPr="00DE64FB">
        <w:rPr>
          <w:rFonts w:cs="Times New Roman"/>
          <w:color w:val="000000"/>
          <w:lang w:val="ru-RU"/>
        </w:rPr>
        <w:t xml:space="preserve"> за </w:t>
      </w:r>
      <w:proofErr w:type="spellStart"/>
      <w:r w:rsidRPr="00DE64FB">
        <w:rPr>
          <w:rFonts w:cs="Times New Roman"/>
          <w:color w:val="000000"/>
          <w:lang w:val="ru-RU"/>
        </w:rPr>
        <w:t>професією</w:t>
      </w:r>
      <w:proofErr w:type="spellEnd"/>
      <w:r w:rsidRPr="00DE64FB">
        <w:rPr>
          <w:rFonts w:cs="Times New Roman"/>
          <w:color w:val="000000"/>
          <w:lang w:val="ru-RU"/>
        </w:rPr>
        <w:t xml:space="preserve"> (</w:t>
      </w:r>
      <w:proofErr w:type="spellStart"/>
      <w:r w:rsidRPr="00DE64FB">
        <w:rPr>
          <w:rFonts w:cs="Times New Roman"/>
          <w:color w:val="000000"/>
          <w:lang w:val="ru-RU"/>
        </w:rPr>
        <w:t>посадою</w:t>
      </w:r>
      <w:proofErr w:type="spellEnd"/>
      <w:r w:rsidRPr="00DE64FB">
        <w:rPr>
          <w:rFonts w:cs="Times New Roman"/>
          <w:color w:val="000000"/>
          <w:lang w:val="ru-RU"/>
        </w:rPr>
        <w:t xml:space="preserve">) </w:t>
      </w:r>
      <w:proofErr w:type="spellStart"/>
      <w:r w:rsidRPr="00DE64FB">
        <w:rPr>
          <w:rFonts w:cs="Times New Roman"/>
          <w:color w:val="000000"/>
          <w:lang w:val="ru-RU"/>
        </w:rPr>
        <w:t>Машиніст</w:t>
      </w:r>
      <w:proofErr w:type="spellEnd"/>
      <w:r w:rsidRPr="00DE64FB">
        <w:rPr>
          <w:rFonts w:cs="Times New Roman"/>
          <w:color w:val="000000"/>
          <w:lang w:val="ru-RU"/>
        </w:rPr>
        <w:t xml:space="preserve"> (кочегар) </w:t>
      </w:r>
      <w:proofErr w:type="spellStart"/>
      <w:r w:rsidRPr="00DE64FB">
        <w:rPr>
          <w:rFonts w:cs="Times New Roman"/>
          <w:color w:val="000000"/>
          <w:lang w:val="ru-RU"/>
        </w:rPr>
        <w:t>котельні</w:t>
      </w:r>
      <w:proofErr w:type="spellEnd"/>
      <w:r w:rsidRPr="00DE64FB">
        <w:rPr>
          <w:rFonts w:cs="Times New Roman"/>
          <w:color w:val="000000"/>
          <w:lang w:val="ru-RU"/>
        </w:rPr>
        <w:t xml:space="preserve"> (код КП 8162)</w:t>
      </w:r>
    </w:p>
    <w:p w14:paraId="5C37A9EA" w14:textId="77777777" w:rsidR="00531018" w:rsidRPr="00CA6C2E" w:rsidRDefault="00C52941">
      <w:pPr>
        <w:spacing w:before="200" w:after="160" w:line="240" w:lineRule="auto"/>
        <w:jc w:val="center"/>
        <w:rPr>
          <w:lang w:val="ru-RU"/>
        </w:rPr>
      </w:pPr>
      <w:proofErr w:type="spellStart"/>
      <w:r w:rsidRPr="00CA6C2E">
        <w:rPr>
          <w:rFonts w:eastAsia="Times New Roman" w:cs="Times New Roman"/>
          <w:b/>
          <w:color w:val="000000"/>
          <w:sz w:val="26"/>
          <w:lang w:val="ru-RU"/>
        </w:rPr>
        <w:t>Висновок</w:t>
      </w:r>
      <w:proofErr w:type="spellEnd"/>
      <w:r w:rsidRPr="00CA6C2E">
        <w:rPr>
          <w:rFonts w:eastAsia="Times New Roman" w:cs="Times New Roman"/>
          <w:b/>
          <w:color w:val="000000"/>
          <w:sz w:val="26"/>
          <w:lang w:val="ru-RU"/>
        </w:rPr>
        <w:t xml:space="preserve"> </w:t>
      </w:r>
      <w:proofErr w:type="spellStart"/>
      <w:r w:rsidRPr="00CA6C2E">
        <w:rPr>
          <w:rFonts w:eastAsia="Times New Roman" w:cs="Times New Roman"/>
          <w:b/>
          <w:color w:val="000000"/>
          <w:sz w:val="26"/>
          <w:lang w:val="ru-RU"/>
        </w:rPr>
        <w:t>Комісії</w:t>
      </w:r>
      <w:proofErr w:type="spellEnd"/>
    </w:p>
    <w:p w14:paraId="5E7E6A72" w14:textId="77777777" w:rsidR="00531018" w:rsidRPr="00CA6C2E" w:rsidRDefault="00C52941">
      <w:pPr>
        <w:spacing w:after="120" w:line="240" w:lineRule="auto"/>
        <w:rPr>
          <w:lang w:val="ru-RU"/>
        </w:rPr>
      </w:pP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Придатний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(не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придатний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) до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роботи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[____________________________________________]</w:t>
      </w:r>
    </w:p>
    <w:p w14:paraId="32C67B98" w14:textId="77777777" w:rsidR="00531018" w:rsidRPr="00CA6C2E" w:rsidRDefault="00C52941">
      <w:pPr>
        <w:spacing w:after="120" w:line="240" w:lineRule="auto"/>
        <w:rPr>
          <w:lang w:val="ru-RU"/>
        </w:rPr>
      </w:pP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придатний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до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роботи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тільки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на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термін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(строк) [____________________________________________]</w:t>
      </w:r>
    </w:p>
    <w:p w14:paraId="03804A71" w14:textId="77777777" w:rsidR="00531018" w:rsidRPr="00CA6C2E" w:rsidRDefault="00C52941">
      <w:pPr>
        <w:spacing w:after="120" w:line="240" w:lineRule="auto"/>
        <w:rPr>
          <w:lang w:val="ru-RU"/>
        </w:rPr>
      </w:pPr>
      <w:r w:rsidRPr="00CA6C2E">
        <w:rPr>
          <w:rFonts w:eastAsia="Times New Roman" w:cs="Times New Roman"/>
          <w:color w:val="000000"/>
          <w:sz w:val="20"/>
          <w:lang w:val="ru-RU"/>
        </w:rPr>
        <w:t xml:space="preserve">за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професією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за ДК 003:2010* [____________________________________________]</w:t>
      </w:r>
    </w:p>
    <w:p w14:paraId="6BB48AD1" w14:textId="77777777" w:rsidR="00531018" w:rsidRPr="00CA6C2E" w:rsidRDefault="00C52941">
      <w:pPr>
        <w:spacing w:after="120" w:line="240" w:lineRule="auto"/>
        <w:rPr>
          <w:lang w:val="ru-RU"/>
        </w:rPr>
      </w:pPr>
      <w:r w:rsidRPr="00CA6C2E">
        <w:rPr>
          <w:rFonts w:eastAsia="Times New Roman" w:cs="Times New Roman"/>
          <w:color w:val="000000"/>
          <w:sz w:val="20"/>
          <w:lang w:val="ru-RU"/>
        </w:rPr>
        <w:t xml:space="preserve">у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несприятливих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умовах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</w:t>
      </w:r>
      <w:proofErr w:type="spellStart"/>
      <w:r w:rsidRPr="00CA6C2E">
        <w:rPr>
          <w:rFonts w:eastAsia="Times New Roman" w:cs="Times New Roman"/>
          <w:color w:val="000000"/>
          <w:sz w:val="20"/>
          <w:lang w:val="ru-RU"/>
        </w:rPr>
        <w:t>праці</w:t>
      </w:r>
      <w:proofErr w:type="spellEnd"/>
      <w:r w:rsidRPr="00CA6C2E">
        <w:rPr>
          <w:rFonts w:eastAsia="Times New Roman" w:cs="Times New Roman"/>
          <w:color w:val="000000"/>
          <w:sz w:val="20"/>
          <w:lang w:val="ru-RU"/>
        </w:rPr>
        <w:t xml:space="preserve"> [____________________________________________]</w:t>
      </w:r>
    </w:p>
    <w:p w14:paraId="083E75DB" w14:textId="77777777" w:rsidR="00531018" w:rsidRDefault="00C52941">
      <w:pPr>
        <w:spacing w:after="280" w:line="240" w:lineRule="auto"/>
        <w:jc w:val="center"/>
      </w:pPr>
      <w:r>
        <w:rPr>
          <w:rFonts w:cs="Times New Roman"/>
          <w:color w:val="000000"/>
          <w:sz w:val="16"/>
        </w:rPr>
        <w:t>(</w:t>
      </w:r>
      <w:proofErr w:type="spellStart"/>
      <w:r>
        <w:rPr>
          <w:rFonts w:cs="Times New Roman"/>
          <w:color w:val="000000"/>
          <w:sz w:val="16"/>
        </w:rPr>
        <w:t>перелічити</w:t>
      </w:r>
      <w:proofErr w:type="spellEnd"/>
      <w:r>
        <w:rPr>
          <w:rFonts w:cs="Times New Roman"/>
          <w:color w:val="000000"/>
          <w:sz w:val="16"/>
        </w:rPr>
        <w:t xml:space="preserve"> </w:t>
      </w:r>
      <w:proofErr w:type="spellStart"/>
      <w:r>
        <w:rPr>
          <w:rFonts w:cs="Times New Roman"/>
          <w:color w:val="000000"/>
          <w:sz w:val="16"/>
        </w:rPr>
        <w:t>виробничі</w:t>
      </w:r>
      <w:proofErr w:type="spellEnd"/>
      <w:r>
        <w:rPr>
          <w:rFonts w:cs="Times New Roman"/>
          <w:color w:val="000000"/>
          <w:sz w:val="16"/>
        </w:rPr>
        <w:t xml:space="preserve"> </w:t>
      </w:r>
      <w:proofErr w:type="spellStart"/>
      <w:r>
        <w:rPr>
          <w:rFonts w:cs="Times New Roman"/>
          <w:color w:val="000000"/>
          <w:sz w:val="16"/>
        </w:rPr>
        <w:t>фактори</w:t>
      </w:r>
      <w:proofErr w:type="spellEnd"/>
      <w:r>
        <w:rPr>
          <w:rFonts w:cs="Times New Roman"/>
          <w:color w:val="000000"/>
          <w:sz w:val="16"/>
        </w:rPr>
        <w:t>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91"/>
        <w:gridCol w:w="2891"/>
        <w:gridCol w:w="2891"/>
      </w:tblGrid>
      <w:tr w:rsidR="00531018" w14:paraId="47B65E88" w14:textId="77777777" w:rsidTr="00CA6C2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718C1D" w14:textId="77777777" w:rsidR="00B82E60" w:rsidRPr="00DE64FB" w:rsidRDefault="00EE7C04">
            <w:pPr>
              <w:spacing w:after="0"/>
              <w:rPr>
                <w:lang w:val="ru-RU"/>
              </w:rPr>
            </w:pPr>
            <w:r w:rsidRPr="00DE64FB">
              <w:rPr>
                <w:rFonts w:cs="Times New Roman"/>
                <w:color w:val="000000"/>
                <w:sz w:val="16"/>
                <w:lang w:val="ru-RU"/>
              </w:rPr>
              <w:t xml:space="preserve">Голова </w:t>
            </w:r>
            <w:proofErr w:type="spellStart"/>
            <w:r w:rsidRPr="00DE64FB">
              <w:rPr>
                <w:rFonts w:cs="Times New Roman"/>
                <w:color w:val="000000"/>
                <w:sz w:val="16"/>
                <w:lang w:val="ru-RU"/>
              </w:rPr>
              <w:t>Комісії</w:t>
            </w:r>
            <w:proofErr w:type="spellEnd"/>
            <w:r w:rsidRPr="00DE64FB">
              <w:rPr>
                <w:rFonts w:cs="Times New Roman"/>
                <w:color w:val="000000"/>
                <w:sz w:val="16"/>
                <w:lang w:val="ru-RU"/>
              </w:rPr>
              <w:br/>
              <w:t xml:space="preserve">М. П. (за </w:t>
            </w:r>
            <w:proofErr w:type="spellStart"/>
            <w:r w:rsidRPr="00DE64FB">
              <w:rPr>
                <w:rFonts w:cs="Times New Roman"/>
                <w:color w:val="000000"/>
                <w:sz w:val="16"/>
                <w:lang w:val="ru-RU"/>
              </w:rPr>
              <w:t>наявності</w:t>
            </w:r>
            <w:proofErr w:type="spellEnd"/>
            <w:r w:rsidRPr="00DE64FB">
              <w:rPr>
                <w:rFonts w:cs="Times New Roman"/>
                <w:color w:val="000000"/>
                <w:sz w:val="16"/>
                <w:lang w:val="ru-RU"/>
              </w:rPr>
              <w:t>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1917AA" w14:textId="77777777" w:rsidR="00B82E60" w:rsidRDefault="00EE7C04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6"/>
              </w:rPr>
              <w:t>____________</w:t>
            </w:r>
            <w:r>
              <w:rPr>
                <w:rFonts w:cs="Times New Roman"/>
                <w:color w:val="000000"/>
                <w:sz w:val="16"/>
              </w:rPr>
              <w:br/>
              <w:t>(</w:t>
            </w:r>
            <w:proofErr w:type="spellStart"/>
            <w:r>
              <w:rPr>
                <w:rFonts w:cs="Times New Roman"/>
                <w:color w:val="000000"/>
                <w:sz w:val="16"/>
              </w:rPr>
              <w:t>підпис</w:t>
            </w:r>
            <w:proofErr w:type="spellEnd"/>
            <w:r>
              <w:rPr>
                <w:rFonts w:cs="Times New Roman"/>
                <w:color w:val="000000"/>
                <w:sz w:val="16"/>
              </w:rPr>
              <w:t>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ADBA83" w14:textId="77777777" w:rsidR="00B82E60" w:rsidRDefault="00EE7C04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6"/>
              </w:rPr>
              <w:t>[</w:t>
            </w:r>
            <w:proofErr w:type="spellStart"/>
            <w:r>
              <w:rPr>
                <w:rFonts w:cs="Times New Roman"/>
                <w:color w:val="000000"/>
                <w:sz w:val="16"/>
              </w:rPr>
              <w:t>Власне</w:t>
            </w:r>
            <w:proofErr w:type="spellEnd"/>
            <w:r>
              <w:rPr>
                <w:rFonts w:cs="Times New Roman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16"/>
              </w:rPr>
              <w:t>ім’я</w:t>
            </w:r>
            <w:proofErr w:type="spellEnd"/>
            <w:r>
              <w:rPr>
                <w:rFonts w:cs="Times New Roman"/>
                <w:color w:val="000000"/>
                <w:sz w:val="16"/>
              </w:rPr>
              <w:t xml:space="preserve"> ПРІЗВИЩЕ]</w:t>
            </w:r>
          </w:p>
        </w:tc>
      </w:tr>
      <w:tr w:rsidR="00B82E60" w14:paraId="4CE52C47" w14:textId="77777777">
        <w:tc>
          <w:tcPr>
            <w:tcW w:w="2891" w:type="dxa"/>
            <w:vAlign w:val="center"/>
          </w:tcPr>
          <w:p w14:paraId="2BD900B1" w14:textId="77777777" w:rsidR="00B82E60" w:rsidRPr="00DE64FB" w:rsidRDefault="00EE7C04">
            <w:pPr>
              <w:spacing w:after="0"/>
              <w:rPr>
                <w:lang w:val="ru-RU"/>
              </w:rPr>
            </w:pPr>
            <w:proofErr w:type="spellStart"/>
            <w:r w:rsidRPr="00DE64FB">
              <w:rPr>
                <w:rFonts w:cs="Times New Roman"/>
                <w:color w:val="000000"/>
                <w:sz w:val="16"/>
                <w:lang w:val="ru-RU"/>
              </w:rPr>
              <w:t>Медичний</w:t>
            </w:r>
            <w:proofErr w:type="spellEnd"/>
            <w:r w:rsidRPr="00DE64FB">
              <w:rPr>
                <w:rFonts w:cs="Times New Roman"/>
                <w:color w:val="000000"/>
                <w:sz w:val="16"/>
                <w:lang w:val="ru-RU"/>
              </w:rPr>
              <w:t xml:space="preserve"> директор (</w:t>
            </w:r>
            <w:proofErr w:type="spellStart"/>
            <w:r w:rsidRPr="00DE64FB">
              <w:rPr>
                <w:rFonts w:cs="Times New Roman"/>
                <w:color w:val="000000"/>
                <w:sz w:val="16"/>
                <w:lang w:val="ru-RU"/>
              </w:rPr>
              <w:t>керівник</w:t>
            </w:r>
            <w:proofErr w:type="spellEnd"/>
            <w:r w:rsidRPr="00DE64FB">
              <w:rPr>
                <w:rFonts w:cs="Times New Roman"/>
                <w:color w:val="000000"/>
                <w:sz w:val="16"/>
                <w:lang w:val="ru-RU"/>
              </w:rPr>
              <w:t xml:space="preserve"> ЗОЗ)</w:t>
            </w:r>
            <w:r w:rsidRPr="00DE64FB">
              <w:rPr>
                <w:rFonts w:cs="Times New Roman"/>
                <w:color w:val="000000"/>
                <w:sz w:val="16"/>
                <w:lang w:val="ru-RU"/>
              </w:rPr>
              <w:br/>
              <w:t xml:space="preserve">М. П. (за </w:t>
            </w:r>
            <w:proofErr w:type="spellStart"/>
            <w:r w:rsidRPr="00DE64FB">
              <w:rPr>
                <w:rFonts w:cs="Times New Roman"/>
                <w:color w:val="000000"/>
                <w:sz w:val="16"/>
                <w:lang w:val="ru-RU"/>
              </w:rPr>
              <w:t>наявності</w:t>
            </w:r>
            <w:proofErr w:type="spellEnd"/>
            <w:r w:rsidRPr="00DE64FB">
              <w:rPr>
                <w:rFonts w:cs="Times New Roman"/>
                <w:color w:val="000000"/>
                <w:sz w:val="16"/>
                <w:lang w:val="ru-RU"/>
              </w:rPr>
              <w:t>)</w:t>
            </w:r>
          </w:p>
        </w:tc>
        <w:tc>
          <w:tcPr>
            <w:tcW w:w="2891" w:type="dxa"/>
            <w:vAlign w:val="center"/>
          </w:tcPr>
          <w:p w14:paraId="3EFC5C9E" w14:textId="77777777" w:rsidR="00B82E60" w:rsidRDefault="00EE7C04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6"/>
              </w:rPr>
              <w:t>____________</w:t>
            </w:r>
            <w:r>
              <w:rPr>
                <w:rFonts w:cs="Times New Roman"/>
                <w:color w:val="000000"/>
                <w:sz w:val="16"/>
              </w:rPr>
              <w:br/>
              <w:t>(</w:t>
            </w:r>
            <w:proofErr w:type="spellStart"/>
            <w:r>
              <w:rPr>
                <w:rFonts w:cs="Times New Roman"/>
                <w:color w:val="000000"/>
                <w:sz w:val="16"/>
              </w:rPr>
              <w:t>підпис</w:t>
            </w:r>
            <w:proofErr w:type="spellEnd"/>
            <w:r>
              <w:rPr>
                <w:rFonts w:cs="Times New Roman"/>
                <w:color w:val="000000"/>
                <w:sz w:val="16"/>
              </w:rPr>
              <w:t>)</w:t>
            </w:r>
          </w:p>
        </w:tc>
        <w:tc>
          <w:tcPr>
            <w:tcW w:w="2891" w:type="dxa"/>
            <w:vAlign w:val="center"/>
          </w:tcPr>
          <w:p w14:paraId="7279FCD3" w14:textId="77777777" w:rsidR="00B82E60" w:rsidRDefault="00EE7C04">
            <w:pPr>
              <w:spacing w:after="0"/>
              <w:jc w:val="center"/>
            </w:pPr>
            <w:r>
              <w:rPr>
                <w:rFonts w:cs="Times New Roman"/>
                <w:color w:val="000000"/>
                <w:sz w:val="16"/>
              </w:rPr>
              <w:t>[</w:t>
            </w:r>
            <w:proofErr w:type="spellStart"/>
            <w:r>
              <w:rPr>
                <w:rFonts w:cs="Times New Roman"/>
                <w:color w:val="000000"/>
                <w:sz w:val="16"/>
              </w:rPr>
              <w:t>Власне</w:t>
            </w:r>
            <w:proofErr w:type="spellEnd"/>
            <w:r>
              <w:rPr>
                <w:rFonts w:cs="Times New Roman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16"/>
              </w:rPr>
              <w:t>ім’я</w:t>
            </w:r>
            <w:proofErr w:type="spellEnd"/>
            <w:r>
              <w:rPr>
                <w:rFonts w:cs="Times New Roman"/>
                <w:color w:val="000000"/>
                <w:sz w:val="16"/>
              </w:rPr>
              <w:t xml:space="preserve"> ПРІЗВИЩЕ]</w:t>
            </w:r>
          </w:p>
        </w:tc>
      </w:tr>
    </w:tbl>
    <w:p w14:paraId="3A556524" w14:textId="77777777" w:rsidR="00531018" w:rsidRPr="00DE64FB" w:rsidRDefault="00C52941">
      <w:pPr>
        <w:spacing w:before="80" w:after="160" w:line="252" w:lineRule="auto"/>
      </w:pPr>
      <w:r>
        <w:rPr>
          <w:rFonts w:cs="Times New Roman"/>
          <w:color w:val="000000"/>
          <w:sz w:val="14"/>
        </w:rPr>
        <w:t xml:space="preserve">* </w:t>
      </w:r>
      <w:proofErr w:type="spellStart"/>
      <w:r>
        <w:rPr>
          <w:rFonts w:cs="Times New Roman"/>
          <w:color w:val="000000"/>
          <w:sz w:val="14"/>
        </w:rPr>
        <w:t>Національний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класифікатор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України</w:t>
      </w:r>
      <w:proofErr w:type="spellEnd"/>
      <w:r>
        <w:rPr>
          <w:rFonts w:cs="Times New Roman"/>
          <w:color w:val="000000"/>
          <w:sz w:val="14"/>
        </w:rPr>
        <w:t xml:space="preserve"> «</w:t>
      </w:r>
      <w:proofErr w:type="spellStart"/>
      <w:r>
        <w:rPr>
          <w:rFonts w:cs="Times New Roman"/>
          <w:color w:val="000000"/>
          <w:sz w:val="14"/>
        </w:rPr>
        <w:t>Класифікатор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професій</w:t>
      </w:r>
      <w:proofErr w:type="spellEnd"/>
      <w:r>
        <w:rPr>
          <w:rFonts w:cs="Times New Roman"/>
          <w:color w:val="000000"/>
          <w:sz w:val="14"/>
        </w:rPr>
        <w:t xml:space="preserve">» ДК 003:2010, </w:t>
      </w:r>
      <w:proofErr w:type="spellStart"/>
      <w:r>
        <w:rPr>
          <w:rFonts w:cs="Times New Roman"/>
          <w:color w:val="000000"/>
          <w:sz w:val="14"/>
        </w:rPr>
        <w:t>затверджений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наказом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Державного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комітету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України</w:t>
      </w:r>
      <w:proofErr w:type="spellEnd"/>
      <w:r>
        <w:rPr>
          <w:rFonts w:cs="Times New Roman"/>
          <w:color w:val="000000"/>
          <w:sz w:val="14"/>
        </w:rPr>
        <w:t xml:space="preserve"> з </w:t>
      </w:r>
      <w:proofErr w:type="spellStart"/>
      <w:r>
        <w:rPr>
          <w:rFonts w:cs="Times New Roman"/>
          <w:color w:val="000000"/>
          <w:sz w:val="14"/>
        </w:rPr>
        <w:t>питань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технічного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регулювання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та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споживчої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політики</w:t>
      </w:r>
      <w:proofErr w:type="spellEnd"/>
      <w:r>
        <w:rPr>
          <w:rFonts w:cs="Times New Roman"/>
          <w:color w:val="000000"/>
          <w:sz w:val="14"/>
        </w:rPr>
        <w:t xml:space="preserve"> </w:t>
      </w:r>
      <w:proofErr w:type="spellStart"/>
      <w:r>
        <w:rPr>
          <w:rFonts w:cs="Times New Roman"/>
          <w:color w:val="000000"/>
          <w:sz w:val="14"/>
        </w:rPr>
        <w:t>від</w:t>
      </w:r>
      <w:proofErr w:type="spellEnd"/>
      <w:r>
        <w:rPr>
          <w:rFonts w:cs="Times New Roman"/>
          <w:color w:val="000000"/>
          <w:sz w:val="14"/>
        </w:rPr>
        <w:t xml:space="preserve"> 28 </w:t>
      </w:r>
      <w:proofErr w:type="spellStart"/>
      <w:r>
        <w:rPr>
          <w:rFonts w:cs="Times New Roman"/>
          <w:color w:val="000000"/>
          <w:sz w:val="14"/>
        </w:rPr>
        <w:t>липня</w:t>
      </w:r>
      <w:proofErr w:type="spellEnd"/>
      <w:r>
        <w:rPr>
          <w:rFonts w:cs="Times New Roman"/>
          <w:color w:val="000000"/>
          <w:sz w:val="14"/>
        </w:rPr>
        <w:t xml:space="preserve"> 2010 </w:t>
      </w:r>
      <w:proofErr w:type="spellStart"/>
      <w:r>
        <w:rPr>
          <w:rFonts w:cs="Times New Roman"/>
          <w:color w:val="000000"/>
          <w:sz w:val="14"/>
        </w:rPr>
        <w:t>року</w:t>
      </w:r>
      <w:proofErr w:type="spellEnd"/>
      <w:r>
        <w:rPr>
          <w:rFonts w:cs="Times New Roman"/>
          <w:color w:val="000000"/>
          <w:sz w:val="14"/>
        </w:rPr>
        <w:t xml:space="preserve"> № 327.</w:t>
      </w:r>
    </w:p>
    <w:sectPr w:rsidR="00531018" w:rsidRPr="00DE64FB" w:rsidSect="00034616">
      <w:footerReference w:type="default" r:id="rId8"/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30952" w14:textId="77777777" w:rsidR="00A86817" w:rsidRDefault="00A86817">
      <w:pPr>
        <w:spacing w:after="0" w:line="240" w:lineRule="auto"/>
      </w:pPr>
      <w:r>
        <w:separator/>
      </w:r>
    </w:p>
  </w:endnote>
  <w:endnote w:type="continuationSeparator" w:id="0">
    <w:p w14:paraId="5BCED648" w14:textId="77777777" w:rsidR="00A86817" w:rsidRDefault="00A86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3AB4" w14:textId="77777777" w:rsidR="00531018" w:rsidRDefault="0053101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5875B" w14:textId="77777777" w:rsidR="00A86817" w:rsidRDefault="00A86817">
      <w:pPr>
        <w:spacing w:after="0" w:line="240" w:lineRule="auto"/>
      </w:pPr>
      <w:r>
        <w:separator/>
      </w:r>
    </w:p>
  </w:footnote>
  <w:footnote w:type="continuationSeparator" w:id="0">
    <w:p w14:paraId="48D82EDE" w14:textId="77777777" w:rsidR="00A86817" w:rsidRDefault="00A86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8812803">
    <w:abstractNumId w:val="8"/>
  </w:num>
  <w:num w:numId="2" w16cid:durableId="2066642246">
    <w:abstractNumId w:val="6"/>
  </w:num>
  <w:num w:numId="3" w16cid:durableId="699748798">
    <w:abstractNumId w:val="5"/>
  </w:num>
  <w:num w:numId="4" w16cid:durableId="1014766217">
    <w:abstractNumId w:val="4"/>
  </w:num>
  <w:num w:numId="5" w16cid:durableId="189803526">
    <w:abstractNumId w:val="7"/>
  </w:num>
  <w:num w:numId="6" w16cid:durableId="310401651">
    <w:abstractNumId w:val="3"/>
  </w:num>
  <w:num w:numId="7" w16cid:durableId="1538162438">
    <w:abstractNumId w:val="2"/>
  </w:num>
  <w:num w:numId="8" w16cid:durableId="314335797">
    <w:abstractNumId w:val="1"/>
  </w:num>
  <w:num w:numId="9" w16cid:durableId="106453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7C64"/>
    <w:rsid w:val="0029639D"/>
    <w:rsid w:val="00326F90"/>
    <w:rsid w:val="003906FD"/>
    <w:rsid w:val="00450C47"/>
    <w:rsid w:val="00531018"/>
    <w:rsid w:val="007471A1"/>
    <w:rsid w:val="008C16E0"/>
    <w:rsid w:val="009D1ACC"/>
    <w:rsid w:val="00A86817"/>
    <w:rsid w:val="00AA1D8D"/>
    <w:rsid w:val="00B30044"/>
    <w:rsid w:val="00B47730"/>
    <w:rsid w:val="00B82E60"/>
    <w:rsid w:val="00C52941"/>
    <w:rsid w:val="00CA6C2E"/>
    <w:rsid w:val="00CB0664"/>
    <w:rsid w:val="00DE64FB"/>
    <w:rsid w:val="00EE7C04"/>
    <w:rsid w:val="00FC693F"/>
    <w:rsid w:val="00FE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075BC"/>
  <w14:defaultImageDpi w14:val="300"/>
  <w15:docId w15:val="{63722DC9-93AE-467A-BEF3-24F0F453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keywords/>
  <cp:lastModifiedBy>Debet-Kredit</cp:lastModifiedBy>
  <dcterms:created xsi:type="dcterms:W3CDTF">2026-10-23T11:07:00Z</dcterms:created>
  <dcterms:modified xsi:type="dcterms:W3CDTF">2026-10-23T11:07:00Z</dcterms:modified>
  <cp:category/>
</cp:coreProperties>
</file>