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400C0" w14:textId="77777777" w:rsidR="002D32C4" w:rsidRPr="00E24BFB" w:rsidRDefault="00F47622">
      <w:pPr>
        <w:keepNext/>
        <w:jc w:val="center"/>
        <w:rPr>
          <w:lang w:val="ru-RU"/>
        </w:rPr>
      </w:pPr>
      <w:r w:rsidRPr="00E24BFB">
        <w:rPr>
          <w:b/>
          <w:lang w:val="ru-RU"/>
        </w:rPr>
        <w:t>ТОВАРИСТВО З ОБМЕЖЕНОЮ ВІДПОВІДАЛЬНІСТЮ «ГАЛКОС»</w:t>
      </w:r>
    </w:p>
    <w:p w14:paraId="71ED897C" w14:textId="77777777" w:rsidR="002D32C4" w:rsidRPr="00E24BFB" w:rsidRDefault="00F47622">
      <w:pPr>
        <w:keepNext/>
        <w:jc w:val="center"/>
        <w:rPr>
          <w:lang w:val="ru-RU"/>
        </w:rPr>
      </w:pPr>
      <w:r w:rsidRPr="00E24BFB">
        <w:rPr>
          <w:lang w:val="ru-RU"/>
        </w:rPr>
        <w:t>ТОВ «</w:t>
      </w:r>
      <w:proofErr w:type="spellStart"/>
      <w:r w:rsidRPr="00E24BFB">
        <w:rPr>
          <w:lang w:val="ru-RU"/>
        </w:rPr>
        <w:t>Галкос</w:t>
      </w:r>
      <w:proofErr w:type="spellEnd"/>
      <w:r w:rsidRPr="00E24BFB">
        <w:rPr>
          <w:lang w:val="ru-RU"/>
        </w:rPr>
        <w:t>»</w:t>
      </w:r>
    </w:p>
    <w:p w14:paraId="40C03BAE" w14:textId="77777777" w:rsidR="002D32C4" w:rsidRPr="00E24BFB" w:rsidRDefault="00F47622">
      <w:pPr>
        <w:keepNext/>
        <w:spacing w:after="80"/>
        <w:jc w:val="center"/>
        <w:rPr>
          <w:lang w:val="ru-RU"/>
        </w:rPr>
      </w:pPr>
      <w:r w:rsidRPr="00E24BFB">
        <w:rPr>
          <w:sz w:val="22"/>
          <w:lang w:val="ru-RU"/>
        </w:rPr>
        <w:t>Код ЄДРПОУ 12345678</w:t>
      </w:r>
    </w:p>
    <w:p w14:paraId="29BE4FC3" w14:textId="77777777" w:rsidR="002D32C4" w:rsidRPr="00E24BFB" w:rsidRDefault="00F47622">
      <w:pPr>
        <w:spacing w:after="80"/>
        <w:jc w:val="center"/>
        <w:rPr>
          <w:lang w:val="ru-RU"/>
        </w:rPr>
      </w:pPr>
      <w:r w:rsidRPr="00E24BFB">
        <w:rPr>
          <w:sz w:val="20"/>
          <w:lang w:val="ru-RU"/>
        </w:rPr>
        <w:t xml:space="preserve">03150, </w:t>
      </w:r>
      <w:proofErr w:type="spellStart"/>
      <w:r w:rsidRPr="00E24BFB">
        <w:rPr>
          <w:sz w:val="20"/>
          <w:lang w:val="ru-RU"/>
        </w:rPr>
        <w:t>Київ</w:t>
      </w:r>
      <w:proofErr w:type="spellEnd"/>
      <w:r w:rsidRPr="00E24BFB">
        <w:rPr>
          <w:sz w:val="20"/>
          <w:lang w:val="ru-RU"/>
        </w:rPr>
        <w:t xml:space="preserve">, </w:t>
      </w:r>
      <w:proofErr w:type="spellStart"/>
      <w:r w:rsidRPr="00E24BFB">
        <w:rPr>
          <w:sz w:val="20"/>
          <w:lang w:val="ru-RU"/>
        </w:rPr>
        <w:t>вул</w:t>
      </w:r>
      <w:proofErr w:type="spellEnd"/>
      <w:r w:rsidRPr="00E24BFB">
        <w:rPr>
          <w:sz w:val="20"/>
          <w:lang w:val="ru-RU"/>
        </w:rPr>
        <w:t xml:space="preserve">. </w:t>
      </w:r>
      <w:proofErr w:type="spellStart"/>
      <w:r w:rsidRPr="00E24BFB">
        <w:rPr>
          <w:sz w:val="20"/>
          <w:lang w:val="ru-RU"/>
        </w:rPr>
        <w:t>Ділова</w:t>
      </w:r>
      <w:proofErr w:type="spellEnd"/>
      <w:r w:rsidRPr="00E24BFB">
        <w:rPr>
          <w:sz w:val="20"/>
          <w:lang w:val="ru-RU"/>
        </w:rPr>
        <w:t xml:space="preserve">, 10; тел. +380 44 555 40 20; </w:t>
      </w:r>
      <w:r>
        <w:rPr>
          <w:sz w:val="20"/>
        </w:rPr>
        <w:t>e</w:t>
      </w:r>
      <w:r w:rsidRPr="00E24BFB">
        <w:rPr>
          <w:sz w:val="20"/>
          <w:lang w:val="ru-RU"/>
        </w:rPr>
        <w:t>-</w:t>
      </w:r>
      <w:r>
        <w:rPr>
          <w:sz w:val="20"/>
        </w:rPr>
        <w:t>mail</w:t>
      </w:r>
      <w:r w:rsidRPr="00E24BFB">
        <w:rPr>
          <w:sz w:val="20"/>
          <w:lang w:val="ru-RU"/>
        </w:rPr>
        <w:t xml:space="preserve">: </w:t>
      </w:r>
      <w:r>
        <w:rPr>
          <w:sz w:val="20"/>
        </w:rPr>
        <w:t>office</w:t>
      </w:r>
      <w:r w:rsidRPr="00E24BFB">
        <w:rPr>
          <w:sz w:val="20"/>
          <w:lang w:val="ru-RU"/>
        </w:rPr>
        <w:t>@</w:t>
      </w:r>
      <w:proofErr w:type="spellStart"/>
      <w:r>
        <w:rPr>
          <w:sz w:val="20"/>
        </w:rPr>
        <w:t>galkos</w:t>
      </w:r>
      <w:proofErr w:type="spellEnd"/>
      <w:r w:rsidRPr="00E24BFB">
        <w:rPr>
          <w:sz w:val="20"/>
          <w:lang w:val="ru-RU"/>
        </w:rPr>
        <w:t>.</w:t>
      </w:r>
      <w:r>
        <w:rPr>
          <w:sz w:val="20"/>
        </w:rPr>
        <w:t>example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948"/>
        <w:gridCol w:w="1361"/>
        <w:gridCol w:w="1587"/>
        <w:gridCol w:w="2948"/>
      </w:tblGrid>
      <w:tr w:rsidR="002D32C4" w14:paraId="4CDCB7CC" w14:textId="77777777">
        <w:trPr>
          <w:jc w:val="center"/>
        </w:trPr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6C59C" w14:textId="596BA4C1" w:rsidR="002D32C4" w:rsidRDefault="00F47622">
            <w:r>
              <w:t>18.</w:t>
            </w:r>
            <w:r w:rsidR="00E24BFB">
              <w:rPr>
                <w:lang w:val="uk-UA"/>
              </w:rPr>
              <w:t>10</w:t>
            </w:r>
            <w:r>
              <w:t>.2026</w:t>
            </w:r>
          </w:p>
        </w:tc>
        <w:tc>
          <w:tcPr>
            <w:tcW w:w="294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79602" w14:textId="77777777" w:rsidR="002D32C4" w:rsidRDefault="00F47622">
            <w:pPr>
              <w:jc w:val="center"/>
            </w:pPr>
            <w:r>
              <w:t>Київ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2CE9A" w14:textId="77777777" w:rsidR="002D32C4" w:rsidRDefault="00F47622">
            <w:pPr>
              <w:jc w:val="right"/>
            </w:pPr>
            <w:r>
              <w:t>№ 145/01-10</w:t>
            </w:r>
          </w:p>
        </w:tc>
      </w:tr>
      <w:tr w:rsidR="002D32C4" w14:paraId="446F69C2" w14:textId="77777777">
        <w:trPr>
          <w:jc w:val="center"/>
        </w:trPr>
        <w:tc>
          <w:tcPr>
            <w:tcW w:w="430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3DC62" w14:textId="77777777" w:rsidR="002D32C4" w:rsidRDefault="002D32C4"/>
        </w:tc>
        <w:tc>
          <w:tcPr>
            <w:tcW w:w="45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A7C2F" w14:textId="77777777" w:rsidR="002D32C4" w:rsidRPr="00E24BFB" w:rsidRDefault="00F47622">
            <w:pPr>
              <w:rPr>
                <w:lang w:val="ru-RU"/>
              </w:rPr>
            </w:pPr>
            <w:r w:rsidRPr="00E24BFB">
              <w:rPr>
                <w:lang w:val="ru-RU"/>
              </w:rPr>
              <w:t>ЛЕВЧЕНКУ Максиму Олеговичу</w:t>
            </w:r>
          </w:p>
          <w:p w14:paraId="0A6AF616" w14:textId="77777777" w:rsidR="002D32C4" w:rsidRDefault="00F47622">
            <w:r w:rsidRPr="00E24BFB">
              <w:rPr>
                <w:lang w:val="ru-RU"/>
              </w:rPr>
              <w:t xml:space="preserve">02140, м. </w:t>
            </w:r>
            <w:proofErr w:type="spellStart"/>
            <w:r w:rsidRPr="00E24BFB">
              <w:rPr>
                <w:lang w:val="ru-RU"/>
              </w:rPr>
              <w:t>Київ</w:t>
            </w:r>
            <w:proofErr w:type="spellEnd"/>
            <w:r w:rsidRPr="00E24BFB">
              <w:rPr>
                <w:lang w:val="ru-RU"/>
              </w:rPr>
              <w:t xml:space="preserve">, </w:t>
            </w:r>
            <w:proofErr w:type="spellStart"/>
            <w:r w:rsidRPr="00E24BFB">
              <w:rPr>
                <w:lang w:val="ru-RU"/>
              </w:rPr>
              <w:t>вул</w:t>
            </w:r>
            <w:proofErr w:type="spellEnd"/>
            <w:r w:rsidRPr="00E24BFB">
              <w:rPr>
                <w:lang w:val="ru-RU"/>
              </w:rPr>
              <w:t xml:space="preserve">. </w:t>
            </w:r>
            <w:proofErr w:type="spellStart"/>
            <w:r>
              <w:t>Ревуцького</w:t>
            </w:r>
            <w:proofErr w:type="spellEnd"/>
            <w:r>
              <w:t xml:space="preserve">, 25, </w:t>
            </w:r>
            <w:proofErr w:type="spellStart"/>
            <w:r>
              <w:t>кв</w:t>
            </w:r>
            <w:proofErr w:type="spellEnd"/>
            <w:r>
              <w:t>. 41</w:t>
            </w:r>
          </w:p>
        </w:tc>
      </w:tr>
    </w:tbl>
    <w:p w14:paraId="0139010F" w14:textId="77777777" w:rsidR="002D32C4" w:rsidRDefault="00F47622">
      <w:pPr>
        <w:keepNext/>
        <w:spacing w:before="200" w:after="160"/>
      </w:pPr>
      <w:r>
        <w:rPr>
          <w:b/>
        </w:rPr>
        <w:t>Щодо надання письмових пояснень</w:t>
      </w:r>
    </w:p>
    <w:p w14:paraId="02EA5E2A" w14:textId="2BE20E92" w:rsidR="002D32C4" w:rsidRPr="004B63AA" w:rsidRDefault="00F47622">
      <w:pPr>
        <w:spacing w:after="120"/>
        <w:ind w:firstLine="709"/>
        <w:rPr>
          <w:lang w:val="uk-UA"/>
        </w:rPr>
      </w:pPr>
      <w:proofErr w:type="spellStart"/>
      <w:r>
        <w:t>Шановний</w:t>
      </w:r>
      <w:proofErr w:type="spellEnd"/>
      <w:r>
        <w:t xml:space="preserve"> </w:t>
      </w:r>
      <w:proofErr w:type="spellStart"/>
      <w:r>
        <w:t>Максиме</w:t>
      </w:r>
      <w:proofErr w:type="spellEnd"/>
      <w:r>
        <w:t xml:space="preserve"> </w:t>
      </w:r>
      <w:proofErr w:type="spellStart"/>
      <w:r>
        <w:t>Олеговичу</w:t>
      </w:r>
      <w:proofErr w:type="spellEnd"/>
      <w:r>
        <w:t>!</w:t>
      </w:r>
      <w:r w:rsidR="004B63AA">
        <w:rPr>
          <w:lang w:val="uk-UA"/>
        </w:rPr>
        <w:t xml:space="preserve"> </w:t>
      </w:r>
    </w:p>
    <w:p w14:paraId="742B3032" w14:textId="5BD3865F" w:rsidR="002D32C4" w:rsidRPr="00E24BFB" w:rsidRDefault="00F47622">
      <w:pPr>
        <w:ind w:firstLine="709"/>
        <w:rPr>
          <w:lang w:val="ru-RU"/>
        </w:rPr>
      </w:pPr>
      <w:r w:rsidRPr="00E24BFB">
        <w:rPr>
          <w:lang w:val="ru-RU"/>
        </w:rPr>
        <w:t xml:space="preserve">18 </w:t>
      </w:r>
      <w:proofErr w:type="spellStart"/>
      <w:r w:rsidR="00E24BFB">
        <w:rPr>
          <w:lang w:val="ru-RU"/>
        </w:rPr>
        <w:t>жовтня</w:t>
      </w:r>
      <w:proofErr w:type="spellEnd"/>
      <w:r w:rsidR="00E24BFB">
        <w:rPr>
          <w:lang w:val="ru-RU"/>
        </w:rPr>
        <w:t xml:space="preserve"> </w:t>
      </w:r>
      <w:r w:rsidRPr="00E24BFB">
        <w:rPr>
          <w:lang w:val="ru-RU"/>
        </w:rPr>
        <w:t xml:space="preserve">2026 року Ви не </w:t>
      </w:r>
      <w:proofErr w:type="spellStart"/>
      <w:r w:rsidRPr="00E24BFB">
        <w:rPr>
          <w:lang w:val="ru-RU"/>
        </w:rPr>
        <w:t>з’явилися</w:t>
      </w:r>
      <w:proofErr w:type="spellEnd"/>
      <w:r w:rsidRPr="00E24BFB">
        <w:rPr>
          <w:lang w:val="ru-RU"/>
        </w:rPr>
        <w:t xml:space="preserve"> </w:t>
      </w:r>
      <w:proofErr w:type="gramStart"/>
      <w:r w:rsidRPr="00E24BFB">
        <w:rPr>
          <w:lang w:val="ru-RU"/>
        </w:rPr>
        <w:t>на роботу</w:t>
      </w:r>
      <w:proofErr w:type="gramEnd"/>
      <w:r w:rsidRPr="00E24BFB">
        <w:rPr>
          <w:lang w:val="ru-RU"/>
        </w:rPr>
        <w:t xml:space="preserve">, </w:t>
      </w:r>
      <w:proofErr w:type="spellStart"/>
      <w:r w:rsidRPr="00E24BFB">
        <w:rPr>
          <w:lang w:val="ru-RU"/>
        </w:rPr>
        <w:t>хоча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відповідно</w:t>
      </w:r>
      <w:proofErr w:type="spellEnd"/>
      <w:r w:rsidRPr="00E24BFB">
        <w:rPr>
          <w:lang w:val="ru-RU"/>
        </w:rPr>
        <w:t xml:space="preserve"> до наказу ТОВ «</w:t>
      </w:r>
      <w:proofErr w:type="spellStart"/>
      <w:r w:rsidRPr="00E24BFB">
        <w:rPr>
          <w:lang w:val="ru-RU"/>
        </w:rPr>
        <w:t>Галкос</w:t>
      </w:r>
      <w:proofErr w:type="spellEnd"/>
      <w:r w:rsidRPr="00E24BFB">
        <w:rPr>
          <w:lang w:val="ru-RU"/>
        </w:rPr>
        <w:t xml:space="preserve">» </w:t>
      </w:r>
      <w:proofErr w:type="spellStart"/>
      <w:r w:rsidRPr="00E24BFB">
        <w:rPr>
          <w:lang w:val="ru-RU"/>
        </w:rPr>
        <w:t>від</w:t>
      </w:r>
      <w:proofErr w:type="spellEnd"/>
      <w:r w:rsidRPr="00E24BFB">
        <w:rPr>
          <w:lang w:val="ru-RU"/>
        </w:rPr>
        <w:t xml:space="preserve"> 17.</w:t>
      </w:r>
      <w:r w:rsidR="00E24BFB">
        <w:rPr>
          <w:lang w:val="ru-RU"/>
        </w:rPr>
        <w:t>10</w:t>
      </w:r>
      <w:r w:rsidRPr="00E24BFB">
        <w:rPr>
          <w:lang w:val="ru-RU"/>
        </w:rPr>
        <w:t>.2026 № 180/к/</w:t>
      </w:r>
      <w:proofErr w:type="spellStart"/>
      <w:r w:rsidRPr="00E24BFB">
        <w:rPr>
          <w:lang w:val="ru-RU"/>
        </w:rPr>
        <w:t>тр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мали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приступити</w:t>
      </w:r>
      <w:proofErr w:type="spellEnd"/>
      <w:r w:rsidRPr="00E24BFB">
        <w:rPr>
          <w:lang w:val="ru-RU"/>
        </w:rPr>
        <w:t xml:space="preserve"> до </w:t>
      </w:r>
      <w:proofErr w:type="spellStart"/>
      <w:r w:rsidRPr="00E24BFB">
        <w:rPr>
          <w:lang w:val="ru-RU"/>
        </w:rPr>
        <w:t>роботи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цього</w:t>
      </w:r>
      <w:proofErr w:type="spellEnd"/>
      <w:r w:rsidRPr="00E24BFB">
        <w:rPr>
          <w:lang w:val="ru-RU"/>
        </w:rPr>
        <w:t xml:space="preserve"> дня. Станом на дату </w:t>
      </w:r>
      <w:proofErr w:type="spellStart"/>
      <w:r w:rsidRPr="00E24BFB">
        <w:rPr>
          <w:lang w:val="ru-RU"/>
        </w:rPr>
        <w:t>цього</w:t>
      </w:r>
      <w:proofErr w:type="spellEnd"/>
      <w:r w:rsidRPr="00E24BFB">
        <w:rPr>
          <w:lang w:val="ru-RU"/>
        </w:rPr>
        <w:t xml:space="preserve"> листа причина </w:t>
      </w:r>
      <w:proofErr w:type="spellStart"/>
      <w:r w:rsidRPr="00E24BFB">
        <w:rPr>
          <w:lang w:val="ru-RU"/>
        </w:rPr>
        <w:t>Вашої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відсутності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роботодавцю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невідома</w:t>
      </w:r>
      <w:proofErr w:type="spellEnd"/>
      <w:r w:rsidRPr="00E24BFB">
        <w:rPr>
          <w:lang w:val="ru-RU"/>
        </w:rPr>
        <w:t>.</w:t>
      </w:r>
    </w:p>
    <w:p w14:paraId="37E4E9AF" w14:textId="05E995AA" w:rsidR="002D32C4" w:rsidRPr="00E24BFB" w:rsidRDefault="00F47622">
      <w:pPr>
        <w:spacing w:before="80"/>
        <w:ind w:firstLine="709"/>
        <w:rPr>
          <w:lang w:val="ru-RU"/>
        </w:rPr>
      </w:pPr>
      <w:proofErr w:type="spellStart"/>
      <w:r w:rsidRPr="00E24BFB">
        <w:rPr>
          <w:lang w:val="ru-RU"/>
        </w:rPr>
        <w:t>Керуючись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статтею</w:t>
      </w:r>
      <w:proofErr w:type="spellEnd"/>
      <w:r w:rsidRPr="00E24BFB">
        <w:rPr>
          <w:lang w:val="ru-RU"/>
        </w:rPr>
        <w:t xml:space="preserve"> 149 Кодексу </w:t>
      </w:r>
      <w:proofErr w:type="spellStart"/>
      <w:r w:rsidRPr="00E24BFB">
        <w:rPr>
          <w:lang w:val="ru-RU"/>
        </w:rPr>
        <w:t>законів</w:t>
      </w:r>
      <w:proofErr w:type="spellEnd"/>
      <w:r w:rsidRPr="00E24BFB">
        <w:rPr>
          <w:lang w:val="ru-RU"/>
        </w:rPr>
        <w:t xml:space="preserve"> про </w:t>
      </w:r>
      <w:proofErr w:type="spellStart"/>
      <w:r w:rsidRPr="00E24BFB">
        <w:rPr>
          <w:lang w:val="ru-RU"/>
        </w:rPr>
        <w:t>працю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України</w:t>
      </w:r>
      <w:proofErr w:type="spellEnd"/>
      <w:r w:rsidRPr="00E24BFB">
        <w:rPr>
          <w:lang w:val="ru-RU"/>
        </w:rPr>
        <w:t xml:space="preserve">, просимо </w:t>
      </w:r>
      <w:proofErr w:type="spellStart"/>
      <w:r w:rsidRPr="00E24BFB">
        <w:rPr>
          <w:lang w:val="ru-RU"/>
        </w:rPr>
        <w:t>надати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письмові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пояснення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щодо</w:t>
      </w:r>
      <w:proofErr w:type="spellEnd"/>
      <w:r w:rsidRPr="00E24BFB">
        <w:rPr>
          <w:lang w:val="ru-RU"/>
        </w:rPr>
        <w:t xml:space="preserve"> причин </w:t>
      </w:r>
      <w:proofErr w:type="spellStart"/>
      <w:r w:rsidRPr="00E24BFB">
        <w:rPr>
          <w:lang w:val="ru-RU"/>
        </w:rPr>
        <w:t>відсутності</w:t>
      </w:r>
      <w:proofErr w:type="spellEnd"/>
      <w:r w:rsidRPr="00E24BFB">
        <w:rPr>
          <w:lang w:val="ru-RU"/>
        </w:rPr>
        <w:t xml:space="preserve"> 18.</w:t>
      </w:r>
      <w:r w:rsidR="00E24BFB">
        <w:rPr>
          <w:lang w:val="ru-RU"/>
        </w:rPr>
        <w:t>10</w:t>
      </w:r>
      <w:r w:rsidRPr="00E24BFB">
        <w:rPr>
          <w:lang w:val="ru-RU"/>
        </w:rPr>
        <w:t xml:space="preserve">.2026 та, за </w:t>
      </w:r>
      <w:proofErr w:type="spellStart"/>
      <w:r w:rsidRPr="00E24BFB">
        <w:rPr>
          <w:lang w:val="ru-RU"/>
        </w:rPr>
        <w:t>наявності</w:t>
      </w:r>
      <w:proofErr w:type="spellEnd"/>
      <w:r w:rsidRPr="00E24BFB">
        <w:rPr>
          <w:lang w:val="ru-RU"/>
        </w:rPr>
        <w:t xml:space="preserve">, </w:t>
      </w:r>
      <w:proofErr w:type="spellStart"/>
      <w:r w:rsidRPr="00E24BFB">
        <w:rPr>
          <w:lang w:val="ru-RU"/>
        </w:rPr>
        <w:t>документи</w:t>
      </w:r>
      <w:proofErr w:type="spellEnd"/>
      <w:r w:rsidRPr="00E24BFB">
        <w:rPr>
          <w:lang w:val="ru-RU"/>
        </w:rPr>
        <w:t xml:space="preserve">, </w:t>
      </w:r>
      <w:proofErr w:type="spellStart"/>
      <w:r w:rsidRPr="00E24BFB">
        <w:rPr>
          <w:lang w:val="ru-RU"/>
        </w:rPr>
        <w:t>що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підтверджують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ці</w:t>
      </w:r>
      <w:proofErr w:type="spellEnd"/>
      <w:r w:rsidRPr="00E24BFB">
        <w:rPr>
          <w:lang w:val="ru-RU"/>
        </w:rPr>
        <w:t xml:space="preserve"> причини.</w:t>
      </w:r>
    </w:p>
    <w:p w14:paraId="63E59EF0" w14:textId="77777777" w:rsidR="002D32C4" w:rsidRPr="00E24BFB" w:rsidRDefault="00F47622">
      <w:pPr>
        <w:spacing w:before="80"/>
        <w:ind w:firstLine="709"/>
        <w:rPr>
          <w:lang w:val="ru-RU"/>
        </w:rPr>
      </w:pPr>
      <w:proofErr w:type="spellStart"/>
      <w:r w:rsidRPr="00E24BFB">
        <w:rPr>
          <w:lang w:val="ru-RU"/>
        </w:rPr>
        <w:t>Пояснення</w:t>
      </w:r>
      <w:proofErr w:type="spellEnd"/>
      <w:r w:rsidRPr="00E24BFB">
        <w:rPr>
          <w:lang w:val="ru-RU"/>
        </w:rPr>
        <w:t xml:space="preserve"> просимо </w:t>
      </w:r>
      <w:proofErr w:type="spellStart"/>
      <w:r w:rsidRPr="00E24BFB">
        <w:rPr>
          <w:lang w:val="ru-RU"/>
        </w:rPr>
        <w:t>направити</w:t>
      </w:r>
      <w:proofErr w:type="spellEnd"/>
      <w:r w:rsidRPr="00E24BFB">
        <w:rPr>
          <w:lang w:val="ru-RU"/>
        </w:rPr>
        <w:t xml:space="preserve"> </w:t>
      </w:r>
      <w:proofErr w:type="gramStart"/>
      <w:r w:rsidRPr="00E24BFB">
        <w:rPr>
          <w:lang w:val="ru-RU"/>
        </w:rPr>
        <w:t>на адресу</w:t>
      </w:r>
      <w:proofErr w:type="gramEnd"/>
      <w:r w:rsidRPr="00E24BFB">
        <w:rPr>
          <w:lang w:val="ru-RU"/>
        </w:rPr>
        <w:t xml:space="preserve"> ТОВ «</w:t>
      </w:r>
      <w:proofErr w:type="spellStart"/>
      <w:r w:rsidRPr="00E24BFB">
        <w:rPr>
          <w:lang w:val="ru-RU"/>
        </w:rPr>
        <w:t>Галкос</w:t>
      </w:r>
      <w:proofErr w:type="spellEnd"/>
      <w:r w:rsidRPr="00E24BFB">
        <w:rPr>
          <w:lang w:val="ru-RU"/>
        </w:rPr>
        <w:t xml:space="preserve">»: 03150, м. </w:t>
      </w:r>
      <w:proofErr w:type="spellStart"/>
      <w:r w:rsidRPr="00E24BFB">
        <w:rPr>
          <w:lang w:val="ru-RU"/>
        </w:rPr>
        <w:t>Київ</w:t>
      </w:r>
      <w:proofErr w:type="spellEnd"/>
      <w:r w:rsidRPr="00E24BFB">
        <w:rPr>
          <w:lang w:val="ru-RU"/>
        </w:rPr>
        <w:t xml:space="preserve">, </w:t>
      </w:r>
      <w:proofErr w:type="spellStart"/>
      <w:r w:rsidRPr="00E24BFB">
        <w:rPr>
          <w:lang w:val="ru-RU"/>
        </w:rPr>
        <w:t>вул</w:t>
      </w:r>
      <w:proofErr w:type="spellEnd"/>
      <w:r w:rsidRPr="00E24BFB">
        <w:rPr>
          <w:lang w:val="ru-RU"/>
        </w:rPr>
        <w:t xml:space="preserve">. </w:t>
      </w:r>
      <w:proofErr w:type="spellStart"/>
      <w:r w:rsidRPr="00E24BFB">
        <w:rPr>
          <w:lang w:val="ru-RU"/>
        </w:rPr>
        <w:t>Ділова</w:t>
      </w:r>
      <w:proofErr w:type="spellEnd"/>
      <w:r w:rsidRPr="00E24BFB">
        <w:rPr>
          <w:lang w:val="ru-RU"/>
        </w:rPr>
        <w:t xml:space="preserve">, 10, </w:t>
      </w:r>
      <w:proofErr w:type="spellStart"/>
      <w:r w:rsidRPr="00E24BFB">
        <w:rPr>
          <w:lang w:val="ru-RU"/>
        </w:rPr>
        <w:t>або</w:t>
      </w:r>
      <w:proofErr w:type="spellEnd"/>
      <w:r w:rsidRPr="00E24BFB">
        <w:rPr>
          <w:lang w:val="ru-RU"/>
        </w:rPr>
        <w:t xml:space="preserve"> подати </w:t>
      </w:r>
      <w:proofErr w:type="spellStart"/>
      <w:r w:rsidRPr="00E24BFB">
        <w:rPr>
          <w:lang w:val="ru-RU"/>
        </w:rPr>
        <w:t>особисто</w:t>
      </w:r>
      <w:proofErr w:type="spellEnd"/>
      <w:r w:rsidRPr="00E24BFB">
        <w:rPr>
          <w:lang w:val="ru-RU"/>
        </w:rPr>
        <w:t xml:space="preserve"> до </w:t>
      </w:r>
      <w:proofErr w:type="spellStart"/>
      <w:r w:rsidRPr="00E24BFB">
        <w:rPr>
          <w:lang w:val="ru-RU"/>
        </w:rPr>
        <w:t>відділу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кадрів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протягом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п’яти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робочих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днів</w:t>
      </w:r>
      <w:proofErr w:type="spellEnd"/>
      <w:r w:rsidRPr="00E24BFB">
        <w:rPr>
          <w:lang w:val="ru-RU"/>
        </w:rPr>
        <w:t xml:space="preserve"> з дня </w:t>
      </w:r>
      <w:proofErr w:type="spellStart"/>
      <w:r w:rsidRPr="00E24BFB">
        <w:rPr>
          <w:lang w:val="ru-RU"/>
        </w:rPr>
        <w:t>отримання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цього</w:t>
      </w:r>
      <w:proofErr w:type="spellEnd"/>
      <w:r w:rsidRPr="00E24BFB">
        <w:rPr>
          <w:lang w:val="ru-RU"/>
        </w:rPr>
        <w:t xml:space="preserve"> листа.</w:t>
      </w:r>
    </w:p>
    <w:p w14:paraId="7B0F3826" w14:textId="77777777" w:rsidR="002D32C4" w:rsidRPr="00E24BFB" w:rsidRDefault="00F47622">
      <w:pPr>
        <w:spacing w:before="80"/>
        <w:ind w:firstLine="709"/>
        <w:rPr>
          <w:lang w:val="ru-RU"/>
        </w:rPr>
      </w:pPr>
      <w:proofErr w:type="spellStart"/>
      <w:r w:rsidRPr="00E24BFB">
        <w:rPr>
          <w:lang w:val="ru-RU"/>
        </w:rPr>
        <w:t>Після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отримання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пояснень</w:t>
      </w:r>
      <w:proofErr w:type="spellEnd"/>
      <w:r w:rsidRPr="00E24BFB">
        <w:rPr>
          <w:lang w:val="ru-RU"/>
        </w:rPr>
        <w:t xml:space="preserve"> та </w:t>
      </w:r>
      <w:proofErr w:type="spellStart"/>
      <w:r w:rsidRPr="00E24BFB">
        <w:rPr>
          <w:lang w:val="ru-RU"/>
        </w:rPr>
        <w:t>документів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роботодавець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оцінить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обставини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відсутності</w:t>
      </w:r>
      <w:proofErr w:type="spellEnd"/>
      <w:r w:rsidRPr="00E24BFB">
        <w:rPr>
          <w:lang w:val="ru-RU"/>
        </w:rPr>
        <w:t xml:space="preserve"> й </w:t>
      </w:r>
      <w:proofErr w:type="spellStart"/>
      <w:r w:rsidRPr="00E24BFB">
        <w:rPr>
          <w:lang w:val="ru-RU"/>
        </w:rPr>
        <w:t>визначить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подальші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дії</w:t>
      </w:r>
      <w:proofErr w:type="spellEnd"/>
      <w:r w:rsidRPr="00E24BFB">
        <w:rPr>
          <w:lang w:val="ru-RU"/>
        </w:rPr>
        <w:t xml:space="preserve"> </w:t>
      </w:r>
      <w:proofErr w:type="spellStart"/>
      <w:r w:rsidRPr="00E24BFB">
        <w:rPr>
          <w:lang w:val="ru-RU"/>
        </w:rPr>
        <w:t>відповідно</w:t>
      </w:r>
      <w:proofErr w:type="spellEnd"/>
      <w:r w:rsidRPr="00E24BFB">
        <w:rPr>
          <w:lang w:val="ru-RU"/>
        </w:rPr>
        <w:t xml:space="preserve"> до </w:t>
      </w:r>
      <w:proofErr w:type="spellStart"/>
      <w:r w:rsidRPr="00E24BFB">
        <w:rPr>
          <w:lang w:val="ru-RU"/>
        </w:rPr>
        <w:t>законодавства</w:t>
      </w:r>
      <w:proofErr w:type="spellEnd"/>
      <w:r w:rsidRPr="00E24BFB">
        <w:rPr>
          <w:lang w:val="ru-RU"/>
        </w:rPr>
        <w:t xml:space="preserve"> про </w:t>
      </w:r>
      <w:proofErr w:type="spellStart"/>
      <w:r w:rsidRPr="00E24BFB">
        <w:rPr>
          <w:lang w:val="ru-RU"/>
        </w:rPr>
        <w:t>працю</w:t>
      </w:r>
      <w:proofErr w:type="spellEnd"/>
      <w:r w:rsidRPr="00E24BFB">
        <w:rPr>
          <w:lang w:val="ru-RU"/>
        </w:rPr>
        <w:t>.</w:t>
      </w:r>
    </w:p>
    <w:p w14:paraId="11E9F747" w14:textId="77777777" w:rsidR="002D32C4" w:rsidRPr="00E24BFB" w:rsidRDefault="00F47622">
      <w:pPr>
        <w:tabs>
          <w:tab w:val="left" w:pos="4876"/>
          <w:tab w:val="left" w:pos="7427"/>
        </w:tabs>
        <w:spacing w:before="280"/>
        <w:rPr>
          <w:lang w:val="ru-RU"/>
        </w:rPr>
      </w:pPr>
      <w:r w:rsidRPr="00E24BFB">
        <w:rPr>
          <w:lang w:val="ru-RU"/>
        </w:rPr>
        <w:t>Директор</w:t>
      </w:r>
      <w:r w:rsidRPr="00E24BFB">
        <w:rPr>
          <w:lang w:val="ru-RU"/>
        </w:rPr>
        <w:tab/>
        <w:t>________________</w:t>
      </w:r>
      <w:r w:rsidRPr="00E24BFB">
        <w:rPr>
          <w:lang w:val="ru-RU"/>
        </w:rPr>
        <w:tab/>
        <w:t>Орест ХОРОБРИЙ</w:t>
      </w:r>
    </w:p>
    <w:p w14:paraId="57C020CE" w14:textId="77777777" w:rsidR="002D32C4" w:rsidRPr="00E24BFB" w:rsidRDefault="00F47622">
      <w:pPr>
        <w:spacing w:before="200"/>
        <w:rPr>
          <w:lang w:val="ru-RU"/>
        </w:rPr>
      </w:pPr>
      <w:proofErr w:type="spellStart"/>
      <w:r w:rsidRPr="00E24BFB">
        <w:rPr>
          <w:i/>
          <w:sz w:val="20"/>
          <w:lang w:val="ru-RU"/>
        </w:rPr>
        <w:t>Надіслано</w:t>
      </w:r>
      <w:proofErr w:type="spellEnd"/>
      <w:r w:rsidRPr="00E24BFB">
        <w:rPr>
          <w:i/>
          <w:sz w:val="20"/>
          <w:lang w:val="ru-RU"/>
        </w:rPr>
        <w:t xml:space="preserve"> 18.08.2026 </w:t>
      </w:r>
      <w:proofErr w:type="spellStart"/>
      <w:r w:rsidRPr="00E24BFB">
        <w:rPr>
          <w:i/>
          <w:sz w:val="20"/>
          <w:lang w:val="ru-RU"/>
        </w:rPr>
        <w:t>рекомендованим</w:t>
      </w:r>
      <w:proofErr w:type="spellEnd"/>
      <w:r w:rsidRPr="00E24BFB">
        <w:rPr>
          <w:i/>
          <w:sz w:val="20"/>
          <w:lang w:val="ru-RU"/>
        </w:rPr>
        <w:t xml:space="preserve"> </w:t>
      </w:r>
      <w:proofErr w:type="spellStart"/>
      <w:r w:rsidRPr="00E24BFB">
        <w:rPr>
          <w:i/>
          <w:sz w:val="20"/>
          <w:lang w:val="ru-RU"/>
        </w:rPr>
        <w:t>поштовим</w:t>
      </w:r>
      <w:proofErr w:type="spellEnd"/>
      <w:r w:rsidRPr="00E24BFB">
        <w:rPr>
          <w:i/>
          <w:sz w:val="20"/>
          <w:lang w:val="ru-RU"/>
        </w:rPr>
        <w:t xml:space="preserve"> </w:t>
      </w:r>
      <w:proofErr w:type="spellStart"/>
      <w:r w:rsidRPr="00E24BFB">
        <w:rPr>
          <w:i/>
          <w:sz w:val="20"/>
          <w:lang w:val="ru-RU"/>
        </w:rPr>
        <w:t>відправленням</w:t>
      </w:r>
      <w:proofErr w:type="spellEnd"/>
      <w:r w:rsidRPr="00E24BFB">
        <w:rPr>
          <w:i/>
          <w:sz w:val="20"/>
          <w:lang w:val="ru-RU"/>
        </w:rPr>
        <w:t xml:space="preserve"> з </w:t>
      </w:r>
      <w:proofErr w:type="spellStart"/>
      <w:r w:rsidRPr="00E24BFB">
        <w:rPr>
          <w:i/>
          <w:sz w:val="20"/>
          <w:lang w:val="ru-RU"/>
        </w:rPr>
        <w:t>повідомленням</w:t>
      </w:r>
      <w:proofErr w:type="spellEnd"/>
      <w:r w:rsidRPr="00E24BFB">
        <w:rPr>
          <w:i/>
          <w:sz w:val="20"/>
          <w:lang w:val="ru-RU"/>
        </w:rPr>
        <w:t xml:space="preserve"> про </w:t>
      </w:r>
      <w:proofErr w:type="spellStart"/>
      <w:r w:rsidRPr="00E24BFB">
        <w:rPr>
          <w:i/>
          <w:sz w:val="20"/>
          <w:lang w:val="ru-RU"/>
        </w:rPr>
        <w:t>вручення</w:t>
      </w:r>
      <w:proofErr w:type="spellEnd"/>
      <w:r w:rsidRPr="00E24BFB">
        <w:rPr>
          <w:i/>
          <w:sz w:val="20"/>
          <w:lang w:val="ru-RU"/>
        </w:rPr>
        <w:t xml:space="preserve"> № </w:t>
      </w:r>
      <w:r>
        <w:rPr>
          <w:i/>
          <w:sz w:val="20"/>
        </w:rPr>
        <w:t>RA</w:t>
      </w:r>
      <w:r w:rsidRPr="00E24BFB">
        <w:rPr>
          <w:i/>
          <w:sz w:val="20"/>
          <w:lang w:val="ru-RU"/>
        </w:rPr>
        <w:t>123456789</w:t>
      </w:r>
      <w:r>
        <w:rPr>
          <w:i/>
          <w:sz w:val="20"/>
        </w:rPr>
        <w:t>UA</w:t>
      </w:r>
      <w:r w:rsidRPr="00E24BFB">
        <w:rPr>
          <w:i/>
          <w:sz w:val="20"/>
          <w:lang w:val="ru-RU"/>
        </w:rPr>
        <w:t>.</w:t>
      </w:r>
    </w:p>
    <w:sectPr w:rsidR="002D32C4" w:rsidRPr="00E24BFB" w:rsidSect="00034616">
      <w:pgSz w:w="12240" w:h="15840"/>
      <w:pgMar w:top="1134" w:right="567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7823"/>
    <w:rsid w:val="0029639D"/>
    <w:rsid w:val="002D32C4"/>
    <w:rsid w:val="00326F90"/>
    <w:rsid w:val="004B63AA"/>
    <w:rsid w:val="00AA1D8D"/>
    <w:rsid w:val="00B47730"/>
    <w:rsid w:val="00CB0664"/>
    <w:rsid w:val="00E24BFB"/>
    <w:rsid w:val="00F476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396D1A"/>
  <w14:defaultImageDpi w14:val="300"/>
  <w15:docId w15:val="{DDD98FC3-4E56-4316-BF3C-610A636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Debet-Kredit</dc:creator>
  <cp:keywords/>
  <cp:lastModifiedBy>Debet-Kredit</cp:lastModifiedBy>
  <dcterms:created xsi:type="dcterms:W3CDTF">2026-10-13T15:24:00Z</dcterms:created>
  <dcterms:modified xsi:type="dcterms:W3CDTF">2026-10-13T16:16:00Z</dcterms:modified>
  <cp:category/>
</cp:coreProperties>
</file>