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D21FF" w14:textId="77777777" w:rsidR="00BF26F5" w:rsidRPr="009B7951" w:rsidRDefault="001D57D0">
      <w:pPr>
        <w:keepNext/>
        <w:jc w:val="center"/>
        <w:rPr>
          <w:lang w:val="ru-RU"/>
        </w:rPr>
      </w:pPr>
      <w:r w:rsidRPr="009B7951">
        <w:rPr>
          <w:b/>
          <w:lang w:val="ru-RU"/>
        </w:rPr>
        <w:t>ТОВАРИСТВО З ОБМЕЖЕНОЮ ВІДПОВІДАЛЬНІСТЮ «ГАЛКОС»</w:t>
      </w:r>
    </w:p>
    <w:p w14:paraId="3BADE5D7" w14:textId="77777777" w:rsidR="00BF26F5" w:rsidRDefault="001D57D0">
      <w:pPr>
        <w:keepNext/>
        <w:jc w:val="center"/>
      </w:pPr>
      <w:r>
        <w:t>ТОВ «</w:t>
      </w:r>
      <w:proofErr w:type="spellStart"/>
      <w:r>
        <w:t>Галкос</w:t>
      </w:r>
      <w:proofErr w:type="spellEnd"/>
      <w:r>
        <w:t>»</w:t>
      </w:r>
    </w:p>
    <w:p w14:paraId="19573769" w14:textId="77777777" w:rsidR="00BF26F5" w:rsidRDefault="001D57D0">
      <w:pPr>
        <w:keepNext/>
        <w:spacing w:after="80"/>
        <w:jc w:val="center"/>
      </w:pPr>
      <w:r>
        <w:rPr>
          <w:sz w:val="22"/>
        </w:rPr>
        <w:t>Код ЄДРПОУ 12345678</w:t>
      </w:r>
    </w:p>
    <w:p w14:paraId="41F56381" w14:textId="77777777" w:rsidR="00BF26F5" w:rsidRDefault="001D57D0">
      <w:pPr>
        <w:keepNext/>
        <w:spacing w:before="40" w:after="80"/>
        <w:jc w:val="center"/>
      </w:pPr>
      <w:r>
        <w:rPr>
          <w:b/>
          <w:sz w:val="28"/>
        </w:rPr>
        <w:t>АКТ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BF26F5" w14:paraId="4D4C2731" w14:textId="77777777">
        <w:trPr>
          <w:jc w:val="center"/>
        </w:trPr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713B7" w14:textId="66506430" w:rsidR="00BF26F5" w:rsidRDefault="001D57D0">
            <w:r>
              <w:t>28.</w:t>
            </w:r>
            <w:r w:rsidR="009B7951">
              <w:rPr>
                <w:lang w:val="uk-UA"/>
              </w:rPr>
              <w:t>10</w:t>
            </w:r>
            <w:r>
              <w:t>.2026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C5B1B" w14:textId="77777777" w:rsidR="00BF26F5" w:rsidRDefault="001D57D0">
            <w:pPr>
              <w:jc w:val="center"/>
            </w:pPr>
            <w:r>
              <w:t>Київ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FC597" w14:textId="77777777" w:rsidR="00BF26F5" w:rsidRDefault="001D57D0">
            <w:pPr>
              <w:jc w:val="right"/>
            </w:pPr>
            <w:r>
              <w:t>№ 13</w:t>
            </w:r>
          </w:p>
        </w:tc>
      </w:tr>
    </w:tbl>
    <w:p w14:paraId="7D886E05" w14:textId="77777777" w:rsidR="00BF26F5" w:rsidRPr="009B7951" w:rsidRDefault="001D57D0">
      <w:pPr>
        <w:keepNext/>
        <w:spacing w:before="200" w:after="160"/>
        <w:rPr>
          <w:lang w:val="ru-RU"/>
        </w:rPr>
      </w:pPr>
      <w:r w:rsidRPr="009B7951">
        <w:rPr>
          <w:b/>
          <w:lang w:val="ru-RU"/>
        </w:rPr>
        <w:t xml:space="preserve">Про </w:t>
      </w:r>
      <w:proofErr w:type="spellStart"/>
      <w:r w:rsidRPr="009B7951">
        <w:rPr>
          <w:b/>
          <w:lang w:val="ru-RU"/>
        </w:rPr>
        <w:t>ненадання</w:t>
      </w:r>
      <w:proofErr w:type="spellEnd"/>
      <w:r w:rsidRPr="009B7951">
        <w:rPr>
          <w:b/>
          <w:lang w:val="ru-RU"/>
        </w:rPr>
        <w:t xml:space="preserve"> </w:t>
      </w:r>
      <w:proofErr w:type="spellStart"/>
      <w:r w:rsidRPr="009B7951">
        <w:rPr>
          <w:b/>
          <w:lang w:val="ru-RU"/>
        </w:rPr>
        <w:t>працівником</w:t>
      </w:r>
      <w:proofErr w:type="spellEnd"/>
      <w:r w:rsidRPr="009B7951">
        <w:rPr>
          <w:b/>
          <w:lang w:val="ru-RU"/>
        </w:rPr>
        <w:t xml:space="preserve"> </w:t>
      </w:r>
      <w:proofErr w:type="spellStart"/>
      <w:r w:rsidRPr="009B7951">
        <w:rPr>
          <w:b/>
          <w:lang w:val="ru-RU"/>
        </w:rPr>
        <w:t>письмових</w:t>
      </w:r>
      <w:proofErr w:type="spellEnd"/>
      <w:r w:rsidRPr="009B7951">
        <w:rPr>
          <w:b/>
          <w:lang w:val="ru-RU"/>
        </w:rPr>
        <w:t xml:space="preserve"> </w:t>
      </w:r>
      <w:proofErr w:type="spellStart"/>
      <w:r w:rsidRPr="009B7951">
        <w:rPr>
          <w:b/>
          <w:lang w:val="ru-RU"/>
        </w:rPr>
        <w:t>пояснень</w:t>
      </w:r>
      <w:proofErr w:type="spellEnd"/>
      <w:r w:rsidRPr="009B7951">
        <w:rPr>
          <w:b/>
          <w:lang w:val="ru-RU"/>
        </w:rPr>
        <w:t xml:space="preserve"> </w:t>
      </w:r>
      <w:proofErr w:type="spellStart"/>
      <w:r w:rsidRPr="009B7951">
        <w:rPr>
          <w:b/>
          <w:lang w:val="ru-RU"/>
        </w:rPr>
        <w:t>щодо</w:t>
      </w:r>
      <w:proofErr w:type="spellEnd"/>
      <w:r w:rsidRPr="009B7951">
        <w:rPr>
          <w:b/>
          <w:lang w:val="ru-RU"/>
        </w:rPr>
        <w:t xml:space="preserve"> причин </w:t>
      </w:r>
      <w:proofErr w:type="spellStart"/>
      <w:r w:rsidRPr="009B7951">
        <w:rPr>
          <w:b/>
          <w:lang w:val="ru-RU"/>
        </w:rPr>
        <w:t>відсутності</w:t>
      </w:r>
      <w:proofErr w:type="spellEnd"/>
      <w:r w:rsidRPr="009B7951">
        <w:rPr>
          <w:b/>
          <w:lang w:val="ru-RU"/>
        </w:rPr>
        <w:t xml:space="preserve"> на </w:t>
      </w:r>
      <w:proofErr w:type="spellStart"/>
      <w:r w:rsidRPr="009B7951">
        <w:rPr>
          <w:b/>
          <w:lang w:val="ru-RU"/>
        </w:rPr>
        <w:t>роботі</w:t>
      </w:r>
      <w:proofErr w:type="spellEnd"/>
    </w:p>
    <w:p w14:paraId="75F1B33E" w14:textId="77777777" w:rsidR="00BF26F5" w:rsidRPr="009B7951" w:rsidRDefault="001D57D0">
      <w:pPr>
        <w:ind w:firstLine="709"/>
        <w:rPr>
          <w:lang w:val="ru-RU"/>
        </w:rPr>
      </w:pPr>
      <w:r w:rsidRPr="009B7951">
        <w:rPr>
          <w:lang w:val="ru-RU"/>
        </w:rPr>
        <w:t xml:space="preserve">Ми, </w:t>
      </w:r>
      <w:proofErr w:type="spellStart"/>
      <w:r w:rsidRPr="009B7951">
        <w:rPr>
          <w:lang w:val="ru-RU"/>
        </w:rPr>
        <w:t>що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нижче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підписалися</w:t>
      </w:r>
      <w:proofErr w:type="spellEnd"/>
      <w:r w:rsidRPr="009B7951">
        <w:rPr>
          <w:lang w:val="ru-RU"/>
        </w:rPr>
        <w:t xml:space="preserve">: начальник </w:t>
      </w:r>
      <w:proofErr w:type="spellStart"/>
      <w:r w:rsidRPr="009B7951">
        <w:rPr>
          <w:lang w:val="ru-RU"/>
        </w:rPr>
        <w:t>відділу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кадрів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Олена</w:t>
      </w:r>
      <w:proofErr w:type="spellEnd"/>
      <w:r w:rsidRPr="009B7951">
        <w:rPr>
          <w:lang w:val="ru-RU"/>
        </w:rPr>
        <w:t xml:space="preserve"> ТКАЧЕНКО, </w:t>
      </w:r>
      <w:proofErr w:type="spellStart"/>
      <w:r w:rsidRPr="009B7951">
        <w:rPr>
          <w:lang w:val="ru-RU"/>
        </w:rPr>
        <w:t>керівник</w:t>
      </w:r>
      <w:proofErr w:type="spellEnd"/>
      <w:r w:rsidRPr="009B7951">
        <w:rPr>
          <w:lang w:val="ru-RU"/>
        </w:rPr>
        <w:t xml:space="preserve"> Контакт-центру Тарас РОМАНЕНКО та юрисконсульт </w:t>
      </w:r>
      <w:proofErr w:type="spellStart"/>
      <w:r w:rsidRPr="009B7951">
        <w:rPr>
          <w:lang w:val="ru-RU"/>
        </w:rPr>
        <w:t>Дмитро</w:t>
      </w:r>
      <w:proofErr w:type="spellEnd"/>
      <w:r w:rsidRPr="009B7951">
        <w:rPr>
          <w:lang w:val="ru-RU"/>
        </w:rPr>
        <w:t xml:space="preserve"> БІЛИК, </w:t>
      </w:r>
      <w:proofErr w:type="spellStart"/>
      <w:r w:rsidRPr="009B7951">
        <w:rPr>
          <w:lang w:val="ru-RU"/>
        </w:rPr>
        <w:t>склали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цей</w:t>
      </w:r>
      <w:proofErr w:type="spellEnd"/>
      <w:r w:rsidRPr="009B7951">
        <w:rPr>
          <w:lang w:val="ru-RU"/>
        </w:rPr>
        <w:t xml:space="preserve"> акт про </w:t>
      </w:r>
      <w:proofErr w:type="spellStart"/>
      <w:r w:rsidRPr="009B7951">
        <w:rPr>
          <w:lang w:val="ru-RU"/>
        </w:rPr>
        <w:t>таке</w:t>
      </w:r>
      <w:proofErr w:type="spellEnd"/>
      <w:r w:rsidRPr="009B7951">
        <w:rPr>
          <w:lang w:val="ru-RU"/>
        </w:rPr>
        <w:t>.</w:t>
      </w:r>
    </w:p>
    <w:p w14:paraId="5476546C" w14:textId="213947D3" w:rsidR="00BF26F5" w:rsidRPr="009B7951" w:rsidRDefault="001D57D0">
      <w:pPr>
        <w:spacing w:before="80"/>
        <w:ind w:firstLine="709"/>
        <w:rPr>
          <w:lang w:val="ru-RU"/>
        </w:rPr>
      </w:pPr>
      <w:r w:rsidRPr="009B7951">
        <w:rPr>
          <w:lang w:val="ru-RU"/>
        </w:rPr>
        <w:t>ЛЕВЧЕНКУ Максиму Олеговичу листом ТОВ «</w:t>
      </w:r>
      <w:proofErr w:type="spellStart"/>
      <w:r w:rsidRPr="009B7951">
        <w:rPr>
          <w:lang w:val="ru-RU"/>
        </w:rPr>
        <w:t>Галкос</w:t>
      </w:r>
      <w:proofErr w:type="spellEnd"/>
      <w:r w:rsidRPr="009B7951">
        <w:rPr>
          <w:lang w:val="ru-RU"/>
        </w:rPr>
        <w:t xml:space="preserve">» </w:t>
      </w:r>
      <w:proofErr w:type="spellStart"/>
      <w:r w:rsidRPr="009B7951">
        <w:rPr>
          <w:lang w:val="ru-RU"/>
        </w:rPr>
        <w:t>від</w:t>
      </w:r>
      <w:proofErr w:type="spellEnd"/>
      <w:r w:rsidRPr="009B7951">
        <w:rPr>
          <w:lang w:val="ru-RU"/>
        </w:rPr>
        <w:t xml:space="preserve"> 18.</w:t>
      </w:r>
      <w:r w:rsidR="009B7951">
        <w:rPr>
          <w:lang w:val="ru-RU"/>
        </w:rPr>
        <w:t>10</w:t>
      </w:r>
      <w:r w:rsidRPr="009B7951">
        <w:rPr>
          <w:lang w:val="ru-RU"/>
        </w:rPr>
        <w:t xml:space="preserve">.2026 № 145/01-10 </w:t>
      </w:r>
      <w:proofErr w:type="spellStart"/>
      <w:r w:rsidRPr="009B7951">
        <w:rPr>
          <w:lang w:val="ru-RU"/>
        </w:rPr>
        <w:t>було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запропоновано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надати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письмові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пояснення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щодо</w:t>
      </w:r>
      <w:proofErr w:type="spellEnd"/>
      <w:r w:rsidRPr="009B7951">
        <w:rPr>
          <w:lang w:val="ru-RU"/>
        </w:rPr>
        <w:t xml:space="preserve"> причин </w:t>
      </w:r>
      <w:proofErr w:type="spellStart"/>
      <w:r w:rsidRPr="009B7951">
        <w:rPr>
          <w:lang w:val="ru-RU"/>
        </w:rPr>
        <w:t>відсутності</w:t>
      </w:r>
      <w:proofErr w:type="spellEnd"/>
      <w:r w:rsidRPr="009B7951">
        <w:rPr>
          <w:lang w:val="ru-RU"/>
        </w:rPr>
        <w:t xml:space="preserve"> на </w:t>
      </w:r>
      <w:proofErr w:type="spellStart"/>
      <w:r w:rsidRPr="009B7951">
        <w:rPr>
          <w:lang w:val="ru-RU"/>
        </w:rPr>
        <w:t>роботі</w:t>
      </w:r>
      <w:proofErr w:type="spellEnd"/>
      <w:r w:rsidRPr="009B7951">
        <w:rPr>
          <w:lang w:val="ru-RU"/>
        </w:rPr>
        <w:t xml:space="preserve"> 18.</w:t>
      </w:r>
      <w:r w:rsidR="009B7951">
        <w:rPr>
          <w:lang w:val="ru-RU"/>
        </w:rPr>
        <w:t>10</w:t>
      </w:r>
      <w:r w:rsidRPr="009B7951">
        <w:rPr>
          <w:lang w:val="ru-RU"/>
        </w:rPr>
        <w:t xml:space="preserve">.2026 </w:t>
      </w:r>
      <w:proofErr w:type="spellStart"/>
      <w:r w:rsidRPr="009B7951">
        <w:rPr>
          <w:lang w:val="ru-RU"/>
        </w:rPr>
        <w:t>протягом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п’яти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робочих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днів</w:t>
      </w:r>
      <w:proofErr w:type="spellEnd"/>
      <w:r w:rsidRPr="009B7951">
        <w:rPr>
          <w:lang w:val="ru-RU"/>
        </w:rPr>
        <w:t xml:space="preserve"> з дня </w:t>
      </w:r>
      <w:proofErr w:type="spellStart"/>
      <w:r w:rsidRPr="009B7951">
        <w:rPr>
          <w:lang w:val="ru-RU"/>
        </w:rPr>
        <w:t>отримання</w:t>
      </w:r>
      <w:proofErr w:type="spellEnd"/>
      <w:r w:rsidRPr="009B7951">
        <w:rPr>
          <w:lang w:val="ru-RU"/>
        </w:rPr>
        <w:t xml:space="preserve"> листа.</w:t>
      </w:r>
      <w:r w:rsidR="007E3F19">
        <w:rPr>
          <w:lang w:val="ru-RU"/>
        </w:rPr>
        <w:t xml:space="preserve"> </w:t>
      </w:r>
    </w:p>
    <w:p w14:paraId="5A9199A9" w14:textId="4FE07500" w:rsidR="00BF26F5" w:rsidRPr="009B7951" w:rsidRDefault="001D57D0">
      <w:pPr>
        <w:spacing w:before="80"/>
        <w:ind w:firstLine="709"/>
        <w:rPr>
          <w:lang w:val="ru-RU"/>
        </w:rPr>
      </w:pPr>
      <w:r w:rsidRPr="009B7951">
        <w:rPr>
          <w:lang w:val="ru-RU"/>
        </w:rPr>
        <w:t xml:space="preserve">За </w:t>
      </w:r>
      <w:proofErr w:type="spellStart"/>
      <w:r w:rsidRPr="009B7951">
        <w:rPr>
          <w:lang w:val="ru-RU"/>
        </w:rPr>
        <w:t>даними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повідомлення</w:t>
      </w:r>
      <w:proofErr w:type="spellEnd"/>
      <w:r w:rsidRPr="009B7951">
        <w:rPr>
          <w:lang w:val="ru-RU"/>
        </w:rPr>
        <w:t xml:space="preserve"> про </w:t>
      </w:r>
      <w:proofErr w:type="spellStart"/>
      <w:r w:rsidRPr="009B7951">
        <w:rPr>
          <w:lang w:val="ru-RU"/>
        </w:rPr>
        <w:t>вручення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поштового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відправлення</w:t>
      </w:r>
      <w:proofErr w:type="spellEnd"/>
      <w:r w:rsidRPr="009B7951">
        <w:rPr>
          <w:lang w:val="ru-RU"/>
        </w:rPr>
        <w:t xml:space="preserve"> № </w:t>
      </w:r>
      <w:r>
        <w:t>RA</w:t>
      </w:r>
      <w:r w:rsidRPr="009B7951">
        <w:rPr>
          <w:lang w:val="ru-RU"/>
        </w:rPr>
        <w:t>123456789</w:t>
      </w:r>
      <w:r>
        <w:t>UA</w:t>
      </w:r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працівник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отримав</w:t>
      </w:r>
      <w:proofErr w:type="spellEnd"/>
      <w:r w:rsidRPr="009B7951">
        <w:rPr>
          <w:lang w:val="ru-RU"/>
        </w:rPr>
        <w:t xml:space="preserve"> лист 20.</w:t>
      </w:r>
      <w:r w:rsidR="009B7951">
        <w:rPr>
          <w:lang w:val="ru-RU"/>
        </w:rPr>
        <w:t>10</w:t>
      </w:r>
      <w:r w:rsidRPr="009B7951">
        <w:rPr>
          <w:lang w:val="ru-RU"/>
        </w:rPr>
        <w:t xml:space="preserve">.2026. Строк для </w:t>
      </w:r>
      <w:proofErr w:type="spellStart"/>
      <w:r w:rsidRPr="009B7951">
        <w:rPr>
          <w:lang w:val="ru-RU"/>
        </w:rPr>
        <w:t>подання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пояснень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сплив</w:t>
      </w:r>
      <w:proofErr w:type="spellEnd"/>
      <w:r w:rsidRPr="009B7951">
        <w:rPr>
          <w:lang w:val="ru-RU"/>
        </w:rPr>
        <w:t xml:space="preserve"> 27.</w:t>
      </w:r>
      <w:r w:rsidR="009B7951">
        <w:rPr>
          <w:lang w:val="ru-RU"/>
        </w:rPr>
        <w:t>10</w:t>
      </w:r>
      <w:r w:rsidRPr="009B7951">
        <w:rPr>
          <w:lang w:val="ru-RU"/>
        </w:rPr>
        <w:t>.2026.</w:t>
      </w:r>
    </w:p>
    <w:p w14:paraId="1EC0CDDA" w14:textId="45026E69" w:rsidR="00BF26F5" w:rsidRPr="009B7951" w:rsidRDefault="001D57D0">
      <w:pPr>
        <w:spacing w:before="80"/>
        <w:ind w:firstLine="709"/>
        <w:rPr>
          <w:lang w:val="ru-RU"/>
        </w:rPr>
      </w:pPr>
      <w:r w:rsidRPr="009B7951">
        <w:rPr>
          <w:lang w:val="ru-RU"/>
        </w:rPr>
        <w:t>Станом на 09:00 28.</w:t>
      </w:r>
      <w:r w:rsidR="009B7951">
        <w:rPr>
          <w:lang w:val="ru-RU"/>
        </w:rPr>
        <w:t>10</w:t>
      </w:r>
      <w:r w:rsidRPr="009B7951">
        <w:rPr>
          <w:lang w:val="ru-RU"/>
        </w:rPr>
        <w:t xml:space="preserve">.2026 </w:t>
      </w:r>
      <w:proofErr w:type="spellStart"/>
      <w:r w:rsidRPr="009B7951">
        <w:rPr>
          <w:lang w:val="ru-RU"/>
        </w:rPr>
        <w:t>письмові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пояснення</w:t>
      </w:r>
      <w:proofErr w:type="spellEnd"/>
      <w:r w:rsidRPr="009B7951">
        <w:rPr>
          <w:lang w:val="ru-RU"/>
        </w:rPr>
        <w:t xml:space="preserve"> та </w:t>
      </w:r>
      <w:proofErr w:type="spellStart"/>
      <w:r w:rsidRPr="009B7951">
        <w:rPr>
          <w:lang w:val="ru-RU"/>
        </w:rPr>
        <w:t>документи</w:t>
      </w:r>
      <w:proofErr w:type="spellEnd"/>
      <w:r w:rsidRPr="009B7951">
        <w:rPr>
          <w:lang w:val="ru-RU"/>
        </w:rPr>
        <w:t xml:space="preserve"> </w:t>
      </w:r>
      <w:proofErr w:type="spellStart"/>
      <w:r w:rsidRPr="009B7951">
        <w:rPr>
          <w:lang w:val="ru-RU"/>
        </w:rPr>
        <w:t>щодо</w:t>
      </w:r>
      <w:proofErr w:type="spellEnd"/>
      <w:r w:rsidRPr="009B7951">
        <w:rPr>
          <w:lang w:val="ru-RU"/>
        </w:rPr>
        <w:t xml:space="preserve"> причин </w:t>
      </w:r>
      <w:proofErr w:type="spellStart"/>
      <w:r w:rsidRPr="009B7951">
        <w:rPr>
          <w:lang w:val="ru-RU"/>
        </w:rPr>
        <w:t>відсутності</w:t>
      </w:r>
      <w:proofErr w:type="spellEnd"/>
      <w:r w:rsidRPr="009B7951">
        <w:rPr>
          <w:lang w:val="ru-RU"/>
        </w:rPr>
        <w:t xml:space="preserve"> ЛЕВЧЕНКО Максим Олегович до ТОВ «</w:t>
      </w:r>
      <w:proofErr w:type="spellStart"/>
      <w:r w:rsidRPr="009B7951">
        <w:rPr>
          <w:lang w:val="ru-RU"/>
        </w:rPr>
        <w:t>Галкос</w:t>
      </w:r>
      <w:proofErr w:type="spellEnd"/>
      <w:r w:rsidRPr="009B7951">
        <w:rPr>
          <w:lang w:val="ru-RU"/>
        </w:rPr>
        <w:t>» не подав.</w:t>
      </w:r>
    </w:p>
    <w:p w14:paraId="65A5D56C" w14:textId="77777777" w:rsidR="00BF26F5" w:rsidRPr="009B7951" w:rsidRDefault="001D57D0">
      <w:pPr>
        <w:tabs>
          <w:tab w:val="left" w:pos="4762"/>
          <w:tab w:val="left" w:pos="7030"/>
        </w:tabs>
        <w:spacing w:before="140"/>
        <w:rPr>
          <w:lang w:val="ru-RU"/>
        </w:rPr>
      </w:pPr>
      <w:r w:rsidRPr="009B7951">
        <w:rPr>
          <w:sz w:val="22"/>
          <w:lang w:val="ru-RU"/>
        </w:rPr>
        <w:t xml:space="preserve">Начальник </w:t>
      </w:r>
      <w:proofErr w:type="spellStart"/>
      <w:r w:rsidRPr="009B7951">
        <w:rPr>
          <w:sz w:val="22"/>
          <w:lang w:val="ru-RU"/>
        </w:rPr>
        <w:t>відділу</w:t>
      </w:r>
      <w:proofErr w:type="spellEnd"/>
      <w:r w:rsidRPr="009B7951">
        <w:rPr>
          <w:sz w:val="22"/>
          <w:lang w:val="ru-RU"/>
        </w:rPr>
        <w:t xml:space="preserve"> </w:t>
      </w:r>
      <w:proofErr w:type="spellStart"/>
      <w:r w:rsidRPr="009B7951">
        <w:rPr>
          <w:sz w:val="22"/>
          <w:lang w:val="ru-RU"/>
        </w:rPr>
        <w:t>кадрів</w:t>
      </w:r>
      <w:proofErr w:type="spellEnd"/>
      <w:r w:rsidRPr="009B7951">
        <w:rPr>
          <w:sz w:val="22"/>
          <w:lang w:val="ru-RU"/>
        </w:rPr>
        <w:tab/>
        <w:t>______________</w:t>
      </w:r>
      <w:r w:rsidRPr="009B7951">
        <w:rPr>
          <w:sz w:val="22"/>
          <w:lang w:val="ru-RU"/>
        </w:rPr>
        <w:tab/>
      </w:r>
      <w:proofErr w:type="spellStart"/>
      <w:r w:rsidRPr="009B7951">
        <w:rPr>
          <w:sz w:val="22"/>
          <w:lang w:val="ru-RU"/>
        </w:rPr>
        <w:t>Олена</w:t>
      </w:r>
      <w:proofErr w:type="spellEnd"/>
      <w:r w:rsidRPr="009B7951">
        <w:rPr>
          <w:sz w:val="22"/>
          <w:lang w:val="ru-RU"/>
        </w:rPr>
        <w:t xml:space="preserve"> ТКАЧЕНКО</w:t>
      </w:r>
    </w:p>
    <w:p w14:paraId="25F9770A" w14:textId="77777777" w:rsidR="00BF26F5" w:rsidRPr="009B7951" w:rsidRDefault="001D57D0">
      <w:pPr>
        <w:tabs>
          <w:tab w:val="left" w:pos="4762"/>
          <w:tab w:val="left" w:pos="7030"/>
        </w:tabs>
        <w:spacing w:before="140"/>
        <w:rPr>
          <w:lang w:val="ru-RU"/>
        </w:rPr>
      </w:pPr>
      <w:proofErr w:type="spellStart"/>
      <w:r w:rsidRPr="009B7951">
        <w:rPr>
          <w:sz w:val="22"/>
          <w:lang w:val="ru-RU"/>
        </w:rPr>
        <w:t>Керівник</w:t>
      </w:r>
      <w:proofErr w:type="spellEnd"/>
      <w:r w:rsidRPr="009B7951">
        <w:rPr>
          <w:sz w:val="22"/>
          <w:lang w:val="ru-RU"/>
        </w:rPr>
        <w:t xml:space="preserve"> Контакт-центру</w:t>
      </w:r>
      <w:r w:rsidRPr="009B7951">
        <w:rPr>
          <w:sz w:val="22"/>
          <w:lang w:val="ru-RU"/>
        </w:rPr>
        <w:tab/>
        <w:t>______________</w:t>
      </w:r>
      <w:r w:rsidRPr="009B7951">
        <w:rPr>
          <w:sz w:val="22"/>
          <w:lang w:val="ru-RU"/>
        </w:rPr>
        <w:tab/>
        <w:t>Тарас РОМАНЕНКО</w:t>
      </w:r>
    </w:p>
    <w:p w14:paraId="6E587633" w14:textId="77777777" w:rsidR="00BF26F5" w:rsidRDefault="001D57D0">
      <w:pPr>
        <w:tabs>
          <w:tab w:val="left" w:pos="4762"/>
          <w:tab w:val="left" w:pos="7030"/>
        </w:tabs>
        <w:spacing w:before="140"/>
      </w:pPr>
      <w:proofErr w:type="spellStart"/>
      <w:r>
        <w:rPr>
          <w:sz w:val="22"/>
        </w:rPr>
        <w:t>Юрисконсульт</w:t>
      </w:r>
      <w:proofErr w:type="spellEnd"/>
      <w:r>
        <w:rPr>
          <w:sz w:val="22"/>
        </w:rPr>
        <w:tab/>
        <w:t>______________</w:t>
      </w:r>
      <w:r>
        <w:rPr>
          <w:sz w:val="22"/>
        </w:rPr>
        <w:tab/>
      </w:r>
      <w:proofErr w:type="spellStart"/>
      <w:r>
        <w:rPr>
          <w:sz w:val="22"/>
        </w:rPr>
        <w:t>Дмитро</w:t>
      </w:r>
      <w:proofErr w:type="spellEnd"/>
      <w:r>
        <w:rPr>
          <w:sz w:val="22"/>
        </w:rPr>
        <w:t xml:space="preserve"> БІЛИК</w:t>
      </w:r>
    </w:p>
    <w:sectPr w:rsidR="00BF26F5" w:rsidSect="00034616">
      <w:pgSz w:w="12240" w:h="15840"/>
      <w:pgMar w:top="1134" w:right="567" w:bottom="113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57D0"/>
    <w:rsid w:val="00267823"/>
    <w:rsid w:val="0029639D"/>
    <w:rsid w:val="00326F90"/>
    <w:rsid w:val="007E3F19"/>
    <w:rsid w:val="009B7951"/>
    <w:rsid w:val="00AA1D8D"/>
    <w:rsid w:val="00B47730"/>
    <w:rsid w:val="00BF26F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81C2F"/>
  <w14:defaultImageDpi w14:val="300"/>
  <w15:docId w15:val="{DDD98FC3-4E56-4316-BF3C-610A6362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Debet-Kredit</dc:creator>
  <cp:keywords/>
  <cp:lastModifiedBy>Debet-Kredit</cp:lastModifiedBy>
  <dcterms:created xsi:type="dcterms:W3CDTF">2026-10-13T15:23:00Z</dcterms:created>
  <dcterms:modified xsi:type="dcterms:W3CDTF">2026-10-13T16:16:00Z</dcterms:modified>
  <cp:category/>
</cp:coreProperties>
</file>