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309"/>
        <w:gridCol w:w="4535"/>
      </w:tblGrid>
      <w:tr w:rsidR="00245B88" w14:paraId="21B7C964" w14:textId="77777777">
        <w:trPr>
          <w:jc w:val="center"/>
        </w:trPr>
        <w:tc>
          <w:tcPr>
            <w:tcW w:w="43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1C621" w14:textId="77777777" w:rsidR="00245B88" w:rsidRDefault="00245B88"/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A9C87" w14:textId="77777777" w:rsidR="00245B88" w:rsidRPr="00D8766B" w:rsidRDefault="00381703">
            <w:pPr>
              <w:rPr>
                <w:lang w:val="ru-RU"/>
              </w:rPr>
            </w:pPr>
            <w:r w:rsidRPr="00D8766B">
              <w:rPr>
                <w:lang w:val="ru-RU"/>
              </w:rPr>
              <w:t>Директору ТОВ «</w:t>
            </w:r>
            <w:proofErr w:type="spellStart"/>
            <w:r w:rsidRPr="00D8766B">
              <w:rPr>
                <w:lang w:val="ru-RU"/>
              </w:rPr>
              <w:t>Галкос</w:t>
            </w:r>
            <w:proofErr w:type="spellEnd"/>
            <w:r w:rsidRPr="00D8766B">
              <w:rPr>
                <w:lang w:val="ru-RU"/>
              </w:rPr>
              <w:t>»</w:t>
            </w:r>
          </w:p>
          <w:p w14:paraId="0FE3DE42" w14:textId="77777777" w:rsidR="00245B88" w:rsidRPr="00D8766B" w:rsidRDefault="00381703">
            <w:pPr>
              <w:rPr>
                <w:lang w:val="ru-RU"/>
              </w:rPr>
            </w:pPr>
            <w:r w:rsidRPr="00D8766B">
              <w:rPr>
                <w:lang w:val="ru-RU"/>
              </w:rPr>
              <w:t>Оресту ХОРОБРОМУ</w:t>
            </w:r>
          </w:p>
          <w:p w14:paraId="33D23D27" w14:textId="77777777" w:rsidR="00245B88" w:rsidRPr="00D8766B" w:rsidRDefault="00381703">
            <w:pPr>
              <w:rPr>
                <w:lang w:val="ru-RU"/>
              </w:rPr>
            </w:pPr>
            <w:proofErr w:type="spellStart"/>
            <w:r w:rsidRPr="00D8766B">
              <w:rPr>
                <w:lang w:val="ru-RU"/>
              </w:rPr>
              <w:t>Керівника</w:t>
            </w:r>
            <w:proofErr w:type="spellEnd"/>
            <w:r w:rsidRPr="00D8766B">
              <w:rPr>
                <w:lang w:val="ru-RU"/>
              </w:rPr>
              <w:t xml:space="preserve"> Контакт-центру</w:t>
            </w:r>
          </w:p>
          <w:p w14:paraId="2380DD55" w14:textId="77777777" w:rsidR="00245B88" w:rsidRDefault="00381703">
            <w:proofErr w:type="spellStart"/>
            <w:r>
              <w:t>Тараса</w:t>
            </w:r>
            <w:proofErr w:type="spellEnd"/>
            <w:r>
              <w:t xml:space="preserve"> РОМАНЕНКА</w:t>
            </w:r>
          </w:p>
        </w:tc>
      </w:tr>
    </w:tbl>
    <w:p w14:paraId="22B5CE0F" w14:textId="77777777" w:rsidR="00245B88" w:rsidRDefault="00381703">
      <w:pPr>
        <w:keepNext/>
        <w:spacing w:before="240" w:after="80"/>
        <w:jc w:val="center"/>
      </w:pPr>
      <w:r>
        <w:rPr>
          <w:b/>
          <w:sz w:val="28"/>
        </w:rPr>
        <w:t>ДОПОВІДНА ЗАПИСКА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245B88" w14:paraId="1CE7503B" w14:textId="77777777">
        <w:trPr>
          <w:jc w:val="center"/>
        </w:trPr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EC8ED" w14:textId="64B6D763" w:rsidR="00245B88" w:rsidRDefault="00381703">
            <w:r>
              <w:t>26.</w:t>
            </w:r>
            <w:r w:rsidR="00D8766B">
              <w:rPr>
                <w:lang w:val="uk-UA"/>
              </w:rPr>
              <w:t>10</w:t>
            </w:r>
            <w:r>
              <w:t>.2026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EFDC5" w14:textId="77777777" w:rsidR="00245B88" w:rsidRDefault="00381703">
            <w:pPr>
              <w:jc w:val="center"/>
            </w:pPr>
            <w:r>
              <w:t>Київ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A47F4" w14:textId="77777777" w:rsidR="00245B88" w:rsidRDefault="00381703">
            <w:pPr>
              <w:jc w:val="right"/>
            </w:pPr>
            <w:r>
              <w:t>№ 24/вн</w:t>
            </w:r>
          </w:p>
        </w:tc>
      </w:tr>
    </w:tbl>
    <w:p w14:paraId="70FDB32F" w14:textId="77777777" w:rsidR="00245B88" w:rsidRPr="00D8766B" w:rsidRDefault="00381703">
      <w:pPr>
        <w:keepNext/>
        <w:spacing w:before="200" w:after="160"/>
        <w:rPr>
          <w:lang w:val="ru-RU"/>
        </w:rPr>
      </w:pPr>
      <w:r w:rsidRPr="00D8766B">
        <w:rPr>
          <w:b/>
          <w:lang w:val="ru-RU"/>
        </w:rPr>
        <w:t xml:space="preserve">Про </w:t>
      </w:r>
      <w:proofErr w:type="spellStart"/>
      <w:r w:rsidRPr="00D8766B">
        <w:rPr>
          <w:b/>
          <w:lang w:val="ru-RU"/>
        </w:rPr>
        <w:t>відсутність</w:t>
      </w:r>
      <w:proofErr w:type="spellEnd"/>
      <w:r w:rsidRPr="00D8766B">
        <w:rPr>
          <w:b/>
          <w:lang w:val="ru-RU"/>
        </w:rPr>
        <w:t xml:space="preserve"> </w:t>
      </w:r>
      <w:proofErr w:type="spellStart"/>
      <w:r w:rsidRPr="00D8766B">
        <w:rPr>
          <w:b/>
          <w:lang w:val="ru-RU"/>
        </w:rPr>
        <w:t>працівниці</w:t>
      </w:r>
      <w:proofErr w:type="spellEnd"/>
      <w:r w:rsidRPr="00D8766B">
        <w:rPr>
          <w:b/>
          <w:lang w:val="ru-RU"/>
        </w:rPr>
        <w:t xml:space="preserve"> та </w:t>
      </w:r>
      <w:proofErr w:type="spellStart"/>
      <w:r w:rsidRPr="00D8766B">
        <w:rPr>
          <w:b/>
          <w:lang w:val="ru-RU"/>
        </w:rPr>
        <w:t>повідомлену</w:t>
      </w:r>
      <w:proofErr w:type="spellEnd"/>
      <w:r w:rsidRPr="00D8766B">
        <w:rPr>
          <w:b/>
          <w:lang w:val="ru-RU"/>
        </w:rPr>
        <w:t xml:space="preserve"> причину</w:t>
      </w:r>
    </w:p>
    <w:p w14:paraId="4FD0046A" w14:textId="17032924" w:rsidR="00245B88" w:rsidRPr="00D8766B" w:rsidRDefault="00381703">
      <w:pPr>
        <w:ind w:firstLine="709"/>
        <w:rPr>
          <w:lang w:val="ru-RU"/>
        </w:rPr>
      </w:pPr>
      <w:proofErr w:type="spellStart"/>
      <w:r w:rsidRPr="00D8766B">
        <w:rPr>
          <w:lang w:val="ru-RU"/>
        </w:rPr>
        <w:t>Повідомляю</w:t>
      </w:r>
      <w:proofErr w:type="spellEnd"/>
      <w:r w:rsidRPr="00D8766B">
        <w:rPr>
          <w:lang w:val="ru-RU"/>
        </w:rPr>
        <w:t xml:space="preserve">, </w:t>
      </w:r>
      <w:proofErr w:type="spellStart"/>
      <w:r w:rsidRPr="00D8766B">
        <w:rPr>
          <w:lang w:val="ru-RU"/>
        </w:rPr>
        <w:t>що</w:t>
      </w:r>
      <w:proofErr w:type="spellEnd"/>
      <w:r w:rsidRPr="00D8766B">
        <w:rPr>
          <w:lang w:val="ru-RU"/>
        </w:rPr>
        <w:t xml:space="preserve"> оператор </w:t>
      </w:r>
      <w:proofErr w:type="spellStart"/>
      <w:r w:rsidRPr="00D8766B">
        <w:rPr>
          <w:lang w:val="ru-RU"/>
        </w:rPr>
        <w:t>електронно-комунікаційних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послуг</w:t>
      </w:r>
      <w:proofErr w:type="spellEnd"/>
      <w:r w:rsidRPr="00D8766B">
        <w:rPr>
          <w:lang w:val="ru-RU"/>
        </w:rPr>
        <w:t xml:space="preserve"> Контакт-центру САВЧЕНКО </w:t>
      </w:r>
      <w:proofErr w:type="spellStart"/>
      <w:r w:rsidRPr="00D8766B">
        <w:rPr>
          <w:lang w:val="ru-RU"/>
        </w:rPr>
        <w:t>Наталія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Вікторівна</w:t>
      </w:r>
      <w:proofErr w:type="spellEnd"/>
      <w:r w:rsidRPr="00D8766B">
        <w:rPr>
          <w:lang w:val="ru-RU"/>
        </w:rPr>
        <w:t xml:space="preserve">, яка </w:t>
      </w:r>
      <w:proofErr w:type="spellStart"/>
      <w:r w:rsidRPr="00D8766B">
        <w:rPr>
          <w:lang w:val="ru-RU"/>
        </w:rPr>
        <w:t>відповідно</w:t>
      </w:r>
      <w:proofErr w:type="spellEnd"/>
      <w:r w:rsidRPr="00D8766B">
        <w:rPr>
          <w:lang w:val="ru-RU"/>
        </w:rPr>
        <w:t xml:space="preserve"> </w:t>
      </w:r>
      <w:proofErr w:type="gramStart"/>
      <w:r w:rsidRPr="00D8766B">
        <w:rPr>
          <w:lang w:val="ru-RU"/>
        </w:rPr>
        <w:t>до наказу</w:t>
      </w:r>
      <w:proofErr w:type="gram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від</w:t>
      </w:r>
      <w:proofErr w:type="spellEnd"/>
      <w:r w:rsidRPr="00D8766B">
        <w:rPr>
          <w:lang w:val="ru-RU"/>
        </w:rPr>
        <w:t xml:space="preserve"> 24.</w:t>
      </w:r>
      <w:r w:rsidR="00D8766B">
        <w:rPr>
          <w:lang w:val="ru-RU"/>
        </w:rPr>
        <w:t>10</w:t>
      </w:r>
      <w:r w:rsidRPr="00D8766B">
        <w:rPr>
          <w:lang w:val="ru-RU"/>
        </w:rPr>
        <w:t>.2026 № 190/к/</w:t>
      </w:r>
      <w:proofErr w:type="spellStart"/>
      <w:r w:rsidRPr="00D8766B">
        <w:rPr>
          <w:lang w:val="ru-RU"/>
        </w:rPr>
        <w:t>тр</w:t>
      </w:r>
      <w:proofErr w:type="spellEnd"/>
      <w:r w:rsidRPr="00D8766B">
        <w:rPr>
          <w:lang w:val="ru-RU"/>
        </w:rPr>
        <w:t xml:space="preserve"> мала </w:t>
      </w:r>
      <w:proofErr w:type="spellStart"/>
      <w:r w:rsidRPr="00D8766B">
        <w:rPr>
          <w:lang w:val="ru-RU"/>
        </w:rPr>
        <w:t>приступити</w:t>
      </w:r>
      <w:proofErr w:type="spellEnd"/>
      <w:r w:rsidRPr="00D8766B">
        <w:rPr>
          <w:lang w:val="ru-RU"/>
        </w:rPr>
        <w:t xml:space="preserve"> до </w:t>
      </w:r>
      <w:proofErr w:type="spellStart"/>
      <w:r w:rsidRPr="00D8766B">
        <w:rPr>
          <w:lang w:val="ru-RU"/>
        </w:rPr>
        <w:t>роботи</w:t>
      </w:r>
      <w:proofErr w:type="spellEnd"/>
      <w:r w:rsidRPr="00D8766B">
        <w:rPr>
          <w:lang w:val="ru-RU"/>
        </w:rPr>
        <w:t xml:space="preserve"> 26.</w:t>
      </w:r>
      <w:r w:rsidR="00D8766B">
        <w:rPr>
          <w:lang w:val="ru-RU"/>
        </w:rPr>
        <w:t>10</w:t>
      </w:r>
      <w:r w:rsidRPr="00D8766B">
        <w:rPr>
          <w:lang w:val="ru-RU"/>
        </w:rPr>
        <w:t xml:space="preserve">.2026 о 09:00, на роботу не </w:t>
      </w:r>
      <w:proofErr w:type="spellStart"/>
      <w:r w:rsidRPr="00D8766B">
        <w:rPr>
          <w:lang w:val="ru-RU"/>
        </w:rPr>
        <w:t>з’явилася</w:t>
      </w:r>
      <w:proofErr w:type="spellEnd"/>
      <w:r w:rsidRPr="00D8766B">
        <w:rPr>
          <w:lang w:val="ru-RU"/>
        </w:rPr>
        <w:t>.</w:t>
      </w:r>
    </w:p>
    <w:p w14:paraId="7A463789" w14:textId="55C3A8E8" w:rsidR="00245B88" w:rsidRPr="00D8766B" w:rsidRDefault="00381703">
      <w:pPr>
        <w:spacing w:before="80"/>
        <w:ind w:firstLine="709"/>
        <w:rPr>
          <w:lang w:val="ru-RU"/>
        </w:rPr>
      </w:pPr>
      <w:r w:rsidRPr="00D8766B">
        <w:rPr>
          <w:lang w:val="ru-RU"/>
        </w:rPr>
        <w:t xml:space="preserve">О 10:40 </w:t>
      </w:r>
      <w:proofErr w:type="spellStart"/>
      <w:r w:rsidRPr="00D8766B">
        <w:rPr>
          <w:lang w:val="ru-RU"/>
        </w:rPr>
        <w:t>Наталія</w:t>
      </w:r>
      <w:proofErr w:type="spellEnd"/>
      <w:r w:rsidRPr="00D8766B">
        <w:rPr>
          <w:lang w:val="ru-RU"/>
        </w:rPr>
        <w:t xml:space="preserve"> САВЧЕНКО телефоном </w:t>
      </w:r>
      <w:proofErr w:type="spellStart"/>
      <w:r w:rsidRPr="00D8766B">
        <w:rPr>
          <w:lang w:val="ru-RU"/>
        </w:rPr>
        <w:t>повідомила</w:t>
      </w:r>
      <w:proofErr w:type="spellEnd"/>
      <w:r w:rsidRPr="00D8766B">
        <w:rPr>
          <w:lang w:val="ru-RU"/>
        </w:rPr>
        <w:t xml:space="preserve">, </w:t>
      </w:r>
      <w:proofErr w:type="spellStart"/>
      <w:r w:rsidRPr="00D8766B">
        <w:rPr>
          <w:lang w:val="ru-RU"/>
        </w:rPr>
        <w:t>що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вранці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звернулася</w:t>
      </w:r>
      <w:proofErr w:type="spellEnd"/>
      <w:r w:rsidRPr="00D8766B">
        <w:rPr>
          <w:lang w:val="ru-RU"/>
        </w:rPr>
        <w:t xml:space="preserve"> за </w:t>
      </w:r>
      <w:proofErr w:type="spellStart"/>
      <w:r w:rsidRPr="00D8766B">
        <w:rPr>
          <w:lang w:val="ru-RU"/>
        </w:rPr>
        <w:t>медичною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допомогою</w:t>
      </w:r>
      <w:proofErr w:type="spellEnd"/>
      <w:r w:rsidRPr="00D8766B">
        <w:rPr>
          <w:lang w:val="ru-RU"/>
        </w:rPr>
        <w:t xml:space="preserve"> </w:t>
      </w:r>
      <w:r w:rsidRPr="00D8766B">
        <w:rPr>
          <w:lang w:val="ru-RU"/>
        </w:rPr>
        <w:t xml:space="preserve">у </w:t>
      </w:r>
      <w:proofErr w:type="spellStart"/>
      <w:r w:rsidRPr="00D8766B">
        <w:rPr>
          <w:lang w:val="ru-RU"/>
        </w:rPr>
        <w:t>зв’язку</w:t>
      </w:r>
      <w:proofErr w:type="spellEnd"/>
      <w:r w:rsidRPr="00D8766B">
        <w:rPr>
          <w:lang w:val="ru-RU"/>
        </w:rPr>
        <w:t xml:space="preserve"> з </w:t>
      </w:r>
      <w:proofErr w:type="spellStart"/>
      <w:r w:rsidRPr="00D8766B">
        <w:rPr>
          <w:lang w:val="ru-RU"/>
        </w:rPr>
        <w:t>погіршенням</w:t>
      </w:r>
      <w:proofErr w:type="spellEnd"/>
      <w:r w:rsidRPr="00D8766B">
        <w:rPr>
          <w:lang w:val="ru-RU"/>
        </w:rPr>
        <w:t xml:space="preserve"> стану </w:t>
      </w:r>
      <w:proofErr w:type="spellStart"/>
      <w:r w:rsidRPr="00D8766B">
        <w:rPr>
          <w:lang w:val="ru-RU"/>
        </w:rPr>
        <w:t>здоров’я</w:t>
      </w:r>
      <w:proofErr w:type="spellEnd"/>
      <w:r w:rsidRPr="00D8766B">
        <w:rPr>
          <w:lang w:val="ru-RU"/>
        </w:rPr>
        <w:t xml:space="preserve"> і </w:t>
      </w:r>
      <w:proofErr w:type="spellStart"/>
      <w:r w:rsidRPr="00D8766B">
        <w:rPr>
          <w:lang w:val="ru-RU"/>
        </w:rPr>
        <w:t>наразі</w:t>
      </w:r>
      <w:proofErr w:type="spellEnd"/>
      <w:r w:rsidRPr="00D8766B">
        <w:rPr>
          <w:lang w:val="ru-RU"/>
        </w:rPr>
        <w:t xml:space="preserve"> не </w:t>
      </w:r>
      <w:proofErr w:type="spellStart"/>
      <w:r w:rsidRPr="00D8766B">
        <w:rPr>
          <w:lang w:val="ru-RU"/>
        </w:rPr>
        <w:t>може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приступити</w:t>
      </w:r>
      <w:proofErr w:type="spellEnd"/>
      <w:r w:rsidRPr="00D8766B">
        <w:rPr>
          <w:lang w:val="ru-RU"/>
        </w:rPr>
        <w:t xml:space="preserve"> до </w:t>
      </w:r>
      <w:proofErr w:type="spellStart"/>
      <w:r w:rsidRPr="00D8766B">
        <w:rPr>
          <w:lang w:val="ru-RU"/>
        </w:rPr>
        <w:t>роботи</w:t>
      </w:r>
      <w:proofErr w:type="spellEnd"/>
      <w:r w:rsidRPr="00D8766B">
        <w:rPr>
          <w:lang w:val="ru-RU"/>
        </w:rPr>
        <w:t xml:space="preserve">. </w:t>
      </w:r>
      <w:proofErr w:type="spellStart"/>
      <w:r w:rsidRPr="00D8766B">
        <w:rPr>
          <w:lang w:val="ru-RU"/>
        </w:rPr>
        <w:t>Працівниця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повідомила</w:t>
      </w:r>
      <w:proofErr w:type="spellEnd"/>
      <w:r w:rsidRPr="00D8766B">
        <w:rPr>
          <w:lang w:val="ru-RU"/>
        </w:rPr>
        <w:t xml:space="preserve">, </w:t>
      </w:r>
      <w:proofErr w:type="spellStart"/>
      <w:r w:rsidRPr="00D8766B">
        <w:rPr>
          <w:lang w:val="ru-RU"/>
        </w:rPr>
        <w:t>що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після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формування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електронного</w:t>
      </w:r>
      <w:proofErr w:type="spellEnd"/>
      <w:r w:rsidRPr="00D8766B">
        <w:rPr>
          <w:lang w:val="ru-RU"/>
        </w:rPr>
        <w:t xml:space="preserve"> листка </w:t>
      </w:r>
      <w:proofErr w:type="spellStart"/>
      <w:r w:rsidRPr="00D8766B">
        <w:rPr>
          <w:lang w:val="ru-RU"/>
        </w:rPr>
        <w:t>непрацездатності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надасть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необхідну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інформацію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роботодавцю</w:t>
      </w:r>
      <w:proofErr w:type="spellEnd"/>
      <w:r w:rsidRPr="00D8766B">
        <w:rPr>
          <w:lang w:val="ru-RU"/>
        </w:rPr>
        <w:t>.</w:t>
      </w:r>
      <w:r>
        <w:rPr>
          <w:lang w:val="ru-RU"/>
        </w:rPr>
        <w:t xml:space="preserve"> </w:t>
      </w:r>
    </w:p>
    <w:p w14:paraId="72CD8B96" w14:textId="77777777" w:rsidR="00245B88" w:rsidRPr="00D8766B" w:rsidRDefault="00381703">
      <w:pPr>
        <w:spacing w:before="80"/>
        <w:ind w:firstLine="709"/>
        <w:rPr>
          <w:lang w:val="ru-RU"/>
        </w:rPr>
      </w:pPr>
      <w:r w:rsidRPr="00D8766B">
        <w:rPr>
          <w:lang w:val="ru-RU"/>
        </w:rPr>
        <w:t xml:space="preserve">Прошу </w:t>
      </w:r>
      <w:proofErr w:type="spellStart"/>
      <w:r w:rsidRPr="00D8766B">
        <w:rPr>
          <w:lang w:val="ru-RU"/>
        </w:rPr>
        <w:t>врахувати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повідомлені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обставини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під</w:t>
      </w:r>
      <w:proofErr w:type="spellEnd"/>
      <w:r w:rsidRPr="00D8766B">
        <w:rPr>
          <w:lang w:val="ru-RU"/>
        </w:rPr>
        <w:t xml:space="preserve"> час </w:t>
      </w:r>
      <w:proofErr w:type="spellStart"/>
      <w:r w:rsidRPr="00D8766B">
        <w:rPr>
          <w:lang w:val="ru-RU"/>
        </w:rPr>
        <w:t>оформлення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її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відсутності</w:t>
      </w:r>
      <w:proofErr w:type="spellEnd"/>
      <w:r w:rsidRPr="00D8766B">
        <w:rPr>
          <w:lang w:val="ru-RU"/>
        </w:rPr>
        <w:t xml:space="preserve"> та </w:t>
      </w:r>
      <w:proofErr w:type="spellStart"/>
      <w:r w:rsidRPr="00D8766B">
        <w:rPr>
          <w:lang w:val="ru-RU"/>
        </w:rPr>
        <w:t>після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надходження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підтвердних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відомостей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визначити</w:t>
      </w:r>
      <w:proofErr w:type="spellEnd"/>
      <w:r w:rsidRPr="00D8766B">
        <w:rPr>
          <w:lang w:val="ru-RU"/>
        </w:rPr>
        <w:t xml:space="preserve"> </w:t>
      </w:r>
      <w:proofErr w:type="spellStart"/>
      <w:r w:rsidRPr="00D8766B">
        <w:rPr>
          <w:lang w:val="ru-RU"/>
        </w:rPr>
        <w:t>відповідний</w:t>
      </w:r>
      <w:proofErr w:type="spellEnd"/>
      <w:r w:rsidRPr="00D8766B">
        <w:rPr>
          <w:lang w:val="ru-RU"/>
        </w:rPr>
        <w:t xml:space="preserve"> порядок </w:t>
      </w:r>
      <w:proofErr w:type="spellStart"/>
      <w:r w:rsidRPr="00D8766B">
        <w:rPr>
          <w:lang w:val="ru-RU"/>
        </w:rPr>
        <w:t>обліку</w:t>
      </w:r>
      <w:proofErr w:type="spellEnd"/>
      <w:r w:rsidRPr="00D8766B">
        <w:rPr>
          <w:lang w:val="ru-RU"/>
        </w:rPr>
        <w:t>.</w:t>
      </w:r>
    </w:p>
    <w:p w14:paraId="5270ED68" w14:textId="77777777" w:rsidR="00245B88" w:rsidRDefault="00381703">
      <w:pPr>
        <w:tabs>
          <w:tab w:val="left" w:pos="4535"/>
          <w:tab w:val="left" w:pos="6860"/>
        </w:tabs>
        <w:spacing w:before="280"/>
      </w:pPr>
      <w:proofErr w:type="spellStart"/>
      <w:r>
        <w:t>Керівник</w:t>
      </w:r>
      <w:proofErr w:type="spellEnd"/>
      <w:r>
        <w:t xml:space="preserve"> </w:t>
      </w:r>
      <w:proofErr w:type="spellStart"/>
      <w:r>
        <w:t>Контакт-центру</w:t>
      </w:r>
      <w:proofErr w:type="spellEnd"/>
      <w:r>
        <w:tab/>
        <w:t>______________</w:t>
      </w:r>
      <w:r>
        <w:tab/>
      </w:r>
      <w:proofErr w:type="spellStart"/>
      <w:r>
        <w:t>Тарас</w:t>
      </w:r>
      <w:proofErr w:type="spellEnd"/>
      <w:r>
        <w:t xml:space="preserve"> РОМАНЕНКО</w:t>
      </w:r>
    </w:p>
    <w:sectPr w:rsidR="00245B88" w:rsidSect="00034616">
      <w:pgSz w:w="12240" w:h="15840"/>
      <w:pgMar w:top="1134" w:right="567" w:bottom="113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5B88"/>
    <w:rsid w:val="00267823"/>
    <w:rsid w:val="0029639D"/>
    <w:rsid w:val="00326F90"/>
    <w:rsid w:val="00381703"/>
    <w:rsid w:val="00AA1D8D"/>
    <w:rsid w:val="00B47730"/>
    <w:rsid w:val="00CB0664"/>
    <w:rsid w:val="00D876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513435"/>
  <w14:defaultImageDpi w14:val="300"/>
  <w15:docId w15:val="{DDD98FC3-4E56-4316-BF3C-610A6362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Debet-Kredit</dc:creator>
  <cp:keywords/>
  <cp:lastModifiedBy>Debet-Kredit</cp:lastModifiedBy>
  <dcterms:created xsi:type="dcterms:W3CDTF">2026-10-13T15:27:00Z</dcterms:created>
  <dcterms:modified xsi:type="dcterms:W3CDTF">2026-10-13T16:16:00Z</dcterms:modified>
  <cp:category/>
</cp:coreProperties>
</file>